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510C3" w14:textId="77777777" w:rsidR="0035770B" w:rsidRPr="00761799" w:rsidRDefault="00943960" w:rsidP="0035770B">
      <w:pPr>
        <w:jc w:val="center"/>
        <w:rPr>
          <w:rFonts w:cs="Calibri"/>
        </w:rPr>
      </w:pPr>
      <w:r w:rsidRPr="000345C4">
        <w:rPr>
          <w:rFonts w:asciiTheme="majorHAnsi" w:eastAsiaTheme="majorEastAsia" w:hAnsiTheme="majorHAnsi" w:cstheme="majorBidi"/>
          <w:b/>
          <w:bCs/>
          <w:color w:val="729928" w:themeColor="accent1" w:themeShade="BF"/>
          <w:sz w:val="26"/>
          <w:szCs w:val="26"/>
        </w:rPr>
        <w:t>SLOVENSKO FARMACEVTSKO DRUŠTVO</w:t>
      </w:r>
      <w:r w:rsidRPr="000345C4">
        <w:rPr>
          <w:b/>
          <w:color w:val="auto"/>
          <w:sz w:val="26"/>
        </w:rPr>
        <w:br/>
      </w:r>
      <w:r w:rsidRPr="000345C4">
        <w:rPr>
          <w:color w:val="auto"/>
          <w:sz w:val="19"/>
        </w:rPr>
        <w:t>Dunajska cesta 184 A, 1000 Ljubljana  |  e-pošta: pisarna@sfd.si  |  www.sfd.si</w:t>
      </w:r>
      <w:r w:rsidRPr="000345C4">
        <w:rPr>
          <w:color w:val="auto"/>
          <w:sz w:val="19"/>
        </w:rPr>
        <w:br/>
      </w:r>
    </w:p>
    <w:p w14:paraId="2571432A" w14:textId="6810CB13" w:rsidR="007B5152" w:rsidRPr="000345C4" w:rsidRDefault="00943960" w:rsidP="00411BD1">
      <w:pPr>
        <w:jc w:val="center"/>
        <w:rPr>
          <w:rStyle w:val="Naslov1Znak"/>
        </w:rPr>
      </w:pPr>
      <w:r w:rsidRPr="000345C4">
        <w:rPr>
          <w:rStyle w:val="Naslov1Znak"/>
        </w:rPr>
        <w:t>PREDLOG ZA MINAŘIKOVO ODLIČJE</w:t>
      </w:r>
      <w:r w:rsidR="00153386">
        <w:rPr>
          <w:rStyle w:val="Konnaopomba-sklic"/>
          <w:rFonts w:asciiTheme="majorHAnsi" w:eastAsiaTheme="majorEastAsia" w:hAnsiTheme="majorHAnsi" w:cstheme="majorBidi"/>
          <w:b/>
          <w:bCs/>
          <w:color w:val="729928" w:themeColor="accent1" w:themeShade="BF"/>
          <w:sz w:val="28"/>
          <w:szCs w:val="28"/>
        </w:rPr>
        <w:endnoteReference w:id="1"/>
      </w:r>
    </w:p>
    <w:p w14:paraId="5F396D26" w14:textId="0A356F7D" w:rsidR="005B1ECA" w:rsidRPr="000345C4" w:rsidRDefault="005B1ECA" w:rsidP="005B1ECA">
      <w:pPr>
        <w:pStyle w:val="Naslov3"/>
      </w:pPr>
      <w:r w:rsidRPr="000345C4">
        <w:t>PODATKI O PREDLAGATELJU</w:t>
      </w:r>
    </w:p>
    <w:tbl>
      <w:tblPr>
        <w:tblW w:w="0" w:type="auto"/>
        <w:jc w:val="center"/>
        <w:tblBorders>
          <w:top w:val="single" w:sz="4" w:space="0" w:color="EAF4D7" w:themeColor="accent1" w:themeTint="33"/>
          <w:bottom w:val="single" w:sz="4" w:space="0" w:color="EAF4D7" w:themeColor="accent1" w:themeTint="33"/>
          <w:insideH w:val="single" w:sz="4" w:space="0" w:color="EAF4D7" w:themeColor="accent1" w:themeTint="33"/>
        </w:tblBorders>
        <w:tblLook w:val="04A0" w:firstRow="1" w:lastRow="0" w:firstColumn="1" w:lastColumn="0" w:noHBand="0" w:noVBand="1"/>
      </w:tblPr>
      <w:tblGrid>
        <w:gridCol w:w="3580"/>
        <w:gridCol w:w="6064"/>
      </w:tblGrid>
      <w:tr w:rsidR="005B1ECA" w:rsidRPr="000345C4" w14:paraId="70DAC521" w14:textId="77777777" w:rsidTr="00B83F52">
        <w:trPr>
          <w:jc w:val="center"/>
        </w:trPr>
        <w:tc>
          <w:tcPr>
            <w:tcW w:w="358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1D2FCF" w14:textId="77777777" w:rsidR="005B1ECA" w:rsidRPr="000345C4" w:rsidRDefault="005B1ECA" w:rsidP="0035770B">
            <w:pPr>
              <w:spacing w:after="0" w:line="240" w:lineRule="auto"/>
              <w:rPr>
                <w:rFonts w:cs="Calibri"/>
                <w:szCs w:val="21"/>
              </w:rPr>
            </w:pPr>
            <w:r w:rsidRPr="000345C4">
              <w:rPr>
                <w:rFonts w:cs="Calibri"/>
                <w:b/>
                <w:szCs w:val="21"/>
              </w:rPr>
              <w:t>Datum predloga:</w:t>
            </w:r>
          </w:p>
        </w:tc>
        <w:tc>
          <w:tcPr>
            <w:tcW w:w="606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BFEC58" w14:textId="77777777" w:rsidR="005B1ECA" w:rsidRPr="000345C4" w:rsidRDefault="00000000" w:rsidP="0035770B">
            <w:pPr>
              <w:spacing w:after="0" w:line="240" w:lineRule="auto"/>
              <w:rPr>
                <w:rFonts w:cs="Calibri"/>
                <w:szCs w:val="21"/>
              </w:rPr>
            </w:pPr>
            <w:sdt>
              <w:sdtPr>
                <w:rPr>
                  <w:rFonts w:cs="Calibri"/>
                  <w:szCs w:val="21"/>
                </w:rPr>
                <w:tag w:val="tag_date_0"/>
                <w:id w:val="87654321"/>
                <w:placeholder>
                  <w:docPart w:val="A4F27F348EEB47D693D29F8B57A2981B"/>
                </w:placeholder>
                <w:showingPlcHdr/>
                <w:date w:fullDate="2026-07-31T00:00:00Z">
                  <w:dateFormat w:val="dd.MM.yyyy"/>
                  <w:lid w:val="sl-SI"/>
                  <w:storeMappedDataAs w:val="text"/>
                  <w:calendar w:val="gregorian"/>
                </w:date>
              </w:sdtPr>
              <w:sdtContent>
                <w:r w:rsidR="005B1ECA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Kliknite za izbiro datuma...</w:t>
                </w:r>
              </w:sdtContent>
            </w:sdt>
          </w:p>
        </w:tc>
      </w:tr>
      <w:tr w:rsidR="00452C93" w:rsidRPr="000345C4" w14:paraId="14EDDEB1" w14:textId="77777777" w:rsidTr="00B83F52">
        <w:trPr>
          <w:jc w:val="center"/>
        </w:trPr>
        <w:tc>
          <w:tcPr>
            <w:tcW w:w="3580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C9890A" w14:textId="77777777" w:rsidR="00452C93" w:rsidRPr="000345C4" w:rsidRDefault="00452C93" w:rsidP="00452C93">
            <w:pPr>
              <w:spacing w:after="0" w:line="240" w:lineRule="auto"/>
              <w:rPr>
                <w:rFonts w:cs="Calibri"/>
                <w:szCs w:val="21"/>
              </w:rPr>
            </w:pPr>
            <w:r w:rsidRPr="000345C4">
              <w:rPr>
                <w:rFonts w:cs="Calibri"/>
                <w:b/>
                <w:szCs w:val="21"/>
              </w:rPr>
              <w:t>Predlagatelj (podružnica / sekcija):</w:t>
            </w:r>
          </w:p>
        </w:tc>
        <w:tc>
          <w:tcPr>
            <w:tcW w:w="606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9AF676" w14:textId="76BE707C" w:rsidR="00452C93" w:rsidRPr="000345C4" w:rsidRDefault="00000000" w:rsidP="00452C93">
            <w:pPr>
              <w:spacing w:after="0" w:line="240" w:lineRule="auto"/>
              <w:rPr>
                <w:rFonts w:cs="Calibri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Cs w:val="21"/>
                </w:rPr>
                <w:alias w:val="Seznam podružnic/sekcij"/>
                <w:tag w:val="cmbSeznam"/>
                <w:id w:val="-602332970"/>
                <w:placeholder>
                  <w:docPart w:val="A45049DBCB334167A5824E5030AA7AF5"/>
                </w:placeholder>
                <w:showingPlcHdr/>
                <w:comboBox>
                  <w:listItem w:displayText="•  Celjska podružnica" w:value="•  Celjska podružnica"/>
                  <w:listItem w:displayText="•  Gorenjska podružnica" w:value="•  Gorenjska podružnica"/>
                  <w:listItem w:displayText="•  Dolenjska podružnica" w:value="•  Dolenjska podružnica"/>
                  <w:listItem w:displayText="•  Ljubljanska podružnica" w:value="•  Ljubljanska podružnica"/>
                  <w:listItem w:displayText="•  Mariborska podružnica" w:value="•  Mariborska podružnica"/>
                  <w:listItem w:displayText="•  Pomurska podružnica" w:value="•  Pomurska podružnica"/>
                  <w:listItem w:displayText="•  Posavska podružnica" w:value="•  Posavska podružnica"/>
                  <w:listItem w:displayText="•  Primorska podružnica" w:value="•  Primorska podružnica"/>
                  <w:listItem w:displayText="•  Zasavska podružnica" w:value="•  Zasavska podružnica"/>
                  <w:listItem w:displayText="•  Sekcija farmacevtskih tehnologov" w:value="•  Sekcija farmacevtskih tehnologov"/>
                  <w:listItem w:displayText="•  Sekcija farmacevtskih znanosti" w:value="•  Sekcija farmacevtskih znanosti"/>
                  <w:listItem w:displayText="•  Sekcija bolnišničnih farmacevtov" w:value="•  Sekcija bolnišničnih farmacevtov"/>
                  <w:listItem w:displayText="•  Sekcija kliničnih farmacevtov" w:value="•  Sekcija kliničnih farmacevtov"/>
                  <w:listItem w:displayText="•  Homeopatska sekcija" w:value="•  Homeopatska sekcija"/>
                  <w:listItem w:displayText="•  Sekcija farmacevtov javnih lekarn" w:value="•  Sekcija farmacevtov javnih lekarn"/>
                  <w:listItem w:displayText="•  Sekcija farmacevtskih tehnikov" w:value="•  Sekcija farmacevtskih tehnikov"/>
                  <w:listItem w:displayText="•  Sekcija seniorjev" w:value="•  Sekcija seniorjev"/>
                  <w:listItem w:displayText="•  Študentska sekcija" w:value="•  Študentska sekcija"/>
                  <w:listItem w:displayText="•  Regulatorna sekcija" w:value="•  Regulatorna sekcija"/>
                  <w:listItem w:displayText="•  Sekcija za farmacevtsko kemijo" w:value="•  Sekcija za farmacevtsko kemijo"/>
                  <w:listItem w:displayText="•  Sekcija za zgodovino farmacije" w:value="•  Sekcija za zgodovino farmacije"/>
                </w:comboBox>
              </w:sdtPr>
              <w:sdtContent>
                <w:r w:rsidR="00452C93" w:rsidRPr="00983AE7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Cs w:val="21"/>
                  </w:rPr>
                  <w:t>Izberite predlagatelja iz spustnega seznama...</w:t>
                </w:r>
              </w:sdtContent>
            </w:sdt>
          </w:p>
        </w:tc>
      </w:tr>
      <w:tr w:rsidR="00452C93" w:rsidRPr="000345C4" w14:paraId="5D599F70" w14:textId="77777777" w:rsidTr="00B83F52">
        <w:trPr>
          <w:jc w:val="center"/>
        </w:trPr>
        <w:tc>
          <w:tcPr>
            <w:tcW w:w="3580" w:type="dxa"/>
            <w:tcBorders>
              <w:top w:val="single" w:sz="4" w:space="0" w:color="EAF4D7" w:themeColor="accent1" w:themeTint="33"/>
              <w:bottom w:val="single" w:sz="4" w:space="0" w:color="EAF4D7" w:themeColor="accent1" w:themeTint="33"/>
              <w:right w:val="single" w:sz="4" w:space="0" w:color="EAF4D7" w:themeColor="accent1" w:themeTint="33"/>
            </w:tcBorders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84ED44" w14:textId="77777777" w:rsidR="00452C93" w:rsidRPr="000345C4" w:rsidRDefault="00452C93" w:rsidP="00452C93">
            <w:pPr>
              <w:spacing w:after="0" w:line="240" w:lineRule="auto"/>
              <w:rPr>
                <w:rFonts w:cs="Calibri"/>
                <w:b/>
                <w:color w:val="333333"/>
                <w:szCs w:val="21"/>
              </w:rPr>
            </w:pPr>
            <w:r w:rsidRPr="000345C4">
              <w:rPr>
                <w:rFonts w:cs="Calibri"/>
                <w:b/>
                <w:color w:val="333333"/>
                <w:szCs w:val="21"/>
              </w:rPr>
              <w:t>Kontaktna oseba in e-naslov:</w:t>
            </w:r>
          </w:p>
        </w:tc>
        <w:tc>
          <w:tcPr>
            <w:tcW w:w="6064" w:type="dxa"/>
            <w:tcBorders>
              <w:top w:val="single" w:sz="4" w:space="0" w:color="EAF4D7" w:themeColor="accent1" w:themeTint="33"/>
              <w:bottom w:val="single" w:sz="4" w:space="0" w:color="EAF4D7" w:themeColor="accent1" w:themeTint="3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cs="Calibri"/>
                <w:szCs w:val="21"/>
              </w:rPr>
              <w:tag w:val="Kontakt"/>
              <w:id w:val="-856963874"/>
              <w:placeholder>
                <w:docPart w:val="C1D51427DA5D46BFB7F3E025A6D59466"/>
              </w:placeholder>
              <w:showingPlcHdr/>
              <w:text/>
            </w:sdtPr>
            <w:sdtContent>
              <w:p w14:paraId="7A8F0FAF" w14:textId="1526E5EE" w:rsidR="00452C93" w:rsidRPr="000345C4" w:rsidRDefault="00452C93" w:rsidP="00452C93">
                <w:pPr>
                  <w:spacing w:after="0" w:line="240" w:lineRule="auto"/>
                  <w:rPr>
                    <w:rFonts w:cs="Calibri"/>
                    <w:szCs w:val="21"/>
                  </w:rPr>
                </w:pPr>
                <w:r w:rsidRPr="00761799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ime, priimek in e-poštni naslov...</w:t>
                </w:r>
              </w:p>
            </w:sdtContent>
          </w:sdt>
        </w:tc>
      </w:tr>
    </w:tbl>
    <w:p w14:paraId="5246770F" w14:textId="77777777" w:rsidR="005B1ECA" w:rsidRPr="000345C4" w:rsidRDefault="005B1ECA" w:rsidP="005B1ECA">
      <w:pPr>
        <w:pStyle w:val="Naslov3"/>
      </w:pPr>
      <w:r w:rsidRPr="000345C4">
        <w:t>PODATKI O KANDIDATU / KANDIDATKI</w:t>
      </w:r>
    </w:p>
    <w:tbl>
      <w:tblPr>
        <w:tblW w:w="0" w:type="auto"/>
        <w:jc w:val="center"/>
        <w:tblBorders>
          <w:top w:val="single" w:sz="4" w:space="0" w:color="EAF4D7" w:themeColor="accent1" w:themeTint="33"/>
          <w:bottom w:val="single" w:sz="4" w:space="0" w:color="EAF4D7" w:themeColor="accent1" w:themeTint="33"/>
          <w:insideH w:val="single" w:sz="4" w:space="0" w:color="EAF4D7" w:themeColor="accent1" w:themeTint="33"/>
        </w:tblBorders>
        <w:tblLook w:val="04A0" w:firstRow="1" w:lastRow="0" w:firstColumn="1" w:lastColumn="0" w:noHBand="0" w:noVBand="1"/>
      </w:tblPr>
      <w:tblGrid>
        <w:gridCol w:w="566"/>
        <w:gridCol w:w="3016"/>
        <w:gridCol w:w="6062"/>
      </w:tblGrid>
      <w:tr w:rsidR="005B1ECA" w:rsidRPr="000345C4" w14:paraId="4A0E3F21" w14:textId="77777777" w:rsidTr="00B83F52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525F73" w14:textId="201CD530" w:rsidR="005B1ECA" w:rsidRPr="006D0F62" w:rsidRDefault="005B1ECA" w:rsidP="006D0F6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color w:val="auto"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24B94A" w14:textId="45A5F1AE" w:rsidR="005B1ECA" w:rsidRPr="000345C4" w:rsidRDefault="005B1ECA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r w:rsidRPr="000345C4">
              <w:rPr>
                <w:rFonts w:cs="Calibri"/>
                <w:b/>
                <w:szCs w:val="21"/>
              </w:rPr>
              <w:t>Ime: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E4FEC2" w14:textId="77777777" w:rsidR="005B1ECA" w:rsidRPr="000345C4" w:rsidRDefault="00000000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sdt>
              <w:sdtPr>
                <w:rPr>
                  <w:rFonts w:cs="Calibri"/>
                  <w:szCs w:val="21"/>
                </w:rPr>
                <w:tag w:val="tag_cand_0"/>
                <w:id w:val="54511969"/>
                <w:placeholder>
                  <w:docPart w:val="146E46E075364F4B8E5ECBA9A0D6DA36"/>
                </w:placeholder>
                <w:showingPlcHdr/>
                <w:text/>
              </w:sdtPr>
              <w:sdtContent>
                <w:r w:rsidR="005B1ECA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ime...</w:t>
                </w:r>
              </w:sdtContent>
            </w:sdt>
          </w:p>
        </w:tc>
      </w:tr>
      <w:tr w:rsidR="005B1ECA" w:rsidRPr="000345C4" w14:paraId="4AD27655" w14:textId="77777777" w:rsidTr="00B83F52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98A923" w14:textId="54EE7C96" w:rsidR="005B1ECA" w:rsidRPr="006D0F62" w:rsidRDefault="005B1ECA" w:rsidP="006D0F6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9D5684" w14:textId="77777777" w:rsidR="005B1ECA" w:rsidRPr="000345C4" w:rsidRDefault="005B1ECA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r w:rsidRPr="000345C4">
              <w:rPr>
                <w:rFonts w:cs="Calibri"/>
                <w:b/>
                <w:szCs w:val="21"/>
              </w:rPr>
              <w:t xml:space="preserve">Priimek </w:t>
            </w:r>
            <w:r w:rsidRPr="000345C4">
              <w:rPr>
                <w:rFonts w:cs="Calibri"/>
                <w:b/>
                <w:sz w:val="16"/>
                <w:szCs w:val="16"/>
              </w:rPr>
              <w:t>(za poročene tudi dekliški)</w:t>
            </w:r>
            <w:r w:rsidRPr="000345C4">
              <w:rPr>
                <w:rFonts w:cs="Calibri"/>
                <w:b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0CE5A3" w14:textId="77777777" w:rsidR="005B1ECA" w:rsidRPr="000345C4" w:rsidRDefault="00000000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sdt>
              <w:sdtPr>
                <w:rPr>
                  <w:rFonts w:cs="Calibri"/>
                  <w:szCs w:val="21"/>
                </w:rPr>
                <w:tag w:val="tag_cand_1"/>
                <w:id w:val="-326442986"/>
                <w:placeholder>
                  <w:docPart w:val="A7F8E28D236B492C8CD03873DCBCE0E7"/>
                </w:placeholder>
                <w:showingPlcHdr/>
                <w:text/>
              </w:sdtPr>
              <w:sdtContent>
                <w:r w:rsidR="005B1ECA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priimek...</w:t>
                </w:r>
              </w:sdtContent>
            </w:sdt>
          </w:p>
        </w:tc>
      </w:tr>
      <w:tr w:rsidR="005B1ECA" w:rsidRPr="000345C4" w14:paraId="24C29AA5" w14:textId="77777777" w:rsidTr="00B83F52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1265BC" w14:textId="7B7FDF8C" w:rsidR="005B1ECA" w:rsidRPr="006D0F62" w:rsidRDefault="005B1ECA" w:rsidP="006D0F6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D5A261" w14:textId="77777777" w:rsidR="005B1ECA" w:rsidRPr="000345C4" w:rsidRDefault="005B1ECA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r w:rsidRPr="000345C4">
              <w:rPr>
                <w:rFonts w:cs="Calibri"/>
                <w:b/>
                <w:szCs w:val="21"/>
              </w:rPr>
              <w:t>Datum in kraj rojstva: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C34F37" w14:textId="77777777" w:rsidR="005B1ECA" w:rsidRPr="000345C4" w:rsidRDefault="00000000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sdt>
              <w:sdtPr>
                <w:rPr>
                  <w:rFonts w:cs="Calibri"/>
                  <w:szCs w:val="21"/>
                </w:rPr>
                <w:id w:val="520589448"/>
                <w:placeholder>
                  <w:docPart w:val="CBD6EC4D51B047AF9246FBDA18A4DC35"/>
                </w:placeholder>
                <w:showingPlcHdr/>
                <w:date>
                  <w:dateFormat w:val="dd.MM.yyyy"/>
                  <w:lid w:val="sl-SI"/>
                  <w:storeMappedDataAs w:val="dateTime"/>
                  <w:calendar w:val="gregorian"/>
                </w:date>
              </w:sdtPr>
              <w:sdtContent>
                <w:r w:rsidR="005B1ECA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Izberite datum...</w:t>
                </w:r>
              </w:sdtContent>
            </w:sdt>
            <w:r w:rsidR="005B1ECA" w:rsidRPr="000345C4">
              <w:rPr>
                <w:rFonts w:cs="Calibri"/>
                <w:szCs w:val="21"/>
              </w:rPr>
              <w:t xml:space="preserve">,  </w:t>
            </w:r>
            <w:sdt>
              <w:sdtPr>
                <w:rPr>
                  <w:rFonts w:cs="Calibri"/>
                  <w:szCs w:val="21"/>
                </w:rPr>
                <w:id w:val="-1415163031"/>
                <w:placeholder>
                  <w:docPart w:val="EEB84FFE773346C495B94A756EFE2CA3"/>
                </w:placeholder>
                <w:showingPlcHdr/>
                <w:text/>
              </w:sdtPr>
              <w:sdtContent>
                <w:r w:rsidR="005B1ECA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kraj rojstva...</w:t>
                </w:r>
              </w:sdtContent>
            </w:sdt>
          </w:p>
        </w:tc>
      </w:tr>
      <w:tr w:rsidR="005B1ECA" w:rsidRPr="000345C4" w14:paraId="50396FF4" w14:textId="77777777" w:rsidTr="00B83F52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B35F1E" w14:textId="3EFADCDB" w:rsidR="005B1ECA" w:rsidRPr="006D0F62" w:rsidRDefault="005B1ECA" w:rsidP="006D0F6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54DE0F" w14:textId="77777777" w:rsidR="005B1ECA" w:rsidRPr="000345C4" w:rsidRDefault="005B1ECA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r w:rsidRPr="000345C4">
              <w:rPr>
                <w:rFonts w:cs="Calibri"/>
                <w:b/>
                <w:szCs w:val="21"/>
              </w:rPr>
              <w:t>Naslov stalnega bivališča: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D7CF52" w14:textId="77777777" w:rsidR="005B1ECA" w:rsidRPr="000345C4" w:rsidRDefault="00000000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sdt>
              <w:sdtPr>
                <w:rPr>
                  <w:rFonts w:cs="Calibri"/>
                  <w:szCs w:val="21"/>
                </w:rPr>
                <w:tag w:val="tag_cand_3"/>
                <w:id w:val="970332822"/>
                <w:placeholder>
                  <w:docPart w:val="BB331E05FCB04696802153B9312BBE8C"/>
                </w:placeholder>
                <w:showingPlcHdr/>
                <w:text/>
              </w:sdtPr>
              <w:sdtContent>
                <w:r w:rsidR="005B1ECA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naslov...</w:t>
                </w:r>
              </w:sdtContent>
            </w:sdt>
          </w:p>
        </w:tc>
      </w:tr>
      <w:tr w:rsidR="005B1ECA" w:rsidRPr="000345C4" w14:paraId="31477A10" w14:textId="77777777" w:rsidTr="00B83F52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88C486" w14:textId="0E6F2A9C" w:rsidR="005B1ECA" w:rsidRPr="006D0F62" w:rsidRDefault="005B1ECA" w:rsidP="006D0F6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E81D34" w14:textId="28C16629" w:rsidR="005B1ECA" w:rsidRPr="000345C4" w:rsidRDefault="005B1ECA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r w:rsidRPr="000345C4">
              <w:rPr>
                <w:rFonts w:cs="Calibri"/>
                <w:b/>
                <w:szCs w:val="21"/>
              </w:rPr>
              <w:t>Državljanstvo / Narodnost: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B5032B" w14:textId="77777777" w:rsidR="005B1ECA" w:rsidRPr="000345C4" w:rsidRDefault="00000000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sdt>
              <w:sdtPr>
                <w:rPr>
                  <w:rFonts w:cs="Calibri"/>
                  <w:szCs w:val="21"/>
                </w:rPr>
                <w:tag w:val="tag_cand_4"/>
                <w:id w:val="701366418"/>
                <w:placeholder>
                  <w:docPart w:val="1AF77361765642F6BCBBC9B82254EBE4"/>
                </w:placeholder>
                <w:showingPlcHdr/>
                <w:text/>
              </w:sdtPr>
              <w:sdtContent>
                <w:r w:rsidR="005B1ECA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državljanstvo in narodnost...</w:t>
                </w:r>
              </w:sdtContent>
            </w:sdt>
          </w:p>
        </w:tc>
      </w:tr>
      <w:tr w:rsidR="00885BD0" w:rsidRPr="000345C4" w14:paraId="5C7ACCAC" w14:textId="77777777" w:rsidTr="00B83F52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2291F4" w14:textId="0DFFD209" w:rsidR="00885BD0" w:rsidRPr="006D0F62" w:rsidRDefault="00885BD0" w:rsidP="00885BD0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4604D3" w14:textId="56509757" w:rsidR="00885BD0" w:rsidRPr="000345C4" w:rsidRDefault="00885BD0" w:rsidP="00885BD0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r>
              <w:rPr>
                <w:rFonts w:cs="Calibri"/>
                <w:b/>
                <w:szCs w:val="21"/>
              </w:rPr>
              <w:t>Strokovni nazivi</w:t>
            </w:r>
            <w:r w:rsidRPr="00761799">
              <w:rPr>
                <w:rFonts w:cs="Calibri"/>
                <w:b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cs="Calibri"/>
                <w:szCs w:val="21"/>
              </w:rPr>
              <w:id w:val="-533653208"/>
              <w:placeholder>
                <w:docPart w:val="A43C41878B724837A4AD5859F01BC78E"/>
              </w:placeholder>
              <w:showingPlcHdr/>
            </w:sdtPr>
            <w:sdtContent>
              <w:p w14:paraId="2C33DB8F" w14:textId="386EF34B" w:rsidR="00885BD0" w:rsidRPr="000345C4" w:rsidRDefault="00885BD0" w:rsidP="00885BD0">
                <w:pPr>
                  <w:pStyle w:val="Odstavekseznama"/>
                  <w:numPr>
                    <w:ilvl w:val="0"/>
                    <w:numId w:val="14"/>
                  </w:numPr>
                  <w:spacing w:after="0" w:line="240" w:lineRule="auto"/>
                  <w:rPr>
                    <w:rFonts w:cs="Calibri"/>
                    <w:szCs w:val="21"/>
                  </w:rPr>
                </w:pPr>
                <w:r w:rsidRPr="00761799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nazive. Po pritisku na tipko ENTER se ustvari nova alineja</w:t>
                </w:r>
              </w:p>
            </w:sdtContent>
          </w:sdt>
        </w:tc>
      </w:tr>
      <w:tr w:rsidR="00885BD0" w:rsidRPr="000345C4" w14:paraId="34972A9F" w14:textId="77777777" w:rsidTr="00B83F52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CD73B9" w14:textId="77777777" w:rsidR="00885BD0" w:rsidRPr="006D0F62" w:rsidRDefault="00885BD0" w:rsidP="00885BD0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DD7684" w14:textId="468D08B3" w:rsidR="00885BD0" w:rsidRPr="000345C4" w:rsidRDefault="00885BD0" w:rsidP="00885BD0">
            <w:pPr>
              <w:spacing w:after="0" w:line="240" w:lineRule="auto"/>
              <w:contextualSpacing/>
              <w:rPr>
                <w:rFonts w:cs="Calibri"/>
                <w:b/>
                <w:szCs w:val="21"/>
              </w:rPr>
            </w:pPr>
            <w:r>
              <w:rPr>
                <w:rFonts w:cs="Calibri"/>
                <w:b/>
                <w:szCs w:val="21"/>
              </w:rPr>
              <w:t>Znanstveni nazivi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cs="Calibri"/>
                <w:szCs w:val="21"/>
              </w:rPr>
              <w:id w:val="2122104287"/>
              <w:placeholder>
                <w:docPart w:val="F7539A0ECC7B4796A889B1FA27AFE070"/>
              </w:placeholder>
              <w:showingPlcHdr/>
            </w:sdtPr>
            <w:sdtContent>
              <w:p w14:paraId="7D189EF5" w14:textId="2B93A32E" w:rsidR="00885BD0" w:rsidRDefault="00885BD0" w:rsidP="00885BD0">
                <w:pPr>
                  <w:pStyle w:val="Odstavekseznama"/>
                  <w:numPr>
                    <w:ilvl w:val="0"/>
                    <w:numId w:val="14"/>
                  </w:numPr>
                  <w:spacing w:after="0" w:line="240" w:lineRule="auto"/>
                  <w:rPr>
                    <w:rFonts w:cs="Calibri"/>
                    <w:szCs w:val="21"/>
                  </w:rPr>
                </w:pPr>
                <w:r w:rsidRPr="00761799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nazive. Po pritisku na tipko ENTER se ustvari nova alineja</w:t>
                </w:r>
              </w:p>
            </w:sdtContent>
          </w:sdt>
        </w:tc>
      </w:tr>
      <w:tr w:rsidR="005B1ECA" w:rsidRPr="000345C4" w14:paraId="3C7D1C8A" w14:textId="77777777" w:rsidTr="00B83F52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0AC683" w14:textId="0D708064" w:rsidR="005B1ECA" w:rsidRPr="006D0F62" w:rsidRDefault="005B1ECA" w:rsidP="006D0F6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6E7C3D" w14:textId="77777777" w:rsidR="005B1ECA" w:rsidRPr="000345C4" w:rsidRDefault="005B1ECA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r w:rsidRPr="000345C4">
              <w:rPr>
                <w:rFonts w:cs="Calibri"/>
                <w:b/>
                <w:szCs w:val="21"/>
              </w:rPr>
              <w:t>Šolska izobrazba:</w:t>
            </w:r>
            <w:r w:rsidRPr="000345C4">
              <w:rPr>
                <w:rFonts w:cs="Calibri"/>
                <w:b/>
                <w:szCs w:val="21"/>
              </w:rPr>
              <w:br/>
            </w:r>
            <w:r w:rsidRPr="000345C4">
              <w:rPr>
                <w:rFonts w:cs="Calibri"/>
                <w:b/>
                <w:sz w:val="16"/>
                <w:szCs w:val="16"/>
              </w:rPr>
              <w:t>(datum zaključka šolanja in ustanova: dodiplomsko in podiplomsko izobraževanje)</w:t>
            </w:r>
          </w:p>
        </w:tc>
        <w:sdt>
          <w:sdtPr>
            <w:rPr>
              <w:rFonts w:cs="Calibri"/>
              <w:szCs w:val="21"/>
            </w:rPr>
            <w:id w:val="955683291"/>
            <w:placeholder>
              <w:docPart w:val="6C4E5072BAC242A0A35ED5988790CFE0"/>
            </w:placeholder>
            <w:showingPlcHdr/>
          </w:sdtPr>
          <w:sdtContent>
            <w:tc>
              <w:tcPr>
                <w:tcW w:w="6062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5FA0F252" w14:textId="77777777" w:rsidR="005B1ECA" w:rsidRPr="000345C4" w:rsidRDefault="005B1ECA" w:rsidP="003A18B5">
                <w:pPr>
                  <w:pStyle w:val="Odstavekseznama"/>
                  <w:numPr>
                    <w:ilvl w:val="0"/>
                    <w:numId w:val="13"/>
                  </w:numPr>
                  <w:spacing w:after="0" w:line="240" w:lineRule="auto"/>
                  <w:rPr>
                    <w:rFonts w:cs="Calibri"/>
                    <w:szCs w:val="21"/>
                  </w:rPr>
                </w:pPr>
                <w:r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podatke o izobrazbi(datum in ustanova). Po pritisku na tipko ENTER se ustvari nova alineja</w:t>
                </w:r>
              </w:p>
            </w:tc>
          </w:sdtContent>
        </w:sdt>
      </w:tr>
      <w:tr w:rsidR="005B1ECA" w:rsidRPr="000345C4" w14:paraId="168FA092" w14:textId="77777777" w:rsidTr="00B83F52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BCB16D" w14:textId="2E3C2A29" w:rsidR="005B1ECA" w:rsidRPr="006D0F62" w:rsidRDefault="005B1ECA" w:rsidP="006D0F6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EF6D87" w14:textId="02B32967" w:rsidR="005B1ECA" w:rsidRPr="000345C4" w:rsidRDefault="005B1ECA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r w:rsidRPr="000345C4">
              <w:rPr>
                <w:rFonts w:cs="Calibri"/>
                <w:b/>
                <w:szCs w:val="21"/>
              </w:rPr>
              <w:t>Poklic:</w:t>
            </w:r>
            <w:r w:rsidRPr="000345C4">
              <w:rPr>
                <w:rFonts w:cs="Calibri"/>
                <w:b/>
                <w:szCs w:val="21"/>
              </w:rPr>
              <w:br/>
            </w:r>
            <w:r w:rsidRPr="000345C4">
              <w:rPr>
                <w:rFonts w:cs="Calibri"/>
                <w:b/>
                <w:sz w:val="16"/>
                <w:szCs w:val="16"/>
              </w:rPr>
              <w:t xml:space="preserve">(dela, ki jih je </w:t>
            </w:r>
            <w:r w:rsidR="00F10CE9">
              <w:rPr>
                <w:rFonts w:cs="Calibri"/>
                <w:b/>
                <w:sz w:val="16"/>
                <w:szCs w:val="16"/>
              </w:rPr>
              <w:t>kandidat/ka</w:t>
            </w:r>
            <w:r w:rsidR="00FF0353">
              <w:rPr>
                <w:rFonts w:cs="Calibri"/>
                <w:b/>
                <w:sz w:val="16"/>
                <w:szCs w:val="16"/>
              </w:rPr>
              <w:t>ndidatka</w:t>
            </w:r>
            <w:r w:rsidR="00F10CE9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0345C4">
              <w:rPr>
                <w:rFonts w:cs="Calibri"/>
                <w:b/>
                <w:sz w:val="16"/>
                <w:szCs w:val="16"/>
              </w:rPr>
              <w:t>opravljal po šolanju)</w:t>
            </w:r>
          </w:p>
        </w:tc>
        <w:sdt>
          <w:sdtPr>
            <w:rPr>
              <w:rFonts w:cs="Calibri"/>
              <w:szCs w:val="21"/>
            </w:rPr>
            <w:id w:val="-1330360551"/>
            <w:placeholder>
              <w:docPart w:val="397EB58FAA1C487DA766A406FA8A3A3A"/>
            </w:placeholder>
            <w:showingPlcHdr/>
          </w:sdtPr>
          <w:sdtContent>
            <w:tc>
              <w:tcPr>
                <w:tcW w:w="6062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0F49A019" w14:textId="12F190C7" w:rsidR="005B1ECA" w:rsidRPr="000345C4" w:rsidRDefault="005B1ECA" w:rsidP="003A18B5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cs="Calibri"/>
                    <w:szCs w:val="21"/>
                  </w:rPr>
                </w:pPr>
                <w:r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opis poklicne poti. Po pritisku na tipko ENTER se ustvari nova alineja</w:t>
                </w:r>
              </w:p>
            </w:tc>
          </w:sdtContent>
        </w:sdt>
      </w:tr>
      <w:tr w:rsidR="005B1ECA" w:rsidRPr="000345C4" w14:paraId="285FD073" w14:textId="77777777" w:rsidTr="00B83F52">
        <w:trPr>
          <w:jc w:val="center"/>
        </w:trPr>
        <w:tc>
          <w:tcPr>
            <w:tcW w:w="56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0FD171" w14:textId="50A0825D" w:rsidR="005B1ECA" w:rsidRPr="006D0F62" w:rsidRDefault="005B1ECA" w:rsidP="006D0F62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6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E28BB5" w14:textId="4B72504E" w:rsidR="005B1ECA" w:rsidRPr="000345C4" w:rsidRDefault="00020765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r>
              <w:rPr>
                <w:rFonts w:cs="Calibri"/>
                <w:b/>
                <w:szCs w:val="21"/>
              </w:rPr>
              <w:t>Podatki o zaposlitvi</w:t>
            </w:r>
            <w:r w:rsidRPr="00761799">
              <w:rPr>
                <w:rFonts w:cs="Calibri"/>
                <w:b/>
                <w:szCs w:val="21"/>
              </w:rPr>
              <w:t xml:space="preserve"> </w:t>
            </w:r>
            <w:r w:rsidRPr="005178BB">
              <w:rPr>
                <w:rFonts w:cs="Calibri"/>
                <w:b/>
                <w:sz w:val="16"/>
                <w:szCs w:val="16"/>
              </w:rPr>
              <w:t>(naslov delodajalca)</w:t>
            </w:r>
            <w:r w:rsidRPr="00006C40">
              <w:rPr>
                <w:rFonts w:cs="Calibri"/>
                <w:b/>
                <w:szCs w:val="21"/>
              </w:rPr>
              <w:t>:</w:t>
            </w:r>
          </w:p>
        </w:tc>
        <w:tc>
          <w:tcPr>
            <w:tcW w:w="606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16664F" w14:textId="77777777" w:rsidR="005B1ECA" w:rsidRPr="000345C4" w:rsidRDefault="00000000" w:rsidP="003A18B5">
            <w:pPr>
              <w:spacing w:after="0" w:line="240" w:lineRule="auto"/>
              <w:contextualSpacing/>
              <w:rPr>
                <w:rFonts w:cs="Calibri"/>
                <w:szCs w:val="21"/>
              </w:rPr>
            </w:pPr>
            <w:sdt>
              <w:sdtPr>
                <w:rPr>
                  <w:rFonts w:cs="Calibri"/>
                  <w:szCs w:val="21"/>
                </w:rPr>
                <w:tag w:val="tag_cand_8"/>
                <w:id w:val="-179975422"/>
                <w:placeholder>
                  <w:docPart w:val="F1AF94F6C7D0478D96022083AF4744C5"/>
                </w:placeholder>
                <w:showingPlcHdr/>
                <w:text/>
              </w:sdtPr>
              <w:sdtContent>
                <w:r w:rsidR="005B1ECA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podatke o trenutni zaposlitvi...</w:t>
                </w:r>
              </w:sdtContent>
            </w:sdt>
          </w:p>
        </w:tc>
      </w:tr>
    </w:tbl>
    <w:p w14:paraId="7ECC86E4" w14:textId="77777777" w:rsidR="005B1ECA" w:rsidRDefault="005B1ECA" w:rsidP="005B1ECA">
      <w:pPr>
        <w:pStyle w:val="Naslov3"/>
        <w:rPr>
          <w:rFonts w:cstheme="majorHAnsi"/>
          <w:szCs w:val="21"/>
        </w:rPr>
      </w:pPr>
      <w:r w:rsidRPr="000345C4">
        <w:rPr>
          <w:rFonts w:cstheme="majorHAnsi"/>
          <w:szCs w:val="21"/>
        </w:rPr>
        <w:t>DELOVANJE V DRUŠTVU IN DRUGIH ORGANIZACIJAH</w:t>
      </w:r>
    </w:p>
    <w:tbl>
      <w:tblPr>
        <w:tblW w:w="0" w:type="auto"/>
        <w:jc w:val="center"/>
        <w:tblBorders>
          <w:top w:val="single" w:sz="4" w:space="0" w:color="EAF4D7" w:themeColor="accent1" w:themeTint="33"/>
          <w:bottom w:val="single" w:sz="4" w:space="0" w:color="EAF4D7" w:themeColor="accent1" w:themeTint="33"/>
          <w:insideH w:val="single" w:sz="4" w:space="0" w:color="EAF4D7" w:themeColor="accent1" w:themeTint="33"/>
        </w:tblBorders>
        <w:tblLook w:val="04A0" w:firstRow="1" w:lastRow="0" w:firstColumn="1" w:lastColumn="0" w:noHBand="0" w:noVBand="1"/>
      </w:tblPr>
      <w:tblGrid>
        <w:gridCol w:w="569"/>
        <w:gridCol w:w="3017"/>
        <w:gridCol w:w="6058"/>
      </w:tblGrid>
      <w:tr w:rsidR="00832C55" w:rsidRPr="00761799" w14:paraId="1837CACC" w14:textId="77777777" w:rsidTr="00D22354">
        <w:trPr>
          <w:trHeight w:val="388"/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0EECDE" w14:textId="371E23A8" w:rsidR="00832C55" w:rsidRPr="00E528AF" w:rsidRDefault="00832C55" w:rsidP="00E528AF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A1CC40" w14:textId="02BE7360" w:rsidR="00832C55" w:rsidRPr="00761799" w:rsidRDefault="00832C55" w:rsidP="00D22354">
            <w:pPr>
              <w:spacing w:after="0" w:line="240" w:lineRule="auto"/>
              <w:contextualSpacing/>
              <w:rPr>
                <w:rFonts w:cs="Calibri"/>
                <w:b/>
                <w:szCs w:val="21"/>
              </w:rPr>
            </w:pPr>
            <w:r w:rsidRPr="00761799">
              <w:rPr>
                <w:rFonts w:cs="Calibri"/>
                <w:b/>
                <w:color w:val="auto"/>
                <w:szCs w:val="21"/>
              </w:rPr>
              <w:t>Član</w:t>
            </w:r>
            <w:r w:rsidR="00306AEC">
              <w:rPr>
                <w:rFonts w:cs="Calibri"/>
                <w:b/>
                <w:color w:val="auto"/>
                <w:szCs w:val="21"/>
              </w:rPr>
              <w:t xml:space="preserve">stvo v </w:t>
            </w:r>
            <w:r w:rsidRPr="00761799">
              <w:rPr>
                <w:rFonts w:cs="Calibri"/>
                <w:b/>
                <w:color w:val="auto"/>
                <w:szCs w:val="21"/>
              </w:rPr>
              <w:t>SFD od leta: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cs="Calibri"/>
                <w:szCs w:val="21"/>
              </w:rPr>
              <w:tag w:val="Letnica_clanstva"/>
              <w:id w:val="816302828"/>
              <w:placeholder>
                <w:docPart w:val="D2F311BA558248F7A3D4A17DB4D0ABFB"/>
              </w:placeholder>
              <w:showingPlcHdr/>
              <w:text/>
            </w:sdtPr>
            <w:sdtContent>
              <w:p w14:paraId="172597A8" w14:textId="77777777" w:rsidR="00832C55" w:rsidRPr="00761799" w:rsidRDefault="00832C55" w:rsidP="00D22354">
                <w:pPr>
                  <w:spacing w:after="0" w:line="240" w:lineRule="auto"/>
                  <w:contextualSpacing/>
                  <w:rPr>
                    <w:rFonts w:cs="Calibri"/>
                    <w:szCs w:val="21"/>
                  </w:rPr>
                </w:pPr>
                <w:r w:rsidRPr="00761799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Vnesite leto (npr. 1995)...</w:t>
                </w:r>
              </w:p>
            </w:sdtContent>
          </w:sdt>
        </w:tc>
      </w:tr>
      <w:tr w:rsidR="00832C55" w:rsidRPr="00761799" w14:paraId="7BB1511A" w14:textId="77777777" w:rsidTr="00D22354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6BA184" w14:textId="687026E9" w:rsidR="00832C55" w:rsidRPr="00E528AF" w:rsidRDefault="00832C55" w:rsidP="00E528AF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2021A4" w14:textId="77777777" w:rsidR="00832C55" w:rsidRPr="00761799" w:rsidRDefault="00832C55" w:rsidP="00D22354">
            <w:pPr>
              <w:spacing w:after="0" w:line="240" w:lineRule="auto"/>
              <w:contextualSpacing/>
              <w:rPr>
                <w:rFonts w:cs="Calibri"/>
                <w:b/>
                <w:szCs w:val="21"/>
              </w:rPr>
            </w:pPr>
            <w:r w:rsidRPr="00761799">
              <w:rPr>
                <w:rFonts w:cs="Calibri"/>
                <w:b/>
                <w:szCs w:val="21"/>
              </w:rPr>
              <w:t>Članstvo v organih društva SFD:</w:t>
            </w:r>
            <w:r w:rsidRPr="00761799">
              <w:rPr>
                <w:rFonts w:cs="Calibri"/>
                <w:b/>
                <w:szCs w:val="21"/>
              </w:rPr>
              <w:br/>
            </w:r>
            <w:r w:rsidRPr="00761799">
              <w:rPr>
                <w:rFonts w:cs="Calibri"/>
                <w:b/>
                <w:sz w:val="16"/>
                <w:szCs w:val="16"/>
              </w:rPr>
              <w:t>(naziv organa, funkcija in mandatno obdobje)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tag w:val="cmbOrgani"/>
              <w:id w:val="-620382182"/>
              <w:placeholder>
                <w:docPart w:val="B897687ECC15487D984DB86BF6D214E4"/>
              </w:placeholder>
              <w:showingPlcHdr/>
            </w:sdtPr>
            <w:sdtContent>
              <w:p w14:paraId="1EB75E82" w14:textId="77777777" w:rsidR="00832C55" w:rsidRPr="00630F17" w:rsidRDefault="00832C55" w:rsidP="00E528AF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cs="Calibri"/>
                    <w:szCs w:val="21"/>
                  </w:rPr>
                </w:pPr>
                <w:r w:rsidRPr="00761799">
                  <w:rPr>
                    <w:rFonts w:cs="Calibri"/>
                    <w:i/>
                    <w:color w:val="787878"/>
                    <w:szCs w:val="21"/>
                  </w:rPr>
                  <w:t>Vnesite članstva in funkcije (naziv organa, funkcija, mandatno obdobje).</w:t>
                </w:r>
                <w:r w:rsidRPr="00630F17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 xml:space="preserve"> Po pritisku na tipko ENTER se ustvari nova alineja</w:t>
                </w:r>
              </w:p>
            </w:sdtContent>
          </w:sdt>
        </w:tc>
      </w:tr>
      <w:tr w:rsidR="00832C55" w:rsidRPr="00761799" w14:paraId="641353B8" w14:textId="77777777" w:rsidTr="00D22354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815545" w14:textId="6EA4FDF4" w:rsidR="00832C55" w:rsidRPr="00E528AF" w:rsidRDefault="00832C55" w:rsidP="00E528AF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B11799" w14:textId="77777777" w:rsidR="00832C55" w:rsidRPr="00761799" w:rsidRDefault="00832C55" w:rsidP="00D22354">
            <w:pPr>
              <w:spacing w:after="0" w:line="240" w:lineRule="auto"/>
              <w:contextualSpacing/>
              <w:rPr>
                <w:rFonts w:cs="Calibri"/>
                <w:b/>
                <w:szCs w:val="21"/>
              </w:rPr>
            </w:pPr>
            <w:r w:rsidRPr="00761799">
              <w:rPr>
                <w:rFonts w:cs="Calibri"/>
                <w:b/>
                <w:szCs w:val="21"/>
              </w:rPr>
              <w:t>Članstvo in funkcije v drugih organizacijah: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  <w:szCs w:val="21"/>
              </w:rPr>
              <w:tag w:val="cmbOrgani_drugje"/>
              <w:id w:val="-1333069526"/>
              <w:placeholder>
                <w:docPart w:val="949B5B2D02B8423BA4F92928977C9916"/>
              </w:placeholder>
              <w:showingPlcHdr/>
            </w:sdtPr>
            <w:sdtContent>
              <w:p w14:paraId="6CE3391F" w14:textId="77777777" w:rsidR="00832C55" w:rsidRPr="002068F6" w:rsidRDefault="00832C55" w:rsidP="00E528AF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cs="Calibri"/>
                    <w:szCs w:val="21"/>
                  </w:rPr>
                </w:pPr>
                <w:r w:rsidRPr="002068F6">
                  <w:rPr>
                    <w:rFonts w:asciiTheme="majorHAnsi" w:hAnsiTheme="majorHAnsi" w:cstheme="majorHAnsi"/>
                    <w:i/>
                    <w:color w:val="787878"/>
                    <w:szCs w:val="21"/>
                  </w:rPr>
                  <w:t>Vnesite članstva in funkcije.</w:t>
                </w:r>
                <w:r w:rsidRPr="002068F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Cs w:val="21"/>
                  </w:rPr>
                  <w:t xml:space="preserve"> Po pritisku na tipko ENTER se ustvari nova alineja</w:t>
                </w:r>
              </w:p>
            </w:sdtContent>
          </w:sdt>
        </w:tc>
      </w:tr>
      <w:tr w:rsidR="00832C55" w:rsidRPr="00761799" w14:paraId="7EA7A3D7" w14:textId="77777777" w:rsidTr="00D22354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FA49E" w14:textId="4A8DF2BF" w:rsidR="00832C55" w:rsidRPr="00E528AF" w:rsidRDefault="00832C55" w:rsidP="00E528AF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cs="Calibri"/>
                <w:b/>
                <w:szCs w:val="21"/>
              </w:rPr>
            </w:pPr>
          </w:p>
        </w:tc>
        <w:tc>
          <w:tcPr>
            <w:tcW w:w="3017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DB1505" w14:textId="77777777" w:rsidR="00832C55" w:rsidRPr="00761799" w:rsidRDefault="00832C55" w:rsidP="00D22354">
            <w:pPr>
              <w:spacing w:after="0" w:line="240" w:lineRule="auto"/>
              <w:contextualSpacing/>
              <w:rPr>
                <w:rFonts w:cs="Calibri"/>
                <w:b/>
                <w:szCs w:val="21"/>
              </w:rPr>
            </w:pPr>
            <w:r w:rsidRPr="003E48E2">
              <w:rPr>
                <w:rFonts w:asciiTheme="majorHAnsi" w:hAnsiTheme="majorHAnsi" w:cstheme="majorHAnsi"/>
                <w:b/>
                <w:color w:val="auto"/>
                <w:szCs w:val="21"/>
              </w:rPr>
              <w:t>Dosedanja priznanja:</w:t>
            </w:r>
            <w:r w:rsidRPr="003E48E2">
              <w:rPr>
                <w:rFonts w:asciiTheme="majorHAnsi" w:hAnsiTheme="majorHAnsi" w:cstheme="majorHAnsi"/>
                <w:b/>
                <w:color w:val="auto"/>
                <w:szCs w:val="21"/>
              </w:rPr>
              <w:br/>
            </w:r>
            <w:r w:rsidRPr="00761799">
              <w:rPr>
                <w:rFonts w:asciiTheme="majorHAnsi" w:hAnsiTheme="majorHAnsi" w:cstheme="majorHAnsi"/>
                <w:b/>
                <w:color w:val="auto"/>
                <w:szCs w:val="21"/>
              </w:rPr>
              <w:t>(datum in naziv priznanja)</w:t>
            </w:r>
          </w:p>
        </w:tc>
        <w:tc>
          <w:tcPr>
            <w:tcW w:w="60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sdt>
            <w:sdtPr>
              <w:rPr>
                <w:rFonts w:asciiTheme="majorHAnsi" w:hAnsiTheme="majorHAnsi" w:cstheme="majorHAnsi"/>
                <w:szCs w:val="21"/>
              </w:rPr>
              <w:tag w:val="cmbPriznanja"/>
              <w:id w:val="1086568714"/>
              <w:placeholder>
                <w:docPart w:val="95805DE6AC794CCDAADE4CF4426852F8"/>
              </w:placeholder>
              <w:showingPlcHdr/>
            </w:sdtPr>
            <w:sdtContent>
              <w:p w14:paraId="52C22F91" w14:textId="77777777" w:rsidR="00832C55" w:rsidRPr="00C77C04" w:rsidRDefault="00832C55" w:rsidP="00E528AF">
                <w:pPr>
                  <w:pStyle w:val="Odstavekseznama"/>
                  <w:numPr>
                    <w:ilvl w:val="0"/>
                    <w:numId w:val="12"/>
                  </w:numPr>
                  <w:spacing w:after="0" w:line="240" w:lineRule="auto"/>
                  <w:rPr>
                    <w:rFonts w:asciiTheme="majorHAnsi" w:hAnsiTheme="majorHAnsi" w:cstheme="majorHAnsi"/>
                    <w:szCs w:val="21"/>
                  </w:rPr>
                </w:pPr>
                <w:r w:rsidRPr="00761799">
                  <w:rPr>
                    <w:rFonts w:cs="Calibri"/>
                    <w:i/>
                    <w:color w:val="787878"/>
                    <w:szCs w:val="21"/>
                  </w:rPr>
                  <w:t>Navedite dosedanja priznanja (datum in naziv priznanja).</w:t>
                </w:r>
                <w:r w:rsidRPr="002068F6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Cs w:val="21"/>
                  </w:rPr>
                  <w:t xml:space="preserve"> Po pritisku na tipko ENTER se ustvari nova alineja</w:t>
                </w:r>
              </w:p>
            </w:sdtContent>
          </w:sdt>
        </w:tc>
      </w:tr>
    </w:tbl>
    <w:p w14:paraId="3BA56102" w14:textId="77777777" w:rsidR="005B1ECA" w:rsidRPr="000345C4" w:rsidRDefault="005B1ECA" w:rsidP="005B1ECA">
      <w:pPr>
        <w:pStyle w:val="Naslov3"/>
        <w:rPr>
          <w:rFonts w:cstheme="majorHAnsi"/>
          <w:szCs w:val="21"/>
        </w:rPr>
      </w:pPr>
      <w:r w:rsidRPr="000345C4">
        <w:rPr>
          <w:rFonts w:cstheme="majorHAnsi"/>
          <w:szCs w:val="21"/>
        </w:rPr>
        <w:t>UTEMELJITEV IN DOSEŽKI</w:t>
      </w:r>
    </w:p>
    <w:tbl>
      <w:tblPr>
        <w:tblW w:w="0" w:type="auto"/>
        <w:jc w:val="center"/>
        <w:tblBorders>
          <w:top w:val="single" w:sz="4" w:space="0" w:color="EAF4D7" w:themeColor="accent1" w:themeTint="33"/>
          <w:bottom w:val="single" w:sz="4" w:space="0" w:color="EAF4D7" w:themeColor="accent1" w:themeTint="33"/>
          <w:insideH w:val="single" w:sz="4" w:space="0" w:color="EAF4D7" w:themeColor="accent1" w:themeTint="33"/>
        </w:tblBorders>
        <w:tblLook w:val="04A0" w:firstRow="1" w:lastRow="0" w:firstColumn="1" w:lastColumn="0" w:noHBand="0" w:noVBand="1"/>
      </w:tblPr>
      <w:tblGrid>
        <w:gridCol w:w="566"/>
        <w:gridCol w:w="3018"/>
        <w:gridCol w:w="6064"/>
      </w:tblGrid>
      <w:tr w:rsidR="005B1ECA" w:rsidRPr="000345C4" w14:paraId="559B5240" w14:textId="77777777" w:rsidTr="00B83F52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875DCC" w14:textId="5A10111B" w:rsidR="005B1ECA" w:rsidRPr="00E528AF" w:rsidRDefault="005B1ECA" w:rsidP="00E528AF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21"/>
              </w:rPr>
            </w:pPr>
          </w:p>
        </w:tc>
        <w:tc>
          <w:tcPr>
            <w:tcW w:w="3033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26444F" w14:textId="77777777" w:rsidR="005B1ECA" w:rsidRPr="000345C4" w:rsidRDefault="005B1ECA" w:rsidP="003A18B5">
            <w:pPr>
              <w:spacing w:after="0" w:line="240" w:lineRule="auto"/>
              <w:rPr>
                <w:rFonts w:asciiTheme="majorHAnsi" w:hAnsiTheme="majorHAnsi" w:cstheme="majorHAnsi"/>
                <w:szCs w:val="21"/>
              </w:rPr>
            </w:pPr>
            <w:r w:rsidRPr="000345C4">
              <w:rPr>
                <w:rFonts w:asciiTheme="majorHAnsi" w:hAnsiTheme="majorHAnsi" w:cstheme="majorHAnsi"/>
                <w:b/>
                <w:szCs w:val="21"/>
              </w:rPr>
              <w:t>Utemeljitev predloga potrdil občni zbor:</w:t>
            </w:r>
          </w:p>
        </w:tc>
        <w:tc>
          <w:tcPr>
            <w:tcW w:w="610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176571" w14:textId="77777777" w:rsidR="005B1ECA" w:rsidRPr="000345C4" w:rsidRDefault="00000000" w:rsidP="003A18B5">
            <w:pPr>
              <w:spacing w:after="0" w:line="240" w:lineRule="auto"/>
              <w:rPr>
                <w:rFonts w:asciiTheme="majorHAnsi" w:hAnsiTheme="majorHAnsi" w:cstheme="majorHAnsi"/>
                <w:szCs w:val="21"/>
              </w:rPr>
            </w:pPr>
            <w:sdt>
              <w:sdtPr>
                <w:rPr>
                  <w:rFonts w:asciiTheme="majorHAnsi" w:hAnsiTheme="majorHAnsi" w:cstheme="majorHAnsi"/>
                  <w:szCs w:val="21"/>
                </w:rPr>
                <w:id w:val="-9068505"/>
                <w:placeholder>
                  <w:docPart w:val="21B978B655964BF68ED88BC13A5AF525"/>
                </w:placeholder>
                <w:showingPlcHdr/>
                <w:text/>
              </w:sdtPr>
              <w:sdtContent>
                <w:r w:rsidR="005B1ECA" w:rsidRPr="000345C4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Cs w:val="21"/>
                  </w:rPr>
                  <w:t>Vnesite kraj občnega zbora...</w:t>
                </w:r>
              </w:sdtContent>
            </w:sdt>
            <w:r w:rsidR="005B1ECA" w:rsidRPr="000345C4">
              <w:rPr>
                <w:rFonts w:asciiTheme="majorHAnsi" w:hAnsiTheme="majorHAnsi" w:cstheme="majorHAnsi"/>
                <w:szCs w:val="21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Cs w:val="21"/>
                </w:rPr>
                <w:id w:val="1958909714"/>
                <w:placeholder>
                  <w:docPart w:val="78A9278BE4F049F5AC1525ED445377D8"/>
                </w:placeholder>
                <w:showingPlcHdr/>
                <w:date w:fullDate="2026-01-01T00:00:00Z">
                  <w:dateFormat w:val="dd.MM.yyyy"/>
                  <w:lid w:val="sl-SI"/>
                  <w:storeMappedDataAs w:val="dateTime"/>
                  <w:calendar w:val="gregorian"/>
                </w:date>
              </w:sdtPr>
              <w:sdtContent>
                <w:r w:rsidR="005B1ECA" w:rsidRPr="000345C4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Cs w:val="21"/>
                  </w:rPr>
                  <w:t>Vnesite datum občnega zbora...</w:t>
                </w:r>
              </w:sdtContent>
            </w:sdt>
          </w:p>
        </w:tc>
      </w:tr>
      <w:tr w:rsidR="005B1ECA" w:rsidRPr="000345C4" w14:paraId="6E7083A3" w14:textId="77777777" w:rsidTr="00B83F52">
        <w:trPr>
          <w:jc w:val="center"/>
        </w:trPr>
        <w:tc>
          <w:tcPr>
            <w:tcW w:w="569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AF55EA" w14:textId="23ED42A5" w:rsidR="005B1ECA" w:rsidRPr="00E528AF" w:rsidRDefault="005B1ECA" w:rsidP="00E528AF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Cs w:val="21"/>
              </w:rPr>
            </w:pPr>
          </w:p>
        </w:tc>
        <w:tc>
          <w:tcPr>
            <w:tcW w:w="3033" w:type="dxa"/>
            <w:shd w:val="clear" w:color="auto" w:fill="F0F4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7FC4BA" w14:textId="77777777" w:rsidR="005B1ECA" w:rsidRPr="000345C4" w:rsidRDefault="005B1ECA" w:rsidP="003A18B5">
            <w:pPr>
              <w:spacing w:after="0" w:line="240" w:lineRule="auto"/>
              <w:rPr>
                <w:rFonts w:asciiTheme="majorHAnsi" w:hAnsiTheme="majorHAnsi" w:cstheme="majorHAnsi"/>
                <w:szCs w:val="21"/>
              </w:rPr>
            </w:pPr>
            <w:r w:rsidRPr="000345C4">
              <w:rPr>
                <w:rFonts w:asciiTheme="majorHAnsi" w:hAnsiTheme="majorHAnsi" w:cstheme="majorHAnsi"/>
                <w:b/>
                <w:szCs w:val="21"/>
              </w:rPr>
              <w:t>Glavni dosežki v stroki:</w:t>
            </w:r>
            <w:r w:rsidRPr="000345C4">
              <w:rPr>
                <w:rFonts w:asciiTheme="majorHAnsi" w:hAnsiTheme="majorHAnsi" w:cstheme="majorHAnsi"/>
                <w:b/>
                <w:szCs w:val="21"/>
              </w:rPr>
              <w:br/>
            </w:r>
            <w:r w:rsidRPr="000345C4">
              <w:rPr>
                <w:rFonts w:asciiTheme="majorHAnsi" w:hAnsiTheme="majorHAnsi" w:cstheme="majorHAnsi"/>
                <w:b/>
                <w:sz w:val="16"/>
                <w:szCs w:val="16"/>
              </w:rPr>
              <w:t>(našteti po alinejah)</w:t>
            </w:r>
          </w:p>
        </w:tc>
        <w:sdt>
          <w:sdtPr>
            <w:id w:val="1720935300"/>
            <w:placeholder>
              <w:docPart w:val="01037D9CA5DA4415A01A3E72F6782DFD"/>
            </w:placeholder>
            <w:showingPlcHdr/>
          </w:sdtPr>
          <w:sdtContent>
            <w:tc>
              <w:tcPr>
                <w:tcW w:w="6106" w:type="dxa"/>
                <w:tcMar>
                  <w:top w:w="100" w:type="dxa"/>
                  <w:left w:w="150" w:type="dxa"/>
                  <w:bottom w:w="100" w:type="dxa"/>
                  <w:right w:w="150" w:type="dxa"/>
                </w:tcMar>
              </w:tcPr>
              <w:p w14:paraId="4FAB01CA" w14:textId="028729C0" w:rsidR="005B1ECA" w:rsidRPr="000345C4" w:rsidRDefault="005B1ECA" w:rsidP="003A18B5">
                <w:pPr>
                  <w:pStyle w:val="Odstavekseznama"/>
                  <w:numPr>
                    <w:ilvl w:val="0"/>
                    <w:numId w:val="11"/>
                  </w:numPr>
                  <w:spacing w:after="0" w:line="240" w:lineRule="auto"/>
                  <w:rPr>
                    <w:rFonts w:asciiTheme="majorHAnsi" w:hAnsiTheme="majorHAnsi" w:cstheme="majorHAnsi"/>
                    <w:szCs w:val="21"/>
                  </w:rPr>
                </w:pPr>
                <w:r w:rsidRPr="000345C4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Cs w:val="21"/>
                  </w:rPr>
                  <w:t>Vnesite besedilo. Po pritisku na tipko ENTER se ustvari nova alineja</w:t>
                </w:r>
              </w:p>
            </w:tc>
          </w:sdtContent>
        </w:sdt>
      </w:tr>
    </w:tbl>
    <w:p w14:paraId="6D76FB93" w14:textId="77777777" w:rsidR="005B1ECA" w:rsidRPr="000345C4" w:rsidRDefault="005B1ECA" w:rsidP="005B1ECA">
      <w:pPr>
        <w:pStyle w:val="Naslov3"/>
      </w:pPr>
      <w:r w:rsidRPr="000345C4">
        <w:t>OBVEZNE PRILOGE</w:t>
      </w:r>
    </w:p>
    <w:p w14:paraId="089E1DE2" w14:textId="77777777" w:rsidR="005B1ECA" w:rsidRPr="000345C4" w:rsidRDefault="005B1ECA" w:rsidP="005B1ECA">
      <w:pPr>
        <w:keepNext/>
        <w:keepLines/>
        <w:spacing w:after="40"/>
        <w:rPr>
          <w:rFonts w:asciiTheme="majorHAnsi" w:hAnsiTheme="majorHAnsi" w:cstheme="majorHAnsi"/>
          <w:szCs w:val="21"/>
        </w:rPr>
      </w:pPr>
      <w:r w:rsidRPr="000345C4">
        <w:rPr>
          <w:rFonts w:asciiTheme="majorHAnsi" w:hAnsiTheme="majorHAnsi" w:cstheme="majorHAnsi"/>
          <w:szCs w:val="21"/>
        </w:rPr>
        <w:t>Označite priložene dokumente:</w:t>
      </w:r>
    </w:p>
    <w:p w14:paraId="34ED14BC" w14:textId="4738EA48" w:rsidR="005B1ECA" w:rsidRPr="000345C4" w:rsidRDefault="00000000" w:rsidP="005B1ECA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Cs w:val="21"/>
        </w:rPr>
      </w:pPr>
      <w:sdt>
        <w:sdtPr>
          <w:rPr>
            <w:rFonts w:asciiTheme="majorHAnsi" w:hAnsiTheme="majorHAnsi" w:cstheme="majorHAnsi"/>
            <w:color w:val="auto"/>
            <w:szCs w:val="21"/>
          </w:rPr>
          <w:id w:val="1284154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6BCE">
            <w:rPr>
              <w:rFonts w:ascii="MS Gothic" w:eastAsia="MS Gothic" w:hAnsi="MS Gothic" w:cstheme="majorHAnsi" w:hint="eastAsia"/>
              <w:color w:val="auto"/>
              <w:szCs w:val="21"/>
            </w:rPr>
            <w:t>☐</w:t>
          </w:r>
        </w:sdtContent>
      </w:sdt>
      <w:r w:rsidR="005B1ECA" w:rsidRPr="000345C4">
        <w:rPr>
          <w:rFonts w:asciiTheme="majorHAnsi" w:hAnsiTheme="majorHAnsi" w:cstheme="majorHAnsi"/>
          <w:color w:val="auto"/>
          <w:szCs w:val="21"/>
        </w:rPr>
        <w:t xml:space="preserve"> Utemeljitev predloga (vključno z Wordovo elektronsko različico)</w:t>
      </w:r>
    </w:p>
    <w:p w14:paraId="06413B87" w14:textId="5D4ECC0F" w:rsidR="005B1ECA" w:rsidRPr="000345C4" w:rsidRDefault="00000000" w:rsidP="005B1ECA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Cs w:val="21"/>
        </w:rPr>
      </w:pPr>
      <w:sdt>
        <w:sdtPr>
          <w:rPr>
            <w:rFonts w:asciiTheme="majorHAnsi" w:hAnsiTheme="majorHAnsi" w:cstheme="majorHAnsi"/>
            <w:color w:val="auto"/>
            <w:szCs w:val="21"/>
          </w:rPr>
          <w:id w:val="1449358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6BCE">
            <w:rPr>
              <w:rFonts w:ascii="MS Gothic" w:eastAsia="MS Gothic" w:hAnsi="MS Gothic" w:cstheme="majorHAnsi" w:hint="eastAsia"/>
              <w:color w:val="auto"/>
              <w:szCs w:val="21"/>
            </w:rPr>
            <w:t>☐</w:t>
          </w:r>
        </w:sdtContent>
      </w:sdt>
      <w:r w:rsidR="005B1ECA" w:rsidRPr="000345C4">
        <w:rPr>
          <w:rFonts w:asciiTheme="majorHAnsi" w:hAnsiTheme="majorHAnsi" w:cstheme="majorHAnsi"/>
          <w:color w:val="auto"/>
          <w:szCs w:val="21"/>
        </w:rPr>
        <w:t xml:space="preserve"> Bibliografija kandidata / kandidatke</w:t>
      </w:r>
    </w:p>
    <w:p w14:paraId="0F956B9C" w14:textId="20529357" w:rsidR="005B1ECA" w:rsidRPr="000345C4" w:rsidRDefault="00000000" w:rsidP="005B1ECA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Cs w:val="21"/>
        </w:rPr>
      </w:pPr>
      <w:sdt>
        <w:sdtPr>
          <w:rPr>
            <w:rFonts w:asciiTheme="majorHAnsi" w:hAnsiTheme="majorHAnsi" w:cstheme="majorHAnsi"/>
            <w:color w:val="auto"/>
            <w:szCs w:val="21"/>
          </w:rPr>
          <w:id w:val="1855541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6BCE">
            <w:rPr>
              <w:rFonts w:ascii="MS Gothic" w:eastAsia="MS Gothic" w:hAnsi="MS Gothic" w:cstheme="majorHAnsi" w:hint="eastAsia"/>
              <w:color w:val="auto"/>
              <w:szCs w:val="21"/>
            </w:rPr>
            <w:t>☐</w:t>
          </w:r>
        </w:sdtContent>
      </w:sdt>
      <w:r w:rsidR="005B1ECA" w:rsidRPr="000345C4">
        <w:rPr>
          <w:rFonts w:asciiTheme="majorHAnsi" w:hAnsiTheme="majorHAnsi" w:cstheme="majorHAnsi"/>
          <w:color w:val="auto"/>
          <w:szCs w:val="21"/>
        </w:rPr>
        <w:t xml:space="preserve"> Kopija zapisnika občnega zbora s sklepom občnega zbora, ki je predlog potrdil</w:t>
      </w:r>
    </w:p>
    <w:p w14:paraId="724DF0AC" w14:textId="4568ED3D" w:rsidR="005B1ECA" w:rsidRPr="000345C4" w:rsidRDefault="00000000" w:rsidP="005B1ECA">
      <w:pPr>
        <w:keepNext/>
        <w:keepLines/>
        <w:spacing w:after="0" w:line="240" w:lineRule="auto"/>
        <w:ind w:left="288"/>
        <w:rPr>
          <w:rFonts w:asciiTheme="majorHAnsi" w:hAnsiTheme="majorHAnsi" w:cstheme="majorHAnsi"/>
          <w:color w:val="auto"/>
          <w:szCs w:val="21"/>
        </w:rPr>
      </w:pPr>
      <w:sdt>
        <w:sdtPr>
          <w:rPr>
            <w:rFonts w:asciiTheme="majorHAnsi" w:hAnsiTheme="majorHAnsi" w:cstheme="majorHAnsi"/>
            <w:color w:val="auto"/>
            <w:szCs w:val="21"/>
          </w:rPr>
          <w:id w:val="1240442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6BCE">
            <w:rPr>
              <w:rFonts w:ascii="MS Gothic" w:eastAsia="MS Gothic" w:hAnsi="MS Gothic" w:cstheme="majorHAnsi" w:hint="eastAsia"/>
              <w:color w:val="auto"/>
              <w:szCs w:val="21"/>
            </w:rPr>
            <w:t>☐</w:t>
          </w:r>
        </w:sdtContent>
      </w:sdt>
      <w:r w:rsidR="005B1ECA" w:rsidRPr="000345C4">
        <w:rPr>
          <w:rFonts w:asciiTheme="majorHAnsi" w:hAnsiTheme="majorHAnsi" w:cstheme="majorHAnsi"/>
          <w:color w:val="auto"/>
          <w:szCs w:val="21"/>
        </w:rPr>
        <w:t xml:space="preserve"> Pisno soglasje kandidata / kandidatke</w:t>
      </w:r>
    </w:p>
    <w:p w14:paraId="3316EEBF" w14:textId="77777777" w:rsidR="005B1ECA" w:rsidRPr="000345C4" w:rsidRDefault="005B1ECA" w:rsidP="005B1ECA">
      <w:pPr>
        <w:pStyle w:val="Naslov3"/>
      </w:pPr>
      <w:r w:rsidRPr="000345C4">
        <w:t>IZJAVA IN PODPIS</w:t>
      </w:r>
    </w:p>
    <w:p w14:paraId="11D1DD65" w14:textId="77777777" w:rsidR="005B1ECA" w:rsidRPr="000345C4" w:rsidRDefault="005B1ECA" w:rsidP="005B1ECA">
      <w:pPr>
        <w:spacing w:before="80" w:after="240"/>
        <w:rPr>
          <w:rFonts w:asciiTheme="majorHAnsi" w:hAnsiTheme="majorHAnsi" w:cstheme="majorHAnsi"/>
          <w:szCs w:val="21"/>
        </w:rPr>
      </w:pPr>
      <w:r w:rsidRPr="000345C4">
        <w:rPr>
          <w:rFonts w:asciiTheme="majorHAnsi" w:hAnsiTheme="majorHAnsi" w:cstheme="majorHAnsi"/>
          <w:i/>
          <w:szCs w:val="21"/>
        </w:rPr>
        <w:t>S podpisom predlagatelj jamči za resničnost podatkov, vključenih v predlog, in zagotavlja, da je pri izboru upošteval Kodeks farmacevtske etike članov SFD.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65"/>
        <w:gridCol w:w="4883"/>
      </w:tblGrid>
      <w:tr w:rsidR="005B1ECA" w:rsidRPr="000345C4" w14:paraId="0607A77A" w14:textId="77777777" w:rsidTr="00B83F52">
        <w:trPr>
          <w:jc w:val="center"/>
        </w:trPr>
        <w:tc>
          <w:tcPr>
            <w:tcW w:w="4896" w:type="dxa"/>
          </w:tcPr>
          <w:p w14:paraId="3B273486" w14:textId="77830F83" w:rsidR="005B1ECA" w:rsidRPr="000345C4" w:rsidRDefault="005B1ECA" w:rsidP="00B83F52">
            <w:pPr>
              <w:rPr>
                <w:rFonts w:asciiTheme="majorHAnsi" w:hAnsiTheme="majorHAnsi" w:cstheme="majorHAnsi"/>
                <w:szCs w:val="21"/>
              </w:rPr>
            </w:pPr>
            <w:r w:rsidRPr="000345C4">
              <w:rPr>
                <w:rFonts w:asciiTheme="majorHAnsi" w:hAnsiTheme="majorHAnsi" w:cstheme="majorHAnsi"/>
                <w:b/>
                <w:szCs w:val="21"/>
              </w:rPr>
              <w:t>Kraj in datum:</w:t>
            </w:r>
            <w:r w:rsidRPr="000345C4">
              <w:rPr>
                <w:rFonts w:asciiTheme="majorHAnsi" w:hAnsiTheme="majorHAnsi" w:cstheme="majorHAnsi"/>
                <w:b/>
                <w:szCs w:val="21"/>
              </w:rPr>
              <w:br/>
            </w:r>
            <w:sdt>
              <w:sdtPr>
                <w:rPr>
                  <w:rFonts w:asciiTheme="majorHAnsi" w:hAnsiTheme="majorHAnsi" w:cstheme="majorHAnsi"/>
                  <w:szCs w:val="21"/>
                </w:rPr>
                <w:id w:val="-374314148"/>
                <w:placeholder>
                  <w:docPart w:val="7FDF0B43A6094AD2A83ADBADCBD26EB4"/>
                </w:placeholder>
                <w:showingPlcHdr/>
              </w:sdtPr>
              <w:sdtContent>
                <w:r w:rsidRPr="000345C4">
                  <w:rPr>
                    <w:rStyle w:val="Besedilooznabemesta"/>
                    <w:rFonts w:asciiTheme="majorHAnsi" w:hAnsiTheme="majorHAnsi" w:cstheme="majorHAnsi"/>
                    <w:i/>
                    <w:iCs/>
                    <w:szCs w:val="21"/>
                  </w:rPr>
                  <w:t>Vpišite kraj</w:t>
                </w:r>
              </w:sdtContent>
            </w:sdt>
            <w:r w:rsidRPr="000345C4">
              <w:rPr>
                <w:rFonts w:asciiTheme="majorHAnsi" w:hAnsiTheme="majorHAnsi" w:cstheme="majorHAnsi"/>
                <w:szCs w:val="21"/>
              </w:rPr>
              <w:t xml:space="preserve">, </w:t>
            </w:r>
            <w:sdt>
              <w:sdtPr>
                <w:rPr>
                  <w:rFonts w:asciiTheme="majorHAnsi" w:hAnsiTheme="majorHAnsi" w:cstheme="majorHAnsi"/>
                  <w:szCs w:val="21"/>
                </w:rPr>
                <w:id w:val="1522360232"/>
                <w:placeholder>
                  <w:docPart w:val="FA14442FA5C34185B953C550F4F5607A"/>
                </w:placeholder>
                <w:showingPlcHdr/>
                <w:date w:fullDate="2026-01-01T00:00:00Z">
                  <w:dateFormat w:val="dd.MM.yyyy"/>
                  <w:lid w:val="sl-SI"/>
                  <w:storeMappedDataAs w:val="dateTime"/>
                  <w:calendar w:val="gregorian"/>
                </w:date>
              </w:sdtPr>
              <w:sdtContent>
                <w:r w:rsidRPr="000345C4">
                  <w:rPr>
                    <w:rStyle w:val="Besedilooznabemesta"/>
                    <w:rFonts w:asciiTheme="majorHAnsi" w:hAnsiTheme="majorHAnsi" w:cstheme="majorHAnsi"/>
                    <w:i/>
                    <w:color w:val="787878"/>
                    <w:szCs w:val="21"/>
                  </w:rPr>
                  <w:t>Izberite datum...</w:t>
                </w:r>
              </w:sdtContent>
            </w:sdt>
          </w:p>
        </w:tc>
        <w:tc>
          <w:tcPr>
            <w:tcW w:w="4896" w:type="dxa"/>
          </w:tcPr>
          <w:p w14:paraId="6A16C16F" w14:textId="02DC2057" w:rsidR="005B1ECA" w:rsidRPr="000345C4" w:rsidRDefault="005B1ECA" w:rsidP="00B83F52">
            <w:pPr>
              <w:rPr>
                <w:rFonts w:asciiTheme="majorHAnsi" w:hAnsiTheme="majorHAnsi" w:cstheme="majorHAnsi"/>
                <w:szCs w:val="21"/>
              </w:rPr>
            </w:pPr>
            <w:r w:rsidRPr="000345C4">
              <w:rPr>
                <w:rFonts w:asciiTheme="majorHAnsi" w:hAnsiTheme="majorHAnsi" w:cstheme="majorHAnsi"/>
                <w:b/>
                <w:bCs/>
                <w:szCs w:val="21"/>
              </w:rPr>
              <w:t>Žig in podpis predsednika/ce podružnice/sekcije:</w:t>
            </w:r>
            <w:r w:rsidRPr="000345C4">
              <w:rPr>
                <w:rFonts w:asciiTheme="majorHAnsi" w:hAnsiTheme="majorHAnsi" w:cstheme="majorHAnsi"/>
                <w:szCs w:val="21"/>
              </w:rPr>
              <w:br/>
            </w:r>
            <w:sdt>
              <w:sdtPr>
                <w:rPr>
                  <w:rFonts w:cs="Calibri"/>
                  <w:szCs w:val="21"/>
                </w:rPr>
                <w:tag w:val="tag_cand_8"/>
                <w:id w:val="-615065761"/>
                <w:placeholder>
                  <w:docPart w:val="B5640E1520B146CD8269C0826DDDCF3E"/>
                </w:placeholder>
                <w:showingPlcHdr/>
                <w:text/>
              </w:sdtPr>
              <w:sdtContent>
                <w:r w:rsidR="002137D5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 xml:space="preserve">Vnesite </w:t>
                </w:r>
                <w:r w:rsidR="002137D5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i</w:t>
                </w:r>
                <w:r w:rsidR="002137D5">
                  <w:rPr>
                    <w:rStyle w:val="Besedilooznabemesta"/>
                    <w:i/>
                    <w:color w:val="787878"/>
                    <w:szCs w:val="21"/>
                  </w:rPr>
                  <w:t>me in priimek</w:t>
                </w:r>
                <w:r w:rsidR="002137D5" w:rsidRPr="000345C4">
                  <w:rPr>
                    <w:rStyle w:val="Besedilooznabemesta"/>
                    <w:rFonts w:cs="Calibri"/>
                    <w:i/>
                    <w:color w:val="787878"/>
                    <w:szCs w:val="21"/>
                  </w:rPr>
                  <w:t>...</w:t>
                </w:r>
              </w:sdtContent>
            </w:sdt>
            <w:r w:rsidRPr="000345C4">
              <w:rPr>
                <w:rFonts w:asciiTheme="majorHAnsi" w:hAnsiTheme="majorHAnsi" w:cstheme="majorHAnsi"/>
                <w:szCs w:val="21"/>
              </w:rPr>
              <w:br/>
            </w:r>
            <w:r w:rsidRPr="000345C4">
              <w:rPr>
                <w:rFonts w:asciiTheme="majorHAnsi" w:hAnsiTheme="majorHAnsi" w:cstheme="majorHAnsi"/>
                <w:szCs w:val="21"/>
              </w:rPr>
              <w:br/>
              <w:t>_________________________________________</w:t>
            </w:r>
          </w:p>
        </w:tc>
      </w:tr>
    </w:tbl>
    <w:p w14:paraId="6EB0B93A" w14:textId="77777777" w:rsidR="005B1ECA" w:rsidRPr="000345C4" w:rsidRDefault="005B1ECA" w:rsidP="005B1ECA">
      <w:pPr>
        <w:rPr>
          <w:rFonts w:cs="Calibri"/>
        </w:rPr>
      </w:pPr>
    </w:p>
    <w:p w14:paraId="0CBED1F8" w14:textId="77777777" w:rsidR="005B1ECA" w:rsidRPr="000345C4" w:rsidRDefault="005B1ECA" w:rsidP="005B1ECA">
      <w:pPr>
        <w:rPr>
          <w:rFonts w:cs="Calibri"/>
        </w:rPr>
      </w:pPr>
    </w:p>
    <w:p w14:paraId="233A8501" w14:textId="4733A9A9" w:rsidR="007B5152" w:rsidRDefault="005B1ECA" w:rsidP="00314A4E">
      <w:pPr>
        <w:spacing w:before="400" w:after="80"/>
        <w:rPr>
          <w:i/>
          <w:color w:val="auto"/>
          <w:sz w:val="18"/>
        </w:rPr>
      </w:pPr>
      <w:r w:rsidRPr="000345C4">
        <w:rPr>
          <w:b/>
          <w:color w:val="auto"/>
          <w:sz w:val="19"/>
        </w:rPr>
        <w:t>Navodila za oddajo:</w:t>
      </w:r>
      <w:r w:rsidRPr="000345C4">
        <w:rPr>
          <w:b/>
          <w:color w:val="auto"/>
          <w:sz w:val="19"/>
        </w:rPr>
        <w:br/>
      </w:r>
      <w:r w:rsidRPr="000345C4">
        <w:rPr>
          <w:i/>
          <w:color w:val="auto"/>
          <w:sz w:val="18"/>
        </w:rPr>
        <w:t>Zahtevano dokumentacijo pošljite na naslov: Slovensko farmacevtsko društvo, Dunajska cesta 184A, 1000 Ljubljana (za OPDP) ter v elektronski obliki na e-naslov: pisarna@sfd.si. Besedilo utemeljitve pošljite tudi v ločenem Wordovem dokumentu.</w:t>
      </w:r>
    </w:p>
    <w:p w14:paraId="3F9216B1" w14:textId="77777777" w:rsidR="00115B41" w:rsidRPr="000345C4" w:rsidRDefault="00115B41" w:rsidP="00314A4E">
      <w:pPr>
        <w:spacing w:before="400" w:after="80"/>
        <w:rPr>
          <w:color w:val="auto"/>
        </w:rPr>
      </w:pPr>
    </w:p>
    <w:sectPr w:rsidR="00115B41" w:rsidRPr="000345C4" w:rsidSect="00034616">
      <w:headerReference w:type="default" r:id="rId8"/>
      <w:footerReference w:type="default" r:id="rId9"/>
      <w:endnotePr>
        <w:numFmt w:val="decimal"/>
      </w:endnotePr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B2E18" w14:textId="77777777" w:rsidR="00BB6061" w:rsidRPr="000345C4" w:rsidRDefault="00BB6061" w:rsidP="003B4B5F">
      <w:pPr>
        <w:spacing w:after="0" w:line="240" w:lineRule="auto"/>
      </w:pPr>
      <w:r w:rsidRPr="000345C4">
        <w:separator/>
      </w:r>
    </w:p>
  </w:endnote>
  <w:endnote w:type="continuationSeparator" w:id="0">
    <w:p w14:paraId="142BE18C" w14:textId="77777777" w:rsidR="00BB6061" w:rsidRPr="000345C4" w:rsidRDefault="00BB6061" w:rsidP="003B4B5F">
      <w:pPr>
        <w:spacing w:after="0" w:line="240" w:lineRule="auto"/>
      </w:pPr>
      <w:r w:rsidRPr="000345C4">
        <w:continuationSeparator/>
      </w:r>
    </w:p>
  </w:endnote>
  <w:endnote w:id="1">
    <w:p w14:paraId="60ACB583" w14:textId="77777777" w:rsidR="00153386" w:rsidRPr="000345C4" w:rsidRDefault="00153386" w:rsidP="00153386">
      <w:pPr>
        <w:pStyle w:val="Navadensplet"/>
        <w:jc w:val="both"/>
        <w:rPr>
          <w:rFonts w:ascii="Calibri" w:hAnsi="Calibri" w:cs="Calibri"/>
          <w:sz w:val="18"/>
          <w:szCs w:val="18"/>
        </w:rPr>
      </w:pPr>
      <w:r>
        <w:rPr>
          <w:rStyle w:val="Konnaopomba-sklic"/>
        </w:rPr>
        <w:endnoteRef/>
      </w:r>
      <w:r>
        <w:t xml:space="preserve"> </w:t>
      </w:r>
      <w:r w:rsidRPr="000345C4">
        <w:rPr>
          <w:rFonts w:ascii="Calibri" w:hAnsi="Calibri" w:cs="Calibri"/>
          <w:sz w:val="18"/>
          <w:szCs w:val="18"/>
        </w:rPr>
        <w:t>Minařikovo odličje se podeli članu SFD, ki je:</w:t>
      </w:r>
    </w:p>
    <w:p w14:paraId="5CBC566D" w14:textId="77777777" w:rsidR="00153386" w:rsidRPr="000345C4" w:rsidRDefault="00153386" w:rsidP="0015338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cs="Calibri"/>
          <w:sz w:val="18"/>
          <w:szCs w:val="18"/>
        </w:rPr>
      </w:pPr>
      <w:r w:rsidRPr="000345C4">
        <w:rPr>
          <w:rFonts w:cs="Calibri"/>
          <w:sz w:val="18"/>
          <w:szCs w:val="18"/>
        </w:rPr>
        <w:t>uspešno deloval v SFD, praviloma vsaj 20-let, za izjemne zasluge pri razvoju in uveljavljanju slovenske farmacije v širši družbeni skupnosti;</w:t>
      </w:r>
    </w:p>
    <w:p w14:paraId="404C8CC2" w14:textId="77777777" w:rsidR="00153386" w:rsidRPr="000345C4" w:rsidRDefault="00153386" w:rsidP="0015338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cs="Calibri"/>
          <w:sz w:val="18"/>
          <w:szCs w:val="18"/>
        </w:rPr>
      </w:pPr>
      <w:r w:rsidRPr="000345C4">
        <w:rPr>
          <w:rFonts w:cs="Calibri"/>
          <w:sz w:val="18"/>
          <w:szCs w:val="18"/>
        </w:rPr>
        <w:t>na področju pedagoškega in znanstveno-raziskovalnega dela pomembno prispeval k razvoju farmacevtske znanosti, se uveljavil v slovenskem in mednarodnem prostoru z objavami v domačih in tujih časopisih in publikacijah oziroma na domačih in tujih kongresih, ali deloval na prenašanju izsledkov znanstveno-raziskovalnega dela v prakso, ali</w:t>
      </w:r>
    </w:p>
    <w:p w14:paraId="45D72F43" w14:textId="02E727C6" w:rsidR="00153386" w:rsidRPr="00115B41" w:rsidRDefault="00153386" w:rsidP="00115B41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cs="Calibri"/>
          <w:sz w:val="18"/>
          <w:szCs w:val="18"/>
        </w:rPr>
      </w:pPr>
      <w:r w:rsidRPr="00115B41">
        <w:rPr>
          <w:rFonts w:cs="Calibri"/>
          <w:sz w:val="18"/>
          <w:szCs w:val="18"/>
        </w:rPr>
        <w:t>na strokovno organizacijskem področju uveljavil dosežke v stroki in s tem pomembno prispeval h gospodarskemu in družbenemu razvoju (patenti, inovacije, razširitev dejavnosti, organizacija novih dejavnosti itd.), organiziral in vodil mentorsko delo (vodenje pripravnikov, vodenje strokovnega usposabljanja in izpopolnjevanja ipd.).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48ADE" w14:textId="239DC1A5" w:rsidR="0084530A" w:rsidRPr="000345C4" w:rsidRDefault="0084530A" w:rsidP="0084530A">
    <w:pPr>
      <w:pStyle w:val="Noga"/>
      <w:jc w:val="center"/>
      <w:rPr>
        <w:rFonts w:cs="Calibri"/>
        <w:sz w:val="20"/>
        <w:szCs w:val="20"/>
      </w:rPr>
    </w:pPr>
    <w:r w:rsidRPr="000345C4">
      <w:rPr>
        <w:rFonts w:cs="Calibri"/>
        <w:sz w:val="20"/>
        <w:szCs w:val="20"/>
      </w:rPr>
      <w:t xml:space="preserve">Stran </w:t>
    </w:r>
    <w:r w:rsidRPr="000345C4">
      <w:rPr>
        <w:rFonts w:cs="Calibri"/>
        <w:b/>
        <w:bCs/>
        <w:sz w:val="20"/>
        <w:szCs w:val="20"/>
      </w:rPr>
      <w:fldChar w:fldCharType="begin"/>
    </w:r>
    <w:r w:rsidRPr="000345C4">
      <w:rPr>
        <w:rFonts w:cs="Calibri"/>
        <w:b/>
        <w:bCs/>
        <w:sz w:val="20"/>
        <w:szCs w:val="20"/>
      </w:rPr>
      <w:instrText>PAGE</w:instrText>
    </w:r>
    <w:r w:rsidRPr="000345C4">
      <w:rPr>
        <w:rFonts w:cs="Calibri"/>
        <w:b/>
        <w:bCs/>
        <w:sz w:val="20"/>
        <w:szCs w:val="20"/>
      </w:rPr>
      <w:fldChar w:fldCharType="separate"/>
    </w:r>
    <w:r w:rsidRPr="000345C4">
      <w:rPr>
        <w:rFonts w:cs="Calibri"/>
        <w:b/>
        <w:bCs/>
        <w:sz w:val="20"/>
        <w:szCs w:val="20"/>
      </w:rPr>
      <w:t>1</w:t>
    </w:r>
    <w:r w:rsidRPr="000345C4">
      <w:rPr>
        <w:rFonts w:cs="Calibri"/>
        <w:b/>
        <w:bCs/>
        <w:sz w:val="20"/>
        <w:szCs w:val="20"/>
      </w:rPr>
      <w:fldChar w:fldCharType="end"/>
    </w:r>
    <w:r w:rsidRPr="000345C4">
      <w:rPr>
        <w:rFonts w:cs="Calibri"/>
        <w:sz w:val="20"/>
        <w:szCs w:val="20"/>
      </w:rPr>
      <w:t xml:space="preserve"> od </w:t>
    </w:r>
    <w:r w:rsidRPr="000345C4">
      <w:rPr>
        <w:rFonts w:cs="Calibri"/>
        <w:b/>
        <w:bCs/>
        <w:sz w:val="20"/>
        <w:szCs w:val="20"/>
      </w:rPr>
      <w:fldChar w:fldCharType="begin"/>
    </w:r>
    <w:r w:rsidRPr="000345C4">
      <w:rPr>
        <w:rFonts w:cs="Calibri"/>
        <w:b/>
        <w:bCs/>
        <w:sz w:val="20"/>
        <w:szCs w:val="20"/>
      </w:rPr>
      <w:instrText>NUMPAGES</w:instrText>
    </w:r>
    <w:r w:rsidRPr="000345C4">
      <w:rPr>
        <w:rFonts w:cs="Calibri"/>
        <w:b/>
        <w:bCs/>
        <w:sz w:val="20"/>
        <w:szCs w:val="20"/>
      </w:rPr>
      <w:fldChar w:fldCharType="separate"/>
    </w:r>
    <w:r w:rsidRPr="000345C4">
      <w:rPr>
        <w:rFonts w:cs="Calibri"/>
        <w:b/>
        <w:bCs/>
        <w:sz w:val="20"/>
        <w:szCs w:val="20"/>
      </w:rPr>
      <w:t>2</w:t>
    </w:r>
    <w:r w:rsidRPr="000345C4">
      <w:rPr>
        <w:rFonts w:cs="Calibri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7F65A" w14:textId="77777777" w:rsidR="00BB6061" w:rsidRPr="000345C4" w:rsidRDefault="00BB6061" w:rsidP="003B4B5F">
      <w:pPr>
        <w:spacing w:after="0" w:line="240" w:lineRule="auto"/>
      </w:pPr>
      <w:r w:rsidRPr="000345C4">
        <w:separator/>
      </w:r>
    </w:p>
  </w:footnote>
  <w:footnote w:type="continuationSeparator" w:id="0">
    <w:p w14:paraId="713B90E5" w14:textId="77777777" w:rsidR="00BB6061" w:rsidRPr="000345C4" w:rsidRDefault="00BB6061" w:rsidP="003B4B5F">
      <w:pPr>
        <w:spacing w:after="0" w:line="240" w:lineRule="auto"/>
      </w:pPr>
      <w:r w:rsidRPr="000345C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05759" w14:textId="77777777" w:rsidR="00442DA9" w:rsidRPr="000345C4" w:rsidRDefault="00442DA9" w:rsidP="00442DA9">
    <w:pPr>
      <w:pStyle w:val="Glava"/>
      <w:jc w:val="right"/>
      <w:rPr>
        <w:rFonts w:cs="Calibri"/>
        <w:sz w:val="18"/>
        <w:szCs w:val="18"/>
      </w:rPr>
    </w:pPr>
    <w:r w:rsidRPr="000345C4">
      <w:rPr>
        <w:rFonts w:cs="Calibri"/>
        <w:sz w:val="18"/>
        <w:szCs w:val="18"/>
      </w:rPr>
      <w:t>Obr. M. ODLIČJE-2027</w:t>
    </w:r>
  </w:p>
  <w:p w14:paraId="39A99F26" w14:textId="77777777" w:rsidR="00442DA9" w:rsidRPr="000345C4" w:rsidRDefault="00442DA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6374"/>
    <w:multiLevelType w:val="hybridMultilevel"/>
    <w:tmpl w:val="C16CD69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B23B18"/>
    <w:multiLevelType w:val="hybridMultilevel"/>
    <w:tmpl w:val="71DA482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423770"/>
    <w:multiLevelType w:val="hybridMultilevel"/>
    <w:tmpl w:val="A38CB5A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6262D6"/>
    <w:multiLevelType w:val="multilevel"/>
    <w:tmpl w:val="F0F6A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3E763D"/>
    <w:multiLevelType w:val="hybridMultilevel"/>
    <w:tmpl w:val="AAC25E0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186981"/>
    <w:multiLevelType w:val="hybridMultilevel"/>
    <w:tmpl w:val="9B9E850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2973473">
    <w:abstractNumId w:val="8"/>
  </w:num>
  <w:num w:numId="2" w16cid:durableId="1594972036">
    <w:abstractNumId w:val="6"/>
  </w:num>
  <w:num w:numId="3" w16cid:durableId="1606230579">
    <w:abstractNumId w:val="5"/>
  </w:num>
  <w:num w:numId="4" w16cid:durableId="1656102539">
    <w:abstractNumId w:val="4"/>
  </w:num>
  <w:num w:numId="5" w16cid:durableId="510920537">
    <w:abstractNumId w:val="7"/>
  </w:num>
  <w:num w:numId="6" w16cid:durableId="127162621">
    <w:abstractNumId w:val="3"/>
  </w:num>
  <w:num w:numId="7" w16cid:durableId="136652757">
    <w:abstractNumId w:val="2"/>
  </w:num>
  <w:num w:numId="8" w16cid:durableId="1727532268">
    <w:abstractNumId w:val="1"/>
  </w:num>
  <w:num w:numId="9" w16cid:durableId="1621689505">
    <w:abstractNumId w:val="0"/>
  </w:num>
  <w:num w:numId="10" w16cid:durableId="273441926">
    <w:abstractNumId w:val="12"/>
  </w:num>
  <w:num w:numId="11" w16cid:durableId="1595938654">
    <w:abstractNumId w:val="10"/>
  </w:num>
  <w:num w:numId="12" w16cid:durableId="1727416134">
    <w:abstractNumId w:val="9"/>
  </w:num>
  <w:num w:numId="13" w16cid:durableId="1326518281">
    <w:abstractNumId w:val="14"/>
  </w:num>
  <w:num w:numId="14" w16cid:durableId="1795320630">
    <w:abstractNumId w:val="13"/>
  </w:num>
  <w:num w:numId="15" w16cid:durableId="507670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765"/>
    <w:rsid w:val="000345C4"/>
    <w:rsid w:val="00034616"/>
    <w:rsid w:val="0006063C"/>
    <w:rsid w:val="00077AF7"/>
    <w:rsid w:val="00082644"/>
    <w:rsid w:val="000A2FF8"/>
    <w:rsid w:val="000D214F"/>
    <w:rsid w:val="000D608E"/>
    <w:rsid w:val="000F5A64"/>
    <w:rsid w:val="00115B41"/>
    <w:rsid w:val="0015074B"/>
    <w:rsid w:val="00153386"/>
    <w:rsid w:val="00162EFF"/>
    <w:rsid w:val="00165925"/>
    <w:rsid w:val="001931D0"/>
    <w:rsid w:val="001B38BA"/>
    <w:rsid w:val="001B79B8"/>
    <w:rsid w:val="001D3135"/>
    <w:rsid w:val="002137D5"/>
    <w:rsid w:val="00223B7D"/>
    <w:rsid w:val="00264E2C"/>
    <w:rsid w:val="0029639D"/>
    <w:rsid w:val="002A4D8A"/>
    <w:rsid w:val="002C50A7"/>
    <w:rsid w:val="002E6F0C"/>
    <w:rsid w:val="00300D2C"/>
    <w:rsid w:val="00306AEC"/>
    <w:rsid w:val="00314A4E"/>
    <w:rsid w:val="00326F90"/>
    <w:rsid w:val="00347804"/>
    <w:rsid w:val="0035770B"/>
    <w:rsid w:val="00363DAF"/>
    <w:rsid w:val="0037434A"/>
    <w:rsid w:val="003A18B5"/>
    <w:rsid w:val="003B4B5F"/>
    <w:rsid w:val="003F3CB5"/>
    <w:rsid w:val="00411BD1"/>
    <w:rsid w:val="00440C03"/>
    <w:rsid w:val="00442DA9"/>
    <w:rsid w:val="00447880"/>
    <w:rsid w:val="00452C93"/>
    <w:rsid w:val="004860A4"/>
    <w:rsid w:val="004A7B25"/>
    <w:rsid w:val="004C16D4"/>
    <w:rsid w:val="004E304A"/>
    <w:rsid w:val="004E4EF3"/>
    <w:rsid w:val="00506EBF"/>
    <w:rsid w:val="005141F1"/>
    <w:rsid w:val="005B1ECA"/>
    <w:rsid w:val="005C57C5"/>
    <w:rsid w:val="006211CD"/>
    <w:rsid w:val="00684F00"/>
    <w:rsid w:val="006A7BF0"/>
    <w:rsid w:val="006D0DA5"/>
    <w:rsid w:val="006D0F62"/>
    <w:rsid w:val="006D129C"/>
    <w:rsid w:val="00706B39"/>
    <w:rsid w:val="00773DDF"/>
    <w:rsid w:val="00780181"/>
    <w:rsid w:val="0078792F"/>
    <w:rsid w:val="007A29E3"/>
    <w:rsid w:val="007B5152"/>
    <w:rsid w:val="00832C55"/>
    <w:rsid w:val="0084530A"/>
    <w:rsid w:val="00855FD5"/>
    <w:rsid w:val="00874C33"/>
    <w:rsid w:val="00885BD0"/>
    <w:rsid w:val="008B520C"/>
    <w:rsid w:val="00900F53"/>
    <w:rsid w:val="00914455"/>
    <w:rsid w:val="00943960"/>
    <w:rsid w:val="00967E3C"/>
    <w:rsid w:val="00A0479B"/>
    <w:rsid w:val="00A06797"/>
    <w:rsid w:val="00A4752F"/>
    <w:rsid w:val="00A533B0"/>
    <w:rsid w:val="00AA1D8D"/>
    <w:rsid w:val="00AA3B0B"/>
    <w:rsid w:val="00AB2419"/>
    <w:rsid w:val="00AE3283"/>
    <w:rsid w:val="00B0021A"/>
    <w:rsid w:val="00B2319A"/>
    <w:rsid w:val="00B27109"/>
    <w:rsid w:val="00B30919"/>
    <w:rsid w:val="00B47730"/>
    <w:rsid w:val="00B479AD"/>
    <w:rsid w:val="00B522B5"/>
    <w:rsid w:val="00B52F0C"/>
    <w:rsid w:val="00B54A31"/>
    <w:rsid w:val="00B55997"/>
    <w:rsid w:val="00B57D6F"/>
    <w:rsid w:val="00BB6061"/>
    <w:rsid w:val="00C133CE"/>
    <w:rsid w:val="00C20F56"/>
    <w:rsid w:val="00C24631"/>
    <w:rsid w:val="00C46BCE"/>
    <w:rsid w:val="00C4755B"/>
    <w:rsid w:val="00C6240A"/>
    <w:rsid w:val="00C62B73"/>
    <w:rsid w:val="00C77C04"/>
    <w:rsid w:val="00CA60A6"/>
    <w:rsid w:val="00CB0664"/>
    <w:rsid w:val="00CF72F5"/>
    <w:rsid w:val="00D30DC4"/>
    <w:rsid w:val="00D54B97"/>
    <w:rsid w:val="00DD5D76"/>
    <w:rsid w:val="00DE55D6"/>
    <w:rsid w:val="00E12C1E"/>
    <w:rsid w:val="00E27D6A"/>
    <w:rsid w:val="00E528AF"/>
    <w:rsid w:val="00E92655"/>
    <w:rsid w:val="00EB5369"/>
    <w:rsid w:val="00EC03E3"/>
    <w:rsid w:val="00EC1278"/>
    <w:rsid w:val="00EC295F"/>
    <w:rsid w:val="00EC346F"/>
    <w:rsid w:val="00F05B41"/>
    <w:rsid w:val="00F10CE9"/>
    <w:rsid w:val="00F1480F"/>
    <w:rsid w:val="00F71D00"/>
    <w:rsid w:val="00FC693F"/>
    <w:rsid w:val="00FD52F0"/>
    <w:rsid w:val="00FF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20E7D8"/>
  <w14:defaultImageDpi w14:val="300"/>
  <w15:docId w15:val="{2A518AD6-4AB6-4859-86AD-90D7EF40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27109"/>
    <w:rPr>
      <w:rFonts w:ascii="Calibri" w:hAnsi="Calibri"/>
      <w:color w:val="323232"/>
      <w:sz w:val="21"/>
      <w:lang w:val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29928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9CB38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9CB38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C661A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C661A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9CB38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729928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99CB38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99CB38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99CB3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3473C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33473C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99CB38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99CB38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99CB38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4C661A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4C661A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99CB38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99CB38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99CB38" w:themeColor="accent1"/>
      </w:pBdr>
      <w:spacing w:before="200" w:after="280"/>
      <w:ind w:left="936" w:right="936"/>
    </w:pPr>
    <w:rPr>
      <w:b/>
      <w:bCs/>
      <w:i/>
      <w:iCs/>
      <w:color w:val="99CB38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99CB38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99CB38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63A537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63A537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  <w:tblBorders>
        <w:top w:val="single" w:sz="8" w:space="0" w:color="99CB38" w:themeColor="accent1"/>
        <w:bottom w:val="single" w:sz="8" w:space="0" w:color="99CB3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CB38" w:themeColor="accent1"/>
          <w:left w:val="nil"/>
          <w:bottom w:val="single" w:sz="8" w:space="0" w:color="99CB3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CB38" w:themeColor="accent1"/>
          <w:left w:val="nil"/>
          <w:bottom w:val="single" w:sz="8" w:space="0" w:color="99CB3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A537" w:themeColor="accent2"/>
          <w:left w:val="nil"/>
          <w:bottom w:val="single" w:sz="8" w:space="0" w:color="63A53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  <w:tblBorders>
        <w:top w:val="single" w:sz="8" w:space="0" w:color="37A76F" w:themeColor="accent3"/>
        <w:bottom w:val="single" w:sz="8" w:space="0" w:color="37A76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 w:themeColor="accent3"/>
          <w:left w:val="nil"/>
          <w:bottom w:val="single" w:sz="8" w:space="0" w:color="37A76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 w:themeColor="accent3"/>
          <w:left w:val="nil"/>
          <w:bottom w:val="single" w:sz="8" w:space="0" w:color="37A76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sz="8" w:space="0" w:color="44C1A3" w:themeColor="accent4"/>
        <w:bottom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1A3" w:themeColor="accent4"/>
          <w:left w:val="nil"/>
          <w:bottom w:val="single" w:sz="8" w:space="0" w:color="44C1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C1A3" w:themeColor="accent4"/>
          <w:left w:val="nil"/>
          <w:bottom w:val="single" w:sz="8" w:space="0" w:color="44C1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sz="8" w:space="0" w:color="4EB3CF" w:themeColor="accent5"/>
        <w:bottom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B3CF" w:themeColor="accent5"/>
          <w:left w:val="nil"/>
          <w:bottom w:val="single" w:sz="8" w:space="0" w:color="4EB3C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B3CF" w:themeColor="accent5"/>
          <w:left w:val="nil"/>
          <w:bottom w:val="single" w:sz="8" w:space="0" w:color="4EB3C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08A4EE" w:themeColor="accent6" w:themeShade="BF"/>
    </w:rPr>
    <w:tblPr>
      <w:tblStyleRowBandSize w:val="1"/>
      <w:tblStyleColBandSize w:val="1"/>
      <w:tblBorders>
        <w:top w:val="single" w:sz="8" w:space="0" w:color="51C3F9" w:themeColor="accent6"/>
        <w:bottom w:val="single" w:sz="8" w:space="0" w:color="51C3F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C3F9" w:themeColor="accent6"/>
          <w:left w:val="nil"/>
          <w:bottom w:val="single" w:sz="8" w:space="0" w:color="51C3F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C3F9" w:themeColor="accent6"/>
          <w:left w:val="nil"/>
          <w:bottom w:val="single" w:sz="8" w:space="0" w:color="51C3F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F0F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F0FD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  <w:tblStylePr w:type="band1Horz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  <w:tblStylePr w:type="band1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band1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band1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1C3F9" w:themeColor="accent6"/>
        <w:left w:val="single" w:sz="8" w:space="0" w:color="51C3F9" w:themeColor="accent6"/>
        <w:bottom w:val="single" w:sz="8" w:space="0" w:color="51C3F9" w:themeColor="accent6"/>
        <w:right w:val="single" w:sz="8" w:space="0" w:color="51C3F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C3F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C3F9" w:themeColor="accent6"/>
          <w:left w:val="single" w:sz="8" w:space="0" w:color="51C3F9" w:themeColor="accent6"/>
          <w:bottom w:val="single" w:sz="8" w:space="0" w:color="51C3F9" w:themeColor="accent6"/>
          <w:right w:val="single" w:sz="8" w:space="0" w:color="51C3F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C3F9" w:themeColor="accent6"/>
          <w:left w:val="single" w:sz="8" w:space="0" w:color="51C3F9" w:themeColor="accent6"/>
          <w:bottom w:val="single" w:sz="8" w:space="0" w:color="51C3F9" w:themeColor="accent6"/>
          <w:right w:val="single" w:sz="8" w:space="0" w:color="51C3F9" w:themeColor="accent6"/>
        </w:tcBorders>
      </w:tcPr>
    </w:tblStylePr>
    <w:tblStylePr w:type="band1Horz">
      <w:tblPr/>
      <w:tcPr>
        <w:tcBorders>
          <w:top w:val="single" w:sz="8" w:space="0" w:color="51C3F9" w:themeColor="accent6"/>
          <w:left w:val="single" w:sz="8" w:space="0" w:color="51C3F9" w:themeColor="accent6"/>
          <w:bottom w:val="single" w:sz="8" w:space="0" w:color="51C3F9" w:themeColor="accent6"/>
          <w:right w:val="single" w:sz="8" w:space="0" w:color="51C3F9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  <w:insideH w:val="single" w:sz="8" w:space="0" w:color="99CB38" w:themeColor="accent1"/>
        <w:insideV w:val="single" w:sz="8" w:space="0" w:color="99CB3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18" w:space="0" w:color="99CB38" w:themeColor="accent1"/>
          <w:right w:val="single" w:sz="8" w:space="0" w:color="99CB38" w:themeColor="accent1"/>
          <w:insideH w:val="nil"/>
          <w:insideV w:val="single" w:sz="8" w:space="0" w:color="99CB3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  <w:insideH w:val="nil"/>
          <w:insideV w:val="single" w:sz="8" w:space="0" w:color="99CB3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</w:tcPr>
    </w:tblStylePr>
    <w:tblStylePr w:type="band1Vert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</w:tcBorders>
        <w:shd w:val="clear" w:color="auto" w:fill="E5F2CD" w:themeFill="accent1" w:themeFillTint="3F"/>
      </w:tcPr>
    </w:tblStylePr>
    <w:tblStylePr w:type="band1Horz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  <w:insideV w:val="single" w:sz="8" w:space="0" w:color="99CB38" w:themeColor="accent1"/>
        </w:tcBorders>
        <w:shd w:val="clear" w:color="auto" w:fill="E5F2CD" w:themeFill="accent1" w:themeFillTint="3F"/>
      </w:tcPr>
    </w:tblStylePr>
    <w:tblStylePr w:type="band2Horz">
      <w:tblPr/>
      <w:tcPr>
        <w:tcBorders>
          <w:top w:val="single" w:sz="8" w:space="0" w:color="99CB38" w:themeColor="accent1"/>
          <w:left w:val="single" w:sz="8" w:space="0" w:color="99CB38" w:themeColor="accent1"/>
          <w:bottom w:val="single" w:sz="8" w:space="0" w:color="99CB38" w:themeColor="accent1"/>
          <w:right w:val="single" w:sz="8" w:space="0" w:color="99CB38" w:themeColor="accent1"/>
          <w:insideV w:val="single" w:sz="8" w:space="0" w:color="99CB38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1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H w:val="nil"/>
          <w:insideV w:val="single" w:sz="8" w:space="0" w:color="63A53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</w:tcPr>
    </w:tblStylePr>
    <w:tblStylePr w:type="band1Vert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  <w:shd w:val="clear" w:color="auto" w:fill="D7EDC9" w:themeFill="accent2" w:themeFillTint="3F"/>
      </w:tcPr>
    </w:tblStylePr>
    <w:tblStylePr w:type="band2Horz">
      <w:tblPr/>
      <w:tcPr>
        <w:tcBorders>
          <w:top w:val="single" w:sz="8" w:space="0" w:color="63A537" w:themeColor="accent2"/>
          <w:left w:val="single" w:sz="8" w:space="0" w:color="63A537" w:themeColor="accent2"/>
          <w:bottom w:val="single" w:sz="8" w:space="0" w:color="63A537" w:themeColor="accent2"/>
          <w:right w:val="single" w:sz="8" w:space="0" w:color="63A537" w:themeColor="accent2"/>
          <w:insideV w:val="single" w:sz="8" w:space="0" w:color="63A537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  <w:insideH w:val="single" w:sz="8" w:space="0" w:color="37A76F" w:themeColor="accent3"/>
        <w:insideV w:val="single" w:sz="8" w:space="0" w:color="37A76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18" w:space="0" w:color="37A76F" w:themeColor="accent3"/>
          <w:right w:val="single" w:sz="8" w:space="0" w:color="37A76F" w:themeColor="accent3"/>
          <w:insideH w:val="nil"/>
          <w:insideV w:val="single" w:sz="8" w:space="0" w:color="37A76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H w:val="nil"/>
          <w:insideV w:val="single" w:sz="8" w:space="0" w:color="37A76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</w:tcPr>
    </w:tblStylePr>
    <w:tblStylePr w:type="band1Vert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</w:tcBorders>
        <w:shd w:val="clear" w:color="auto" w:fill="C9EDDB" w:themeFill="accent3" w:themeFillTint="3F"/>
      </w:tcPr>
    </w:tblStylePr>
    <w:tblStylePr w:type="band1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V w:val="single" w:sz="8" w:space="0" w:color="37A76F" w:themeColor="accent3"/>
        </w:tcBorders>
        <w:shd w:val="clear" w:color="auto" w:fill="C9EDDB" w:themeFill="accent3" w:themeFillTint="3F"/>
      </w:tcPr>
    </w:tblStylePr>
    <w:tblStylePr w:type="band2Horz">
      <w:tblPr/>
      <w:tcPr>
        <w:tcBorders>
          <w:top w:val="single" w:sz="8" w:space="0" w:color="37A76F" w:themeColor="accent3"/>
          <w:left w:val="single" w:sz="8" w:space="0" w:color="37A76F" w:themeColor="accent3"/>
          <w:bottom w:val="single" w:sz="8" w:space="0" w:color="37A76F" w:themeColor="accent3"/>
          <w:right w:val="single" w:sz="8" w:space="0" w:color="37A76F" w:themeColor="accent3"/>
          <w:insideV w:val="single" w:sz="8" w:space="0" w:color="37A76F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  <w:insideH w:val="single" w:sz="8" w:space="0" w:color="44C1A3" w:themeColor="accent4"/>
        <w:insideV w:val="single" w:sz="8" w:space="0" w:color="44C1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18" w:space="0" w:color="44C1A3" w:themeColor="accent4"/>
          <w:right w:val="single" w:sz="8" w:space="0" w:color="44C1A3" w:themeColor="accent4"/>
          <w:insideH w:val="nil"/>
          <w:insideV w:val="single" w:sz="8" w:space="0" w:color="44C1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H w:val="nil"/>
          <w:insideV w:val="single" w:sz="8" w:space="0" w:color="44C1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</w:tcPr>
    </w:tblStylePr>
    <w:tblStylePr w:type="band1Vert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V w:val="single" w:sz="8" w:space="0" w:color="44C1A3" w:themeColor="accent4"/>
        </w:tcBorders>
        <w:shd w:val="clear" w:color="auto" w:fill="D0EFE8" w:themeFill="accent4" w:themeFillTint="3F"/>
      </w:tcPr>
    </w:tblStylePr>
    <w:tblStylePr w:type="band2Horz">
      <w:tblPr/>
      <w:tcPr>
        <w:tcBorders>
          <w:top w:val="single" w:sz="8" w:space="0" w:color="44C1A3" w:themeColor="accent4"/>
          <w:left w:val="single" w:sz="8" w:space="0" w:color="44C1A3" w:themeColor="accent4"/>
          <w:bottom w:val="single" w:sz="8" w:space="0" w:color="44C1A3" w:themeColor="accent4"/>
          <w:right w:val="single" w:sz="8" w:space="0" w:color="44C1A3" w:themeColor="accent4"/>
          <w:insideV w:val="single" w:sz="8" w:space="0" w:color="44C1A3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  <w:insideH w:val="single" w:sz="8" w:space="0" w:color="4EB3CF" w:themeColor="accent5"/>
        <w:insideV w:val="single" w:sz="8" w:space="0" w:color="4EB3C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18" w:space="0" w:color="4EB3CF" w:themeColor="accent5"/>
          <w:right w:val="single" w:sz="8" w:space="0" w:color="4EB3CF" w:themeColor="accent5"/>
          <w:insideH w:val="nil"/>
          <w:insideV w:val="single" w:sz="8" w:space="0" w:color="4EB3C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H w:val="nil"/>
          <w:insideV w:val="single" w:sz="8" w:space="0" w:color="4EB3C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</w:tcPr>
    </w:tblStylePr>
    <w:tblStylePr w:type="band1Vert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V w:val="single" w:sz="8" w:space="0" w:color="4EB3CF" w:themeColor="accent5"/>
        </w:tcBorders>
        <w:shd w:val="clear" w:color="auto" w:fill="D3ECF3" w:themeFill="accent5" w:themeFillTint="3F"/>
      </w:tcPr>
    </w:tblStylePr>
    <w:tblStylePr w:type="band2Horz">
      <w:tblPr/>
      <w:tcPr>
        <w:tcBorders>
          <w:top w:val="single" w:sz="8" w:space="0" w:color="4EB3CF" w:themeColor="accent5"/>
          <w:left w:val="single" w:sz="8" w:space="0" w:color="4EB3CF" w:themeColor="accent5"/>
          <w:bottom w:val="single" w:sz="8" w:space="0" w:color="4EB3CF" w:themeColor="accent5"/>
          <w:right w:val="single" w:sz="8" w:space="0" w:color="4EB3CF" w:themeColor="accent5"/>
          <w:insideV w:val="single" w:sz="8" w:space="0" w:color="4EB3CF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1C3F9" w:themeColor="accent6"/>
        <w:left w:val="single" w:sz="8" w:space="0" w:color="51C3F9" w:themeColor="accent6"/>
        <w:bottom w:val="single" w:sz="8" w:space="0" w:color="51C3F9" w:themeColor="accent6"/>
        <w:right w:val="single" w:sz="8" w:space="0" w:color="51C3F9" w:themeColor="accent6"/>
        <w:insideH w:val="single" w:sz="8" w:space="0" w:color="51C3F9" w:themeColor="accent6"/>
        <w:insideV w:val="single" w:sz="8" w:space="0" w:color="51C3F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C3F9" w:themeColor="accent6"/>
          <w:left w:val="single" w:sz="8" w:space="0" w:color="51C3F9" w:themeColor="accent6"/>
          <w:bottom w:val="single" w:sz="18" w:space="0" w:color="51C3F9" w:themeColor="accent6"/>
          <w:right w:val="single" w:sz="8" w:space="0" w:color="51C3F9" w:themeColor="accent6"/>
          <w:insideH w:val="nil"/>
          <w:insideV w:val="single" w:sz="8" w:space="0" w:color="51C3F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C3F9" w:themeColor="accent6"/>
          <w:left w:val="single" w:sz="8" w:space="0" w:color="51C3F9" w:themeColor="accent6"/>
          <w:bottom w:val="single" w:sz="8" w:space="0" w:color="51C3F9" w:themeColor="accent6"/>
          <w:right w:val="single" w:sz="8" w:space="0" w:color="51C3F9" w:themeColor="accent6"/>
          <w:insideH w:val="nil"/>
          <w:insideV w:val="single" w:sz="8" w:space="0" w:color="51C3F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C3F9" w:themeColor="accent6"/>
          <w:left w:val="single" w:sz="8" w:space="0" w:color="51C3F9" w:themeColor="accent6"/>
          <w:bottom w:val="single" w:sz="8" w:space="0" w:color="51C3F9" w:themeColor="accent6"/>
          <w:right w:val="single" w:sz="8" w:space="0" w:color="51C3F9" w:themeColor="accent6"/>
        </w:tcBorders>
      </w:tcPr>
    </w:tblStylePr>
    <w:tblStylePr w:type="band1Vert">
      <w:tblPr/>
      <w:tcPr>
        <w:tcBorders>
          <w:top w:val="single" w:sz="8" w:space="0" w:color="51C3F9" w:themeColor="accent6"/>
          <w:left w:val="single" w:sz="8" w:space="0" w:color="51C3F9" w:themeColor="accent6"/>
          <w:bottom w:val="single" w:sz="8" w:space="0" w:color="51C3F9" w:themeColor="accent6"/>
          <w:right w:val="single" w:sz="8" w:space="0" w:color="51C3F9" w:themeColor="accent6"/>
        </w:tcBorders>
        <w:shd w:val="clear" w:color="auto" w:fill="D3F0FD" w:themeFill="accent6" w:themeFillTint="3F"/>
      </w:tcPr>
    </w:tblStylePr>
    <w:tblStylePr w:type="band1Horz">
      <w:tblPr/>
      <w:tcPr>
        <w:tcBorders>
          <w:top w:val="single" w:sz="8" w:space="0" w:color="51C3F9" w:themeColor="accent6"/>
          <w:left w:val="single" w:sz="8" w:space="0" w:color="51C3F9" w:themeColor="accent6"/>
          <w:bottom w:val="single" w:sz="8" w:space="0" w:color="51C3F9" w:themeColor="accent6"/>
          <w:right w:val="single" w:sz="8" w:space="0" w:color="51C3F9" w:themeColor="accent6"/>
          <w:insideV w:val="single" w:sz="8" w:space="0" w:color="51C3F9" w:themeColor="accent6"/>
        </w:tcBorders>
        <w:shd w:val="clear" w:color="auto" w:fill="D3F0FD" w:themeFill="accent6" w:themeFillTint="3F"/>
      </w:tcPr>
    </w:tblStylePr>
    <w:tblStylePr w:type="band2Horz">
      <w:tblPr/>
      <w:tcPr>
        <w:tcBorders>
          <w:top w:val="single" w:sz="8" w:space="0" w:color="51C3F9" w:themeColor="accent6"/>
          <w:left w:val="single" w:sz="8" w:space="0" w:color="51C3F9" w:themeColor="accent6"/>
          <w:bottom w:val="single" w:sz="8" w:space="0" w:color="51C3F9" w:themeColor="accent6"/>
          <w:right w:val="single" w:sz="8" w:space="0" w:color="51C3F9" w:themeColor="accent6"/>
          <w:insideV w:val="single" w:sz="8" w:space="0" w:color="51C3F9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2D869" w:themeColor="accent1" w:themeTint="BF"/>
        <w:left w:val="single" w:sz="8" w:space="0" w:color="B2D869" w:themeColor="accent1" w:themeTint="BF"/>
        <w:bottom w:val="single" w:sz="8" w:space="0" w:color="B2D869" w:themeColor="accent1" w:themeTint="BF"/>
        <w:right w:val="single" w:sz="8" w:space="0" w:color="B2D869" w:themeColor="accent1" w:themeTint="BF"/>
        <w:insideH w:val="single" w:sz="8" w:space="0" w:color="B2D86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D869" w:themeColor="accent1" w:themeTint="BF"/>
          <w:left w:val="single" w:sz="8" w:space="0" w:color="B2D869" w:themeColor="accent1" w:themeTint="BF"/>
          <w:bottom w:val="single" w:sz="8" w:space="0" w:color="B2D869" w:themeColor="accent1" w:themeTint="BF"/>
          <w:right w:val="single" w:sz="8" w:space="0" w:color="B2D869" w:themeColor="accent1" w:themeTint="BF"/>
          <w:insideH w:val="nil"/>
          <w:insideV w:val="nil"/>
        </w:tcBorders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D869" w:themeColor="accent1" w:themeTint="BF"/>
          <w:left w:val="single" w:sz="8" w:space="0" w:color="B2D869" w:themeColor="accent1" w:themeTint="BF"/>
          <w:bottom w:val="single" w:sz="8" w:space="0" w:color="B2D869" w:themeColor="accent1" w:themeTint="BF"/>
          <w:right w:val="single" w:sz="8" w:space="0" w:color="B2D86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C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2C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C85C" w:themeColor="accent2" w:themeTint="BF"/>
          <w:left w:val="single" w:sz="8" w:space="0" w:color="87C85C" w:themeColor="accent2" w:themeTint="BF"/>
          <w:bottom w:val="single" w:sz="8" w:space="0" w:color="87C85C" w:themeColor="accent2" w:themeTint="BF"/>
          <w:right w:val="single" w:sz="8" w:space="0" w:color="87C85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D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CC992" w:themeColor="accent3" w:themeTint="BF"/>
        <w:left w:val="single" w:sz="8" w:space="0" w:color="5CC992" w:themeColor="accent3" w:themeTint="BF"/>
        <w:bottom w:val="single" w:sz="8" w:space="0" w:color="5CC992" w:themeColor="accent3" w:themeTint="BF"/>
        <w:right w:val="single" w:sz="8" w:space="0" w:color="5CC992" w:themeColor="accent3" w:themeTint="BF"/>
        <w:insideH w:val="single" w:sz="8" w:space="0" w:color="5CC99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C992" w:themeColor="accent3" w:themeTint="BF"/>
          <w:left w:val="single" w:sz="8" w:space="0" w:color="5CC992" w:themeColor="accent3" w:themeTint="BF"/>
          <w:bottom w:val="single" w:sz="8" w:space="0" w:color="5CC992" w:themeColor="accent3" w:themeTint="BF"/>
          <w:right w:val="single" w:sz="8" w:space="0" w:color="5CC992" w:themeColor="accent3" w:themeTint="BF"/>
          <w:insideH w:val="nil"/>
          <w:insideV w:val="nil"/>
        </w:tcBorders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C992" w:themeColor="accent3" w:themeTint="BF"/>
          <w:left w:val="single" w:sz="8" w:space="0" w:color="5CC992" w:themeColor="accent3" w:themeTint="BF"/>
          <w:bottom w:val="single" w:sz="8" w:space="0" w:color="5CC992" w:themeColor="accent3" w:themeTint="BF"/>
          <w:right w:val="single" w:sz="8" w:space="0" w:color="5CC99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DD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DD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D0B9" w:themeColor="accent4" w:themeTint="BF"/>
        <w:left w:val="single" w:sz="8" w:space="0" w:color="72D0B9" w:themeColor="accent4" w:themeTint="BF"/>
        <w:bottom w:val="single" w:sz="8" w:space="0" w:color="72D0B9" w:themeColor="accent4" w:themeTint="BF"/>
        <w:right w:val="single" w:sz="8" w:space="0" w:color="72D0B9" w:themeColor="accent4" w:themeTint="BF"/>
        <w:insideH w:val="single" w:sz="8" w:space="0" w:color="72D0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D0B9" w:themeColor="accent4" w:themeTint="BF"/>
          <w:left w:val="single" w:sz="8" w:space="0" w:color="72D0B9" w:themeColor="accent4" w:themeTint="BF"/>
          <w:bottom w:val="single" w:sz="8" w:space="0" w:color="72D0B9" w:themeColor="accent4" w:themeTint="BF"/>
          <w:right w:val="single" w:sz="8" w:space="0" w:color="72D0B9" w:themeColor="accent4" w:themeTint="BF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D0B9" w:themeColor="accent4" w:themeTint="BF"/>
          <w:left w:val="single" w:sz="8" w:space="0" w:color="72D0B9" w:themeColor="accent4" w:themeTint="BF"/>
          <w:bottom w:val="single" w:sz="8" w:space="0" w:color="72D0B9" w:themeColor="accent4" w:themeTint="BF"/>
          <w:right w:val="single" w:sz="8" w:space="0" w:color="72D0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AC5DB" w:themeColor="accent5" w:themeTint="BF"/>
        <w:left w:val="single" w:sz="8" w:space="0" w:color="7AC5DB" w:themeColor="accent5" w:themeTint="BF"/>
        <w:bottom w:val="single" w:sz="8" w:space="0" w:color="7AC5DB" w:themeColor="accent5" w:themeTint="BF"/>
        <w:right w:val="single" w:sz="8" w:space="0" w:color="7AC5DB" w:themeColor="accent5" w:themeTint="BF"/>
        <w:insideH w:val="single" w:sz="8" w:space="0" w:color="7AC5D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AC5DB" w:themeColor="accent5" w:themeTint="BF"/>
          <w:left w:val="single" w:sz="8" w:space="0" w:color="7AC5DB" w:themeColor="accent5" w:themeTint="BF"/>
          <w:bottom w:val="single" w:sz="8" w:space="0" w:color="7AC5DB" w:themeColor="accent5" w:themeTint="BF"/>
          <w:right w:val="single" w:sz="8" w:space="0" w:color="7AC5DB" w:themeColor="accent5" w:themeTint="BF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C5DB" w:themeColor="accent5" w:themeTint="BF"/>
          <w:left w:val="single" w:sz="8" w:space="0" w:color="7AC5DB" w:themeColor="accent5" w:themeTint="BF"/>
          <w:bottom w:val="single" w:sz="8" w:space="0" w:color="7AC5DB" w:themeColor="accent5" w:themeTint="BF"/>
          <w:right w:val="single" w:sz="8" w:space="0" w:color="7AC5D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CF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CD1FA" w:themeColor="accent6" w:themeTint="BF"/>
        <w:left w:val="single" w:sz="8" w:space="0" w:color="7CD1FA" w:themeColor="accent6" w:themeTint="BF"/>
        <w:bottom w:val="single" w:sz="8" w:space="0" w:color="7CD1FA" w:themeColor="accent6" w:themeTint="BF"/>
        <w:right w:val="single" w:sz="8" w:space="0" w:color="7CD1FA" w:themeColor="accent6" w:themeTint="BF"/>
        <w:insideH w:val="single" w:sz="8" w:space="0" w:color="7CD1F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CD1FA" w:themeColor="accent6" w:themeTint="BF"/>
          <w:left w:val="single" w:sz="8" w:space="0" w:color="7CD1FA" w:themeColor="accent6" w:themeTint="BF"/>
          <w:bottom w:val="single" w:sz="8" w:space="0" w:color="7CD1FA" w:themeColor="accent6" w:themeTint="BF"/>
          <w:right w:val="single" w:sz="8" w:space="0" w:color="7CD1FA" w:themeColor="accent6" w:themeTint="BF"/>
          <w:insideH w:val="nil"/>
          <w:insideV w:val="nil"/>
        </w:tcBorders>
        <w:shd w:val="clear" w:color="auto" w:fill="51C3F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D1FA" w:themeColor="accent6" w:themeTint="BF"/>
          <w:left w:val="single" w:sz="8" w:space="0" w:color="7CD1FA" w:themeColor="accent6" w:themeTint="BF"/>
          <w:bottom w:val="single" w:sz="8" w:space="0" w:color="7CD1FA" w:themeColor="accent6" w:themeTint="BF"/>
          <w:right w:val="single" w:sz="8" w:space="0" w:color="7CD1F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F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F0F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A76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A76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C3F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C3F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C3F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CB38" w:themeColor="accent1"/>
        <w:bottom w:val="single" w:sz="8" w:space="0" w:color="99CB3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CB38" w:themeColor="accent1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99CB38" w:themeColor="accent1"/>
          <w:bottom w:val="single" w:sz="8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CB38" w:themeColor="accent1"/>
          <w:bottom w:val="single" w:sz="8" w:space="0" w:color="99CB38" w:themeColor="accent1"/>
        </w:tcBorders>
      </w:tcPr>
    </w:tblStylePr>
    <w:tblStylePr w:type="band1Vert">
      <w:tblPr/>
      <w:tcPr>
        <w:shd w:val="clear" w:color="auto" w:fill="E5F2CD" w:themeFill="accent1" w:themeFillTint="3F"/>
      </w:tcPr>
    </w:tblStylePr>
    <w:tblStylePr w:type="band1Horz">
      <w:tblPr/>
      <w:tcPr>
        <w:shd w:val="clear" w:color="auto" w:fill="E5F2CD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bottom w:val="single" w:sz="8" w:space="0" w:color="63A53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A537" w:themeColor="accent2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A537" w:themeColor="accent2"/>
          <w:bottom w:val="single" w:sz="8" w:space="0" w:color="63A537" w:themeColor="accent2"/>
        </w:tcBorders>
      </w:tc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shd w:val="clear" w:color="auto" w:fill="D7EDC9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A76F" w:themeColor="accent3"/>
        <w:bottom w:val="single" w:sz="8" w:space="0" w:color="37A76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A76F" w:themeColor="accent3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37A76F" w:themeColor="accent3"/>
          <w:bottom w:val="single" w:sz="8" w:space="0" w:color="37A7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A76F" w:themeColor="accent3"/>
          <w:bottom w:val="single" w:sz="8" w:space="0" w:color="37A76F" w:themeColor="accent3"/>
        </w:tcBorders>
      </w:tcPr>
    </w:tblStylePr>
    <w:tblStylePr w:type="band1Vert">
      <w:tblPr/>
      <w:tcPr>
        <w:shd w:val="clear" w:color="auto" w:fill="C9EDDB" w:themeFill="accent3" w:themeFillTint="3F"/>
      </w:tcPr>
    </w:tblStylePr>
    <w:tblStylePr w:type="band1Horz">
      <w:tblPr/>
      <w:tcPr>
        <w:shd w:val="clear" w:color="auto" w:fill="C9EDDB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bottom w:val="single" w:sz="8" w:space="0" w:color="44C1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C1A3" w:themeColor="accent4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4C1A3" w:themeColor="accent4"/>
          <w:bottom w:val="single" w:sz="8" w:space="0" w:color="44C1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C1A3" w:themeColor="accent4"/>
          <w:bottom w:val="single" w:sz="8" w:space="0" w:color="44C1A3" w:themeColor="accent4"/>
        </w:tcBorders>
      </w:tc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shd w:val="clear" w:color="auto" w:fill="D0EF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bottom w:val="single" w:sz="8" w:space="0" w:color="4EB3C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B3CF" w:themeColor="accent5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4EB3CF" w:themeColor="accent5"/>
          <w:bottom w:val="single" w:sz="8" w:space="0" w:color="4EB3C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B3CF" w:themeColor="accent5"/>
          <w:bottom w:val="single" w:sz="8" w:space="0" w:color="4EB3CF" w:themeColor="accent5"/>
        </w:tcBorders>
      </w:tc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shd w:val="clear" w:color="auto" w:fill="D3ECF3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C3F9" w:themeColor="accent6"/>
        <w:bottom w:val="single" w:sz="8" w:space="0" w:color="51C3F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C3F9" w:themeColor="accent6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sz="8" w:space="0" w:color="51C3F9" w:themeColor="accent6"/>
          <w:bottom w:val="single" w:sz="8" w:space="0" w:color="51C3F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C3F9" w:themeColor="accent6"/>
          <w:bottom w:val="single" w:sz="8" w:space="0" w:color="51C3F9" w:themeColor="accent6"/>
        </w:tcBorders>
      </w:tcPr>
    </w:tblStylePr>
    <w:tblStylePr w:type="band1Vert">
      <w:tblPr/>
      <w:tcPr>
        <w:shd w:val="clear" w:color="auto" w:fill="D3F0FD" w:themeFill="accent6" w:themeFillTint="3F"/>
      </w:tcPr>
    </w:tblStylePr>
    <w:tblStylePr w:type="band1Horz">
      <w:tblPr/>
      <w:tcPr>
        <w:shd w:val="clear" w:color="auto" w:fill="D3F0FD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CB3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CB3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CB3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CB3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2C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A53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A53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A53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D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A76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7A76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A76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A76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DD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C1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C1A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C1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C1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B3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B3C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B3C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B3C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CF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C3F9" w:themeColor="accent6"/>
        <w:left w:val="single" w:sz="8" w:space="0" w:color="51C3F9" w:themeColor="accent6"/>
        <w:bottom w:val="single" w:sz="8" w:space="0" w:color="51C3F9" w:themeColor="accent6"/>
        <w:right w:val="single" w:sz="8" w:space="0" w:color="51C3F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C3F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C3F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C3F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C3F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F0F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F0F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2D869" w:themeColor="accent1" w:themeTint="BF"/>
        <w:left w:val="single" w:sz="8" w:space="0" w:color="B2D869" w:themeColor="accent1" w:themeTint="BF"/>
        <w:bottom w:val="single" w:sz="8" w:space="0" w:color="B2D869" w:themeColor="accent1" w:themeTint="BF"/>
        <w:right w:val="single" w:sz="8" w:space="0" w:color="B2D869" w:themeColor="accent1" w:themeTint="BF"/>
        <w:insideH w:val="single" w:sz="8" w:space="0" w:color="B2D869" w:themeColor="accent1" w:themeTint="BF"/>
        <w:insideV w:val="single" w:sz="8" w:space="0" w:color="B2D869" w:themeColor="accent1" w:themeTint="BF"/>
      </w:tblBorders>
    </w:tblPr>
    <w:tcPr>
      <w:shd w:val="clear" w:color="auto" w:fill="E5F2C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D86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shd w:val="clear" w:color="auto" w:fill="CCE59B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7C85C" w:themeColor="accent2" w:themeTint="BF"/>
        <w:left w:val="single" w:sz="8" w:space="0" w:color="87C85C" w:themeColor="accent2" w:themeTint="BF"/>
        <w:bottom w:val="single" w:sz="8" w:space="0" w:color="87C85C" w:themeColor="accent2" w:themeTint="BF"/>
        <w:right w:val="single" w:sz="8" w:space="0" w:color="87C85C" w:themeColor="accent2" w:themeTint="BF"/>
        <w:insideH w:val="single" w:sz="8" w:space="0" w:color="87C85C" w:themeColor="accent2" w:themeTint="BF"/>
        <w:insideV w:val="single" w:sz="8" w:space="0" w:color="87C85C" w:themeColor="accent2" w:themeTint="BF"/>
      </w:tblBorders>
    </w:tblPr>
    <w:tcPr>
      <w:shd w:val="clear" w:color="auto" w:fill="D7ED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C85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CC992" w:themeColor="accent3" w:themeTint="BF"/>
        <w:left w:val="single" w:sz="8" w:space="0" w:color="5CC992" w:themeColor="accent3" w:themeTint="BF"/>
        <w:bottom w:val="single" w:sz="8" w:space="0" w:color="5CC992" w:themeColor="accent3" w:themeTint="BF"/>
        <w:right w:val="single" w:sz="8" w:space="0" w:color="5CC992" w:themeColor="accent3" w:themeTint="BF"/>
        <w:insideH w:val="single" w:sz="8" w:space="0" w:color="5CC992" w:themeColor="accent3" w:themeTint="BF"/>
        <w:insideV w:val="single" w:sz="8" w:space="0" w:color="5CC992" w:themeColor="accent3" w:themeTint="BF"/>
      </w:tblBorders>
    </w:tblPr>
    <w:tcPr>
      <w:shd w:val="clear" w:color="auto" w:fill="C9EDD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C99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D0B9" w:themeColor="accent4" w:themeTint="BF"/>
        <w:left w:val="single" w:sz="8" w:space="0" w:color="72D0B9" w:themeColor="accent4" w:themeTint="BF"/>
        <w:bottom w:val="single" w:sz="8" w:space="0" w:color="72D0B9" w:themeColor="accent4" w:themeTint="BF"/>
        <w:right w:val="single" w:sz="8" w:space="0" w:color="72D0B9" w:themeColor="accent4" w:themeTint="BF"/>
        <w:insideH w:val="single" w:sz="8" w:space="0" w:color="72D0B9" w:themeColor="accent4" w:themeTint="BF"/>
        <w:insideV w:val="single" w:sz="8" w:space="0" w:color="72D0B9" w:themeColor="accent4" w:themeTint="BF"/>
      </w:tblBorders>
    </w:tblPr>
    <w:tcPr>
      <w:shd w:val="clear" w:color="auto" w:fill="D0EF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D0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AC5DB" w:themeColor="accent5" w:themeTint="BF"/>
        <w:left w:val="single" w:sz="8" w:space="0" w:color="7AC5DB" w:themeColor="accent5" w:themeTint="BF"/>
        <w:bottom w:val="single" w:sz="8" w:space="0" w:color="7AC5DB" w:themeColor="accent5" w:themeTint="BF"/>
        <w:right w:val="single" w:sz="8" w:space="0" w:color="7AC5DB" w:themeColor="accent5" w:themeTint="BF"/>
        <w:insideH w:val="single" w:sz="8" w:space="0" w:color="7AC5DB" w:themeColor="accent5" w:themeTint="BF"/>
        <w:insideV w:val="single" w:sz="8" w:space="0" w:color="7AC5DB" w:themeColor="accent5" w:themeTint="BF"/>
      </w:tblBorders>
    </w:tblPr>
    <w:tcPr>
      <w:shd w:val="clear" w:color="auto" w:fill="D3ECF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AC5D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CD1FA" w:themeColor="accent6" w:themeTint="BF"/>
        <w:left w:val="single" w:sz="8" w:space="0" w:color="7CD1FA" w:themeColor="accent6" w:themeTint="BF"/>
        <w:bottom w:val="single" w:sz="8" w:space="0" w:color="7CD1FA" w:themeColor="accent6" w:themeTint="BF"/>
        <w:right w:val="single" w:sz="8" w:space="0" w:color="7CD1FA" w:themeColor="accent6" w:themeTint="BF"/>
        <w:insideH w:val="single" w:sz="8" w:space="0" w:color="7CD1FA" w:themeColor="accent6" w:themeTint="BF"/>
        <w:insideV w:val="single" w:sz="8" w:space="0" w:color="7CD1FA" w:themeColor="accent6" w:themeTint="BF"/>
      </w:tblBorders>
    </w:tblPr>
    <w:tcPr>
      <w:shd w:val="clear" w:color="auto" w:fill="D3F0F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CD1F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E1FC" w:themeFill="accent6" w:themeFillTint="7F"/>
      </w:tcPr>
    </w:tblStylePr>
    <w:tblStylePr w:type="band1Horz">
      <w:tblPr/>
      <w:tcPr>
        <w:shd w:val="clear" w:color="auto" w:fill="A8E1FC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CB38" w:themeColor="accent1"/>
        <w:left w:val="single" w:sz="8" w:space="0" w:color="99CB38" w:themeColor="accent1"/>
        <w:bottom w:val="single" w:sz="8" w:space="0" w:color="99CB38" w:themeColor="accent1"/>
        <w:right w:val="single" w:sz="8" w:space="0" w:color="99CB38" w:themeColor="accent1"/>
        <w:insideH w:val="single" w:sz="8" w:space="0" w:color="99CB38" w:themeColor="accent1"/>
        <w:insideV w:val="single" w:sz="8" w:space="0" w:color="99CB38" w:themeColor="accent1"/>
      </w:tblBorders>
    </w:tblPr>
    <w:tcPr>
      <w:shd w:val="clear" w:color="auto" w:fill="E5F2C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AE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7" w:themeFill="accent1" w:themeFillTint="33"/>
      </w:tc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tcBorders>
          <w:insideH w:val="single" w:sz="6" w:space="0" w:color="99CB38" w:themeColor="accent1"/>
          <w:insideV w:val="single" w:sz="6" w:space="0" w:color="99CB38" w:themeColor="accent1"/>
        </w:tcBorders>
        <w:shd w:val="clear" w:color="auto" w:fill="CCE59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A537" w:themeColor="accent2"/>
        <w:left w:val="single" w:sz="8" w:space="0" w:color="63A537" w:themeColor="accent2"/>
        <w:bottom w:val="single" w:sz="8" w:space="0" w:color="63A537" w:themeColor="accent2"/>
        <w:right w:val="single" w:sz="8" w:space="0" w:color="63A537" w:themeColor="accent2"/>
        <w:insideH w:val="single" w:sz="8" w:space="0" w:color="63A537" w:themeColor="accent2"/>
        <w:insideV w:val="single" w:sz="8" w:space="0" w:color="63A537" w:themeColor="accent2"/>
      </w:tblBorders>
    </w:tblPr>
    <w:tcPr>
      <w:shd w:val="clear" w:color="auto" w:fill="D7ED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7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0D3" w:themeFill="accent2" w:themeFillTint="33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tcBorders>
          <w:insideH w:val="single" w:sz="6" w:space="0" w:color="63A537" w:themeColor="accent2"/>
          <w:insideV w:val="single" w:sz="6" w:space="0" w:color="63A537" w:themeColor="accent2"/>
        </w:tcBorders>
        <w:shd w:val="clear" w:color="auto" w:fill="AFDA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A76F" w:themeColor="accent3"/>
        <w:left w:val="single" w:sz="8" w:space="0" w:color="37A76F" w:themeColor="accent3"/>
        <w:bottom w:val="single" w:sz="8" w:space="0" w:color="37A76F" w:themeColor="accent3"/>
        <w:right w:val="single" w:sz="8" w:space="0" w:color="37A76F" w:themeColor="accent3"/>
        <w:insideH w:val="single" w:sz="8" w:space="0" w:color="37A76F" w:themeColor="accent3"/>
        <w:insideV w:val="single" w:sz="8" w:space="0" w:color="37A76F" w:themeColor="accent3"/>
      </w:tblBorders>
    </w:tblPr>
    <w:tcPr>
      <w:shd w:val="clear" w:color="auto" w:fill="C9EDD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8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0E2" w:themeFill="accent3" w:themeFillTint="33"/>
      </w:tc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tcBorders>
          <w:insideH w:val="single" w:sz="6" w:space="0" w:color="37A76F" w:themeColor="accent3"/>
          <w:insideV w:val="single" w:sz="6" w:space="0" w:color="37A76F" w:themeColor="accent3"/>
        </w:tcBorders>
        <w:shd w:val="clear" w:color="auto" w:fill="92DBB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C1A3" w:themeColor="accent4"/>
        <w:left w:val="single" w:sz="8" w:space="0" w:color="44C1A3" w:themeColor="accent4"/>
        <w:bottom w:val="single" w:sz="8" w:space="0" w:color="44C1A3" w:themeColor="accent4"/>
        <w:right w:val="single" w:sz="8" w:space="0" w:color="44C1A3" w:themeColor="accent4"/>
        <w:insideH w:val="single" w:sz="8" w:space="0" w:color="44C1A3" w:themeColor="accent4"/>
        <w:insideV w:val="single" w:sz="8" w:space="0" w:color="44C1A3" w:themeColor="accent4"/>
      </w:tblBorders>
    </w:tblPr>
    <w:tcPr>
      <w:shd w:val="clear" w:color="auto" w:fill="D0EF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9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EC" w:themeFill="accent4" w:themeFillTint="33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tcBorders>
          <w:insideH w:val="single" w:sz="6" w:space="0" w:color="44C1A3" w:themeColor="accent4"/>
          <w:insideV w:val="single" w:sz="6" w:space="0" w:color="44C1A3" w:themeColor="accent4"/>
        </w:tcBorders>
        <w:shd w:val="clear" w:color="auto" w:fill="A1E0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B3CF" w:themeColor="accent5"/>
        <w:left w:val="single" w:sz="8" w:space="0" w:color="4EB3CF" w:themeColor="accent5"/>
        <w:bottom w:val="single" w:sz="8" w:space="0" w:color="4EB3CF" w:themeColor="accent5"/>
        <w:right w:val="single" w:sz="8" w:space="0" w:color="4EB3CF" w:themeColor="accent5"/>
        <w:insideH w:val="single" w:sz="8" w:space="0" w:color="4EB3CF" w:themeColor="accent5"/>
        <w:insideV w:val="single" w:sz="8" w:space="0" w:color="4EB3CF" w:themeColor="accent5"/>
      </w:tblBorders>
    </w:tblPr>
    <w:tcPr>
      <w:shd w:val="clear" w:color="auto" w:fill="D3ECF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FF5" w:themeFill="accent5" w:themeFillTint="33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tcBorders>
          <w:insideH w:val="single" w:sz="6" w:space="0" w:color="4EB3CF" w:themeColor="accent5"/>
          <w:insideV w:val="single" w:sz="6" w:space="0" w:color="4EB3CF" w:themeColor="accent5"/>
        </w:tcBorders>
        <w:shd w:val="clear" w:color="auto" w:fill="A6D8E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C3F9" w:themeColor="accent6"/>
        <w:left w:val="single" w:sz="8" w:space="0" w:color="51C3F9" w:themeColor="accent6"/>
        <w:bottom w:val="single" w:sz="8" w:space="0" w:color="51C3F9" w:themeColor="accent6"/>
        <w:right w:val="single" w:sz="8" w:space="0" w:color="51C3F9" w:themeColor="accent6"/>
        <w:insideH w:val="single" w:sz="8" w:space="0" w:color="51C3F9" w:themeColor="accent6"/>
        <w:insideV w:val="single" w:sz="8" w:space="0" w:color="51C3F9" w:themeColor="accent6"/>
      </w:tblBorders>
    </w:tblPr>
    <w:tcPr>
      <w:shd w:val="clear" w:color="auto" w:fill="D3F0F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F9F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3FD" w:themeFill="accent6" w:themeFillTint="33"/>
      </w:tcPr>
    </w:tblStylePr>
    <w:tblStylePr w:type="band1Vert">
      <w:tblPr/>
      <w:tcPr>
        <w:shd w:val="clear" w:color="auto" w:fill="A8E1FC" w:themeFill="accent6" w:themeFillTint="7F"/>
      </w:tcPr>
    </w:tblStylePr>
    <w:tblStylePr w:type="band1Horz">
      <w:tblPr/>
      <w:tcPr>
        <w:tcBorders>
          <w:insideH w:val="single" w:sz="6" w:space="0" w:color="51C3F9" w:themeColor="accent6"/>
          <w:insideV w:val="single" w:sz="6" w:space="0" w:color="51C3F9" w:themeColor="accent6"/>
        </w:tcBorders>
        <w:shd w:val="clear" w:color="auto" w:fill="A8E1F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59B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D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A53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92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DD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A76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A76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A76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A76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DBB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DBB7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1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C1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E0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E0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CF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B3C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B3C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D8E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D8E7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F0F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C3F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C3F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C3F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C3F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8E1F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8E1FC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CB3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661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992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521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7B2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A76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523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7C5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C1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6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92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B3C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5D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8CA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C3F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6D9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A4E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A4E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A4E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A4EE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99CB38" w:themeColor="accent1"/>
        <w:bottom w:val="single" w:sz="4" w:space="0" w:color="99CB38" w:themeColor="accent1"/>
        <w:right w:val="single" w:sz="4" w:space="0" w:color="99CB3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7B2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7B20" w:themeColor="accent1" w:themeShade="99"/>
          <w:insideV w:val="nil"/>
        </w:tcBorders>
        <w:shd w:val="clear" w:color="auto" w:fill="5C7B2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7B20" w:themeFill="accent1" w:themeFillShade="99"/>
      </w:tcPr>
    </w:tblStylePr>
    <w:tblStylePr w:type="band1Vert">
      <w:tblPr/>
      <w:tcPr>
        <w:shd w:val="clear" w:color="auto" w:fill="D6EAAF" w:themeFill="accent1" w:themeFillTint="66"/>
      </w:tcPr>
    </w:tblStylePr>
    <w:tblStylePr w:type="band1Horz">
      <w:tblPr/>
      <w:tcPr>
        <w:shd w:val="clear" w:color="auto" w:fill="CCE59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A537" w:themeColor="accent2"/>
        <w:left w:val="single" w:sz="4" w:space="0" w:color="63A537" w:themeColor="accent2"/>
        <w:bottom w:val="single" w:sz="4" w:space="0" w:color="63A537" w:themeColor="accent2"/>
        <w:right w:val="single" w:sz="4" w:space="0" w:color="63A53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7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A53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632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6321" w:themeColor="accent2" w:themeShade="99"/>
          <w:insideV w:val="nil"/>
        </w:tcBorders>
        <w:shd w:val="clear" w:color="auto" w:fill="3B632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321" w:themeFill="accent2" w:themeFillShade="99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AFDA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C1A3" w:themeColor="accent4"/>
        <w:left w:val="single" w:sz="4" w:space="0" w:color="37A76F" w:themeColor="accent3"/>
        <w:bottom w:val="single" w:sz="4" w:space="0" w:color="37A76F" w:themeColor="accent3"/>
        <w:right w:val="single" w:sz="4" w:space="0" w:color="37A76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8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C1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644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6442" w:themeColor="accent3" w:themeShade="99"/>
          <w:insideV w:val="nil"/>
        </w:tcBorders>
        <w:shd w:val="clear" w:color="auto" w:fill="21644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442" w:themeFill="accent3" w:themeFillShade="99"/>
      </w:tcPr>
    </w:tblStylePr>
    <w:tblStylePr w:type="band1Vert">
      <w:tblPr/>
      <w:tcPr>
        <w:shd w:val="clear" w:color="auto" w:fill="A8E2C5" w:themeFill="accent3" w:themeFillTint="66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7A76F" w:themeColor="accent3"/>
        <w:left w:val="single" w:sz="4" w:space="0" w:color="44C1A3" w:themeColor="accent4"/>
        <w:bottom w:val="single" w:sz="4" w:space="0" w:color="44C1A3" w:themeColor="accent4"/>
        <w:right w:val="single" w:sz="4" w:space="0" w:color="44C1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7A76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75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7562" w:themeColor="accent4" w:themeShade="99"/>
          <w:insideV w:val="nil"/>
        </w:tcBorders>
        <w:shd w:val="clear" w:color="auto" w:fill="2775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7562" w:themeFill="accent4" w:themeFillShade="99"/>
      </w:tcPr>
    </w:tblStylePr>
    <w:tblStylePr w:type="band1Vert">
      <w:tblPr/>
      <w:tcPr>
        <w:shd w:val="clear" w:color="auto" w:fill="B4E6DA" w:themeFill="accent4" w:themeFillTint="66"/>
      </w:tcPr>
    </w:tblStylePr>
    <w:tblStylePr w:type="band1Horz">
      <w:tblPr/>
      <w:tcPr>
        <w:shd w:val="clear" w:color="auto" w:fill="A1E0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C3F9" w:themeColor="accent6"/>
        <w:left w:val="single" w:sz="4" w:space="0" w:color="4EB3CF" w:themeColor="accent5"/>
        <w:bottom w:val="single" w:sz="4" w:space="0" w:color="4EB3CF" w:themeColor="accent5"/>
        <w:right w:val="single" w:sz="4" w:space="0" w:color="4EB3C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C3F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708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7086" w:themeColor="accent5" w:themeShade="99"/>
          <w:insideV w:val="nil"/>
        </w:tcBorders>
        <w:shd w:val="clear" w:color="auto" w:fill="24708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7086" w:themeFill="accent5" w:themeFillShade="99"/>
      </w:tcPr>
    </w:tblStylePr>
    <w:tblStylePr w:type="band1Vert">
      <w:tblPr/>
      <w:tcPr>
        <w:shd w:val="clear" w:color="auto" w:fill="B8E0EB" w:themeFill="accent5" w:themeFillTint="66"/>
      </w:tcPr>
    </w:tblStylePr>
    <w:tblStylePr w:type="band1Horz">
      <w:tblPr/>
      <w:tcPr>
        <w:shd w:val="clear" w:color="auto" w:fill="A6D8E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B3CF" w:themeColor="accent5"/>
        <w:left w:val="single" w:sz="4" w:space="0" w:color="51C3F9" w:themeColor="accent6"/>
        <w:bottom w:val="single" w:sz="4" w:space="0" w:color="51C3F9" w:themeColor="accent6"/>
        <w:right w:val="single" w:sz="4" w:space="0" w:color="51C3F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9F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B3C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83B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83BF" w:themeColor="accent6" w:themeShade="99"/>
          <w:insideV w:val="nil"/>
        </w:tcBorders>
        <w:shd w:val="clear" w:color="auto" w:fill="0683B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83BF" w:themeFill="accent6" w:themeFillShade="99"/>
      </w:tcPr>
    </w:tblStylePr>
    <w:tblStylePr w:type="band1Vert">
      <w:tblPr/>
      <w:tcPr>
        <w:shd w:val="clear" w:color="auto" w:fill="B9E7FC" w:themeFill="accent6" w:themeFillTint="66"/>
      </w:tcPr>
    </w:tblStylePr>
    <w:tblStylePr w:type="band1Horz">
      <w:tblPr/>
      <w:tcPr>
        <w:shd w:val="clear" w:color="auto" w:fill="A8E1F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A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7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8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C83" w:themeFill="accent4" w:themeFillShade="CC"/>
      </w:tcPr>
    </w:tblStylePr>
    <w:tblStylePr w:type="lastRow">
      <w:rPr>
        <w:b/>
        <w:bCs/>
        <w:color w:val="349C8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9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8558" w:themeFill="accent3" w:themeFillShade="CC"/>
      </w:tcPr>
    </w:tblStylePr>
    <w:tblStylePr w:type="lastRow">
      <w:rPr>
        <w:b/>
        <w:bCs/>
        <w:color w:val="2C855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1ACF6" w:themeFill="accent6" w:themeFillShade="CC"/>
      </w:tcPr>
    </w:tblStylePr>
    <w:tblStylePr w:type="lastRow">
      <w:rPr>
        <w:b/>
        <w:bCs/>
        <w:color w:val="11ACF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9F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96B3" w:themeFill="accent5" w:themeFillShade="CC"/>
      </w:tcPr>
    </w:tblStylePr>
    <w:tblStylePr w:type="lastRow">
      <w:rPr>
        <w:b/>
        <w:bCs/>
        <w:color w:val="3096B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0FD" w:themeFill="accent6" w:themeFillTint="3F"/>
      </w:tcPr>
    </w:tblStylePr>
    <w:tblStylePr w:type="band1Horz">
      <w:tblPr/>
      <w:tcPr>
        <w:shd w:val="clear" w:color="auto" w:fill="DCF3FD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7" w:themeFill="accent1" w:themeFillTint="33"/>
    </w:tcPr>
    <w:tblStylePr w:type="firstRow">
      <w:rPr>
        <w:b/>
        <w:bCs/>
      </w:rPr>
      <w:tblPr/>
      <w:tcPr>
        <w:shd w:val="clear" w:color="auto" w:fill="D6EAA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AA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992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9928" w:themeFill="accent1" w:themeFillShade="BF"/>
      </w:tc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shd w:val="clear" w:color="auto" w:fill="CCE59B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0D3" w:themeFill="accent2" w:themeFillTint="33"/>
    </w:tcPr>
    <w:tblStylePr w:type="firstRow">
      <w:rPr>
        <w:b/>
        <w:bCs/>
      </w:rPr>
      <w:tblPr/>
      <w:tcPr>
        <w:shd w:val="clear" w:color="auto" w:fill="BFE2A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2A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0E2" w:themeFill="accent3" w:themeFillTint="33"/>
    </w:tcPr>
    <w:tblStylePr w:type="firstRow">
      <w:rPr>
        <w:b/>
        <w:bCs/>
      </w:rPr>
      <w:tblPr/>
      <w:tcPr>
        <w:shd w:val="clear" w:color="auto" w:fill="A8E2C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2C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97C5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97C52" w:themeFill="accent3" w:themeFillShade="BF"/>
      </w:tc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EC" w:themeFill="accent4" w:themeFillTint="33"/>
    </w:tcPr>
    <w:tblStylePr w:type="firstRow">
      <w:rPr>
        <w:b/>
        <w:bCs/>
      </w:rPr>
      <w:tblPr/>
      <w:tcPr>
        <w:shd w:val="clear" w:color="auto" w:fill="B4E6D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E6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FF5" w:themeFill="accent5" w:themeFillTint="33"/>
    </w:tcPr>
    <w:tblStylePr w:type="firstRow">
      <w:rPr>
        <w:b/>
        <w:bCs/>
      </w:rPr>
      <w:tblPr/>
      <w:tcPr>
        <w:shd w:val="clear" w:color="auto" w:fill="B8E0E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E0E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3FD" w:themeFill="accent6" w:themeFillTint="33"/>
    </w:tcPr>
    <w:tblStylePr w:type="firstRow">
      <w:rPr>
        <w:b/>
        <w:bCs/>
      </w:rPr>
      <w:tblPr/>
      <w:tcPr>
        <w:shd w:val="clear" w:color="auto" w:fill="B9E7F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9E7F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8A4E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8A4EE" w:themeFill="accent6" w:themeFillShade="BF"/>
      </w:tcPr>
    </w:tblStylePr>
    <w:tblStylePr w:type="band1Vert">
      <w:tblPr/>
      <w:tcPr>
        <w:shd w:val="clear" w:color="auto" w:fill="A8E1FC" w:themeFill="accent6" w:themeFillTint="7F"/>
      </w:tcPr>
    </w:tblStylePr>
    <w:tblStylePr w:type="band1Horz">
      <w:tblPr/>
      <w:tcPr>
        <w:shd w:val="clear" w:color="auto" w:fill="A8E1FC" w:themeFill="accent6" w:themeFillTint="7F"/>
      </w:tcPr>
    </w:tblStyle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3B4B5F"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3B4B5F"/>
    <w:rPr>
      <w:rFonts w:ascii="Calibri" w:hAnsi="Calibri"/>
      <w:color w:val="323232"/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3B4B5F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3B4B5F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3B4B5F"/>
    <w:rPr>
      <w:rFonts w:ascii="Calibri" w:hAnsi="Calibri"/>
      <w:color w:val="323232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3B4B5F"/>
    <w:rPr>
      <w:vertAlign w:val="superscript"/>
    </w:rPr>
  </w:style>
  <w:style w:type="paragraph" w:styleId="Navadensplet">
    <w:name w:val="Normal (Web)"/>
    <w:basedOn w:val="Navaden"/>
    <w:uiPriority w:val="99"/>
    <w:semiHidden/>
    <w:unhideWhenUsed/>
    <w:rsid w:val="003B4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442DA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F27F348EEB47D693D29F8B57A2981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80E7275-CBB5-479E-AE1B-1BDAAC098629}"/>
      </w:docPartPr>
      <w:docPartBody>
        <w:p w:rsidR="003D74B3" w:rsidRDefault="00AF6285" w:rsidP="00AF6285">
          <w:pPr>
            <w:pStyle w:val="A4F27F348EEB47D693D29F8B57A2981B1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Kliknite za izbiro datuma...</w:t>
          </w:r>
        </w:p>
      </w:docPartBody>
    </w:docPart>
    <w:docPart>
      <w:docPartPr>
        <w:name w:val="146E46E075364F4B8E5ECBA9A0D6DA3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5CA320D-F9C9-48C2-8FBF-1AACF09663DA}"/>
      </w:docPartPr>
      <w:docPartBody>
        <w:p w:rsidR="003D74B3" w:rsidRDefault="00AF6285" w:rsidP="00AF6285">
          <w:pPr>
            <w:pStyle w:val="146E46E075364F4B8E5ECBA9A0D6DA361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Vnesite ime...</w:t>
          </w:r>
        </w:p>
      </w:docPartBody>
    </w:docPart>
    <w:docPart>
      <w:docPartPr>
        <w:name w:val="A7F8E28D236B492C8CD03873DCBCE0E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45FCA0A-B0FD-4A98-80C9-CADF9B4ABF88}"/>
      </w:docPartPr>
      <w:docPartBody>
        <w:p w:rsidR="003D74B3" w:rsidRDefault="00AF6285" w:rsidP="00AF6285">
          <w:pPr>
            <w:pStyle w:val="A7F8E28D236B492C8CD03873DCBCE0E71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Vnesite priimek...</w:t>
          </w:r>
        </w:p>
      </w:docPartBody>
    </w:docPart>
    <w:docPart>
      <w:docPartPr>
        <w:name w:val="CBD6EC4D51B047AF9246FBDA18A4DC3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7B5B9F1-D23A-437A-B0BA-A322AEAF8634}"/>
      </w:docPartPr>
      <w:docPartBody>
        <w:p w:rsidR="003D74B3" w:rsidRDefault="00AF6285" w:rsidP="00AF6285">
          <w:pPr>
            <w:pStyle w:val="CBD6EC4D51B047AF9246FBDA18A4DC351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Izberite datum...</w:t>
          </w:r>
        </w:p>
      </w:docPartBody>
    </w:docPart>
    <w:docPart>
      <w:docPartPr>
        <w:name w:val="EEB84FFE773346C495B94A756EFE2CA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2B944E1-FC02-489D-A5F9-3C65FBC49658}"/>
      </w:docPartPr>
      <w:docPartBody>
        <w:p w:rsidR="003D74B3" w:rsidRDefault="00AF6285" w:rsidP="00AF6285">
          <w:pPr>
            <w:pStyle w:val="EEB84FFE773346C495B94A756EFE2CA31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Vnesite kraj rojstva...</w:t>
          </w:r>
        </w:p>
      </w:docPartBody>
    </w:docPart>
    <w:docPart>
      <w:docPartPr>
        <w:name w:val="BB331E05FCB04696802153B9312BBE8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542071E-235C-4476-932F-A53A53597CD7}"/>
      </w:docPartPr>
      <w:docPartBody>
        <w:p w:rsidR="003D74B3" w:rsidRDefault="00AF6285" w:rsidP="00AF6285">
          <w:pPr>
            <w:pStyle w:val="BB331E05FCB04696802153B9312BBE8C1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Vnesite naslov...</w:t>
          </w:r>
        </w:p>
      </w:docPartBody>
    </w:docPart>
    <w:docPart>
      <w:docPartPr>
        <w:name w:val="1AF77361765642F6BCBBC9B82254EBE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B1B0052-67D8-475A-A05A-2E782E30FDE7}"/>
      </w:docPartPr>
      <w:docPartBody>
        <w:p w:rsidR="003D74B3" w:rsidRDefault="00AF6285" w:rsidP="00AF6285">
          <w:pPr>
            <w:pStyle w:val="1AF77361765642F6BCBBC9B82254EBE41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Vnesite državljanstvo in narodnost...</w:t>
          </w:r>
        </w:p>
      </w:docPartBody>
    </w:docPart>
    <w:docPart>
      <w:docPartPr>
        <w:name w:val="6C4E5072BAC242A0A35ED5988790CFE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51C1B45-815E-4E4D-944B-F9837B40BB77}"/>
      </w:docPartPr>
      <w:docPartBody>
        <w:p w:rsidR="003D74B3" w:rsidRDefault="00AF6285" w:rsidP="00AF6285">
          <w:pPr>
            <w:pStyle w:val="6C4E5072BAC242A0A35ED5988790CFE01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Vnesite podatke o izobrazbi(datum in ustanova). Po pritisku na tipko ENTER se ustvari nova alineja</w:t>
          </w:r>
        </w:p>
      </w:docPartBody>
    </w:docPart>
    <w:docPart>
      <w:docPartPr>
        <w:name w:val="397EB58FAA1C487DA766A406FA8A3A3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F1CC442-4F9F-4EE0-B81C-C78EDB623C29}"/>
      </w:docPartPr>
      <w:docPartBody>
        <w:p w:rsidR="003D74B3" w:rsidRDefault="00AF6285" w:rsidP="00AF6285">
          <w:pPr>
            <w:pStyle w:val="397EB58FAA1C487DA766A406FA8A3A3A1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Vnesite opis poklicne poti. Po pritisku na tipko ENTER se ustvari nova alineja</w:t>
          </w:r>
        </w:p>
      </w:docPartBody>
    </w:docPart>
    <w:docPart>
      <w:docPartPr>
        <w:name w:val="F1AF94F6C7D0478D96022083AF4744C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4DD9E75-7A59-44EC-8F88-05AB7299AEE9}"/>
      </w:docPartPr>
      <w:docPartBody>
        <w:p w:rsidR="003D74B3" w:rsidRDefault="00AF6285" w:rsidP="00AF6285">
          <w:pPr>
            <w:pStyle w:val="F1AF94F6C7D0478D96022083AF4744C51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Vnesite podatke o trenutni zaposlitvi...</w:t>
          </w:r>
        </w:p>
      </w:docPartBody>
    </w:docPart>
    <w:docPart>
      <w:docPartPr>
        <w:name w:val="21B978B655964BF68ED88BC13A5AF52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C1ED45F-8455-4BDC-8B32-189D10EB0E5D}"/>
      </w:docPartPr>
      <w:docPartBody>
        <w:p w:rsidR="003D74B3" w:rsidRDefault="00AF6285" w:rsidP="00AF6285">
          <w:pPr>
            <w:pStyle w:val="21B978B655964BF68ED88BC13A5AF5251"/>
          </w:pPr>
          <w:r w:rsidRPr="000345C4">
            <w:rPr>
              <w:rStyle w:val="Besedilooznabemesta"/>
              <w:rFonts w:asciiTheme="majorHAnsi" w:hAnsiTheme="majorHAnsi" w:cstheme="majorHAnsi"/>
              <w:i/>
              <w:color w:val="787878"/>
              <w:szCs w:val="21"/>
            </w:rPr>
            <w:t>Vnesite kraj občnega zbora...</w:t>
          </w:r>
        </w:p>
      </w:docPartBody>
    </w:docPart>
    <w:docPart>
      <w:docPartPr>
        <w:name w:val="78A9278BE4F049F5AC1525ED445377D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C04DAA3-AB28-4E69-836F-5523371CAA06}"/>
      </w:docPartPr>
      <w:docPartBody>
        <w:p w:rsidR="003D74B3" w:rsidRDefault="00AF6285" w:rsidP="00AF6285">
          <w:pPr>
            <w:pStyle w:val="78A9278BE4F049F5AC1525ED445377D81"/>
          </w:pPr>
          <w:r w:rsidRPr="000345C4">
            <w:rPr>
              <w:rStyle w:val="Besedilooznabemesta"/>
              <w:rFonts w:asciiTheme="majorHAnsi" w:hAnsiTheme="majorHAnsi" w:cstheme="majorHAnsi"/>
              <w:i/>
              <w:color w:val="787878"/>
              <w:szCs w:val="21"/>
            </w:rPr>
            <w:t>Vnesite datum občnega zbora...</w:t>
          </w:r>
        </w:p>
      </w:docPartBody>
    </w:docPart>
    <w:docPart>
      <w:docPartPr>
        <w:name w:val="01037D9CA5DA4415A01A3E72F6782DF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241F61C-D9F3-4A62-8597-4F6695712A93}"/>
      </w:docPartPr>
      <w:docPartBody>
        <w:p w:rsidR="003D74B3" w:rsidRDefault="00AF6285" w:rsidP="00AF6285">
          <w:pPr>
            <w:pStyle w:val="01037D9CA5DA4415A01A3E72F6782DFD1"/>
          </w:pPr>
          <w:r w:rsidRPr="000345C4">
            <w:rPr>
              <w:rStyle w:val="Besedilooznabemesta"/>
              <w:rFonts w:asciiTheme="majorHAnsi" w:hAnsiTheme="majorHAnsi" w:cstheme="majorHAnsi"/>
              <w:i/>
              <w:color w:val="787878"/>
              <w:szCs w:val="21"/>
            </w:rPr>
            <w:t>Vnesite besedilo. Po pritisku na tipko ENTER se ustvari nova alineja</w:t>
          </w:r>
        </w:p>
      </w:docPartBody>
    </w:docPart>
    <w:docPart>
      <w:docPartPr>
        <w:name w:val="7FDF0B43A6094AD2A83ADBADCBD26EB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7743FDC-4500-445C-92C8-E3684CEEB2D6}"/>
      </w:docPartPr>
      <w:docPartBody>
        <w:p w:rsidR="003D74B3" w:rsidRDefault="00AF6285" w:rsidP="00AF6285">
          <w:pPr>
            <w:pStyle w:val="7FDF0B43A6094AD2A83ADBADCBD26EB41"/>
          </w:pPr>
          <w:r w:rsidRPr="000345C4">
            <w:rPr>
              <w:rStyle w:val="Besedilooznabemesta"/>
              <w:rFonts w:asciiTheme="majorHAnsi" w:hAnsiTheme="majorHAnsi" w:cstheme="majorHAnsi"/>
              <w:i/>
              <w:iCs/>
              <w:szCs w:val="21"/>
            </w:rPr>
            <w:t>Vpišite kraj</w:t>
          </w:r>
        </w:p>
      </w:docPartBody>
    </w:docPart>
    <w:docPart>
      <w:docPartPr>
        <w:name w:val="FA14442FA5C34185B953C550F4F5607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5319A05-F35D-452C-96D1-33E5DF2C7A90}"/>
      </w:docPartPr>
      <w:docPartBody>
        <w:p w:rsidR="003D74B3" w:rsidRDefault="00AF6285" w:rsidP="00AF6285">
          <w:pPr>
            <w:pStyle w:val="FA14442FA5C34185B953C550F4F5607A1"/>
          </w:pPr>
          <w:r w:rsidRPr="000345C4">
            <w:rPr>
              <w:rStyle w:val="Besedilooznabemesta"/>
              <w:rFonts w:asciiTheme="majorHAnsi" w:hAnsiTheme="majorHAnsi" w:cstheme="majorHAnsi"/>
              <w:i/>
              <w:color w:val="787878"/>
              <w:szCs w:val="21"/>
            </w:rPr>
            <w:t>Izberite datum...</w:t>
          </w:r>
        </w:p>
      </w:docPartBody>
    </w:docPart>
    <w:docPart>
      <w:docPartPr>
        <w:name w:val="B5640E1520B146CD8269C0826DDDCF3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C8BED5A-1467-40BF-BB14-92120FB56647}"/>
      </w:docPartPr>
      <w:docPartBody>
        <w:p w:rsidR="00A77AC5" w:rsidRDefault="00AF6285" w:rsidP="00AF6285">
          <w:pPr>
            <w:pStyle w:val="B5640E1520B146CD8269C0826DDDCF3E"/>
          </w:pP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 xml:space="preserve">Vnesite </w:t>
          </w:r>
          <w:r>
            <w:rPr>
              <w:rStyle w:val="Besedilooznabemesta"/>
              <w:rFonts w:cs="Calibri"/>
              <w:i/>
              <w:color w:val="787878"/>
              <w:szCs w:val="21"/>
            </w:rPr>
            <w:t>i</w:t>
          </w:r>
          <w:r>
            <w:rPr>
              <w:rStyle w:val="Besedilooznabemesta"/>
              <w:i/>
              <w:color w:val="787878"/>
              <w:szCs w:val="21"/>
            </w:rPr>
            <w:t>me in priimek</w:t>
          </w:r>
          <w:r w:rsidRPr="000345C4">
            <w:rPr>
              <w:rStyle w:val="Besedilooznabemesta"/>
              <w:rFonts w:cs="Calibri"/>
              <w:i/>
              <w:color w:val="787878"/>
              <w:szCs w:val="21"/>
            </w:rPr>
            <w:t>...</w:t>
          </w:r>
        </w:p>
      </w:docPartBody>
    </w:docPart>
    <w:docPart>
      <w:docPartPr>
        <w:name w:val="D2F311BA558248F7A3D4A17DB4D0ABF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AE8DECB-B0D0-4CA7-B877-DE99CB2740C9}"/>
      </w:docPartPr>
      <w:docPartBody>
        <w:p w:rsidR="00B7775C" w:rsidRDefault="00A8088D" w:rsidP="00A8088D">
          <w:pPr>
            <w:pStyle w:val="D2F311BA558248F7A3D4A17DB4D0ABFB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leto (npr. 1995)...</w:t>
          </w:r>
        </w:p>
      </w:docPartBody>
    </w:docPart>
    <w:docPart>
      <w:docPartPr>
        <w:name w:val="B897687ECC15487D984DB86BF6D214E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79C70B6-06DC-45AD-B5DB-4B2AE48E1336}"/>
      </w:docPartPr>
      <w:docPartBody>
        <w:p w:rsidR="00B7775C" w:rsidRDefault="00A8088D" w:rsidP="00A8088D">
          <w:pPr>
            <w:pStyle w:val="B897687ECC15487D984DB86BF6D214E4"/>
          </w:pPr>
          <w:r w:rsidRPr="00761799">
            <w:rPr>
              <w:rFonts w:ascii="Calibri" w:hAnsi="Calibri" w:cs="Calibri"/>
              <w:i/>
              <w:color w:val="787878"/>
              <w:sz w:val="21"/>
              <w:szCs w:val="21"/>
            </w:rPr>
            <w:t>Vnesite članstva in funkcije (naziv organa, funkcija, mandatno obdobje).</w:t>
          </w:r>
          <w:r w:rsidRPr="00630F17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 xml:space="preserve"> Po pritisku na tipko ENTER se ustvari nova alineja</w:t>
          </w:r>
        </w:p>
      </w:docPartBody>
    </w:docPart>
    <w:docPart>
      <w:docPartPr>
        <w:name w:val="949B5B2D02B8423BA4F92928977C991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86683E8-E543-4AFF-A86A-BC6A6F801D17}"/>
      </w:docPartPr>
      <w:docPartBody>
        <w:p w:rsidR="00B7775C" w:rsidRDefault="00A8088D" w:rsidP="00A8088D">
          <w:pPr>
            <w:pStyle w:val="949B5B2D02B8423BA4F92928977C9916"/>
          </w:pPr>
          <w:r w:rsidRPr="002068F6">
            <w:rPr>
              <w:rFonts w:asciiTheme="majorHAnsi" w:hAnsiTheme="majorHAnsi" w:cstheme="majorHAnsi"/>
              <w:i/>
              <w:color w:val="787878"/>
              <w:sz w:val="21"/>
              <w:szCs w:val="21"/>
            </w:rPr>
            <w:t>Vnesite članstva in funkcije.</w:t>
          </w:r>
          <w:r w:rsidRPr="002068F6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Po pritisku na tipko ENTER se ustvari nova alineja</w:t>
          </w:r>
        </w:p>
      </w:docPartBody>
    </w:docPart>
    <w:docPart>
      <w:docPartPr>
        <w:name w:val="95805DE6AC794CCDAADE4CF4426852F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63278F0-5E60-432F-960F-D27C0734550C}"/>
      </w:docPartPr>
      <w:docPartBody>
        <w:p w:rsidR="00B7775C" w:rsidRDefault="00A8088D" w:rsidP="00A8088D">
          <w:pPr>
            <w:pStyle w:val="95805DE6AC794CCDAADE4CF4426852F8"/>
          </w:pPr>
          <w:r w:rsidRPr="00761799">
            <w:rPr>
              <w:rFonts w:ascii="Calibri" w:hAnsi="Calibri" w:cs="Calibri"/>
              <w:i/>
              <w:color w:val="787878"/>
              <w:sz w:val="21"/>
              <w:szCs w:val="21"/>
            </w:rPr>
            <w:t>Navedite dosedanja priznanja (datum in naziv priznanja).</w:t>
          </w:r>
          <w:r w:rsidRPr="002068F6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 xml:space="preserve"> Po pritisku na tipko ENTER se ustvari nova alineja</w:t>
          </w:r>
        </w:p>
      </w:docPartBody>
    </w:docPart>
    <w:docPart>
      <w:docPartPr>
        <w:name w:val="A45049DBCB334167A5824E5030AA7AF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B637370-55D1-40A7-ABA5-BE7424098279}"/>
      </w:docPartPr>
      <w:docPartBody>
        <w:p w:rsidR="00A776CF" w:rsidRDefault="00AC3886" w:rsidP="00AC3886">
          <w:pPr>
            <w:pStyle w:val="A45049DBCB334167A5824E5030AA7AF5"/>
          </w:pPr>
          <w:r w:rsidRPr="00983AE7">
            <w:rPr>
              <w:rStyle w:val="Besedilooznabemesta"/>
              <w:rFonts w:asciiTheme="majorHAnsi" w:hAnsiTheme="majorHAnsi" w:cstheme="majorHAnsi"/>
              <w:i/>
              <w:color w:val="787878"/>
              <w:sz w:val="21"/>
              <w:szCs w:val="21"/>
            </w:rPr>
            <w:t>Izberite predlagatelja iz spustnega seznama...</w:t>
          </w:r>
        </w:p>
      </w:docPartBody>
    </w:docPart>
    <w:docPart>
      <w:docPartPr>
        <w:name w:val="C1D51427DA5D46BFB7F3E025A6D5946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EC0ED77-5C76-4D15-9E3D-3F4704735653}"/>
      </w:docPartPr>
      <w:docPartBody>
        <w:p w:rsidR="00A776CF" w:rsidRDefault="00AC3886" w:rsidP="00AC3886">
          <w:pPr>
            <w:pStyle w:val="C1D51427DA5D46BFB7F3E025A6D59466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ime, priimek in e-poštni naslov...</w:t>
          </w:r>
        </w:p>
      </w:docPartBody>
    </w:docPart>
    <w:docPart>
      <w:docPartPr>
        <w:name w:val="A43C41878B724837A4AD5859F01BC78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8E94336-0C82-41E4-8AC4-83435F505694}"/>
      </w:docPartPr>
      <w:docPartBody>
        <w:p w:rsidR="00177D56" w:rsidRDefault="00A776CF" w:rsidP="00A776CF">
          <w:pPr>
            <w:pStyle w:val="A43C41878B724837A4AD5859F01BC78E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nazive. Po pritisku na tipko ENTER se ustvari nova alineja</w:t>
          </w:r>
        </w:p>
      </w:docPartBody>
    </w:docPart>
    <w:docPart>
      <w:docPartPr>
        <w:name w:val="F7539A0ECC7B4796A889B1FA27AFE07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DDD2820-F6FD-4697-9DB4-03475646AFD5}"/>
      </w:docPartPr>
      <w:docPartBody>
        <w:p w:rsidR="00177D56" w:rsidRDefault="00A776CF" w:rsidP="00A776CF">
          <w:pPr>
            <w:pStyle w:val="F7539A0ECC7B4796A889B1FA27AFE070"/>
          </w:pPr>
          <w:r w:rsidRPr="00761799">
            <w:rPr>
              <w:rStyle w:val="Besedilooznabemesta"/>
              <w:rFonts w:ascii="Calibri" w:hAnsi="Calibri" w:cs="Calibri"/>
              <w:i/>
              <w:color w:val="787878"/>
              <w:sz w:val="21"/>
              <w:szCs w:val="21"/>
            </w:rPr>
            <w:t>Vnesite nazive. Po pritisku na tipko ENTER se ustvari nova alineja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C7D"/>
    <w:rsid w:val="00177D56"/>
    <w:rsid w:val="0023404C"/>
    <w:rsid w:val="00247C7D"/>
    <w:rsid w:val="002C50A7"/>
    <w:rsid w:val="003B2E05"/>
    <w:rsid w:val="003D74B3"/>
    <w:rsid w:val="005921CC"/>
    <w:rsid w:val="00626730"/>
    <w:rsid w:val="00653E58"/>
    <w:rsid w:val="00704911"/>
    <w:rsid w:val="00706B39"/>
    <w:rsid w:val="0083095D"/>
    <w:rsid w:val="00857BFA"/>
    <w:rsid w:val="00874C33"/>
    <w:rsid w:val="0088710E"/>
    <w:rsid w:val="00967E3C"/>
    <w:rsid w:val="00A776CF"/>
    <w:rsid w:val="00A77AC5"/>
    <w:rsid w:val="00A8088D"/>
    <w:rsid w:val="00AB1D7D"/>
    <w:rsid w:val="00AC3886"/>
    <w:rsid w:val="00AF6285"/>
    <w:rsid w:val="00B021AA"/>
    <w:rsid w:val="00B479AD"/>
    <w:rsid w:val="00B54A31"/>
    <w:rsid w:val="00B7775C"/>
    <w:rsid w:val="00BD593E"/>
    <w:rsid w:val="00EB5369"/>
    <w:rsid w:val="00EC03E3"/>
    <w:rsid w:val="00F1480F"/>
    <w:rsid w:val="00F44789"/>
    <w:rsid w:val="00F7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A776CF"/>
    <w:rPr>
      <w:color w:val="666666"/>
    </w:rPr>
  </w:style>
  <w:style w:type="paragraph" w:customStyle="1" w:styleId="D2F311BA558248F7A3D4A17DB4D0ABFB">
    <w:name w:val="D2F311BA558248F7A3D4A17DB4D0ABFB"/>
    <w:rsid w:val="00A8088D"/>
  </w:style>
  <w:style w:type="paragraph" w:customStyle="1" w:styleId="B897687ECC15487D984DB86BF6D214E4">
    <w:name w:val="B897687ECC15487D984DB86BF6D214E4"/>
    <w:rsid w:val="00A8088D"/>
  </w:style>
  <w:style w:type="paragraph" w:customStyle="1" w:styleId="949B5B2D02B8423BA4F92928977C9916">
    <w:name w:val="949B5B2D02B8423BA4F92928977C9916"/>
    <w:rsid w:val="00A8088D"/>
  </w:style>
  <w:style w:type="paragraph" w:customStyle="1" w:styleId="95805DE6AC794CCDAADE4CF4426852F8">
    <w:name w:val="95805DE6AC794CCDAADE4CF4426852F8"/>
    <w:rsid w:val="00A8088D"/>
  </w:style>
  <w:style w:type="paragraph" w:customStyle="1" w:styleId="BB11857A430C49898495971CBA55106C">
    <w:name w:val="BB11857A430C49898495971CBA55106C"/>
    <w:rsid w:val="00653E58"/>
  </w:style>
  <w:style w:type="paragraph" w:customStyle="1" w:styleId="09E4DD00EBB9455CA31EBB3F0BFAD642">
    <w:name w:val="09E4DD00EBB9455CA31EBB3F0BFAD642"/>
    <w:rsid w:val="00653E58"/>
  </w:style>
  <w:style w:type="paragraph" w:customStyle="1" w:styleId="C7B533F2DEDF4EF589223050F3B1E47B">
    <w:name w:val="C7B533F2DEDF4EF589223050F3B1E47B"/>
    <w:rsid w:val="00653E58"/>
  </w:style>
  <w:style w:type="paragraph" w:customStyle="1" w:styleId="A4F27F348EEB47D693D29F8B57A2981B1">
    <w:name w:val="A4F27F348EEB47D693D29F8B57A2981B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A7F1D5A888874D1EAB56326B1AEC1B831">
    <w:name w:val="A7F1D5A888874D1EAB56326B1AEC1B83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6A056A0666EC43C69FF5534CA4713E1A1">
    <w:name w:val="6A056A0666EC43C69FF5534CA4713E1A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146E46E075364F4B8E5ECBA9A0D6DA361">
    <w:name w:val="146E46E075364F4B8E5ECBA9A0D6DA36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A7F8E28D236B492C8CD03873DCBCE0E71">
    <w:name w:val="A7F8E28D236B492C8CD03873DCBCE0E7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CBD6EC4D51B047AF9246FBDA18A4DC351">
    <w:name w:val="CBD6EC4D51B047AF9246FBDA18A4DC35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EEB84FFE773346C495B94A756EFE2CA31">
    <w:name w:val="EEB84FFE773346C495B94A756EFE2CA3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BB331E05FCB04696802153B9312BBE8C1">
    <w:name w:val="BB331E05FCB04696802153B9312BBE8C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1AF77361765642F6BCBBC9B82254EBE41">
    <w:name w:val="1AF77361765642F6BCBBC9B82254EBE4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47ADC91E06A54D6792A9307BEF3252B71">
    <w:name w:val="47ADC91E06A54D6792A9307BEF3252B71"/>
    <w:rsid w:val="00AF6285"/>
    <w:pPr>
      <w:spacing w:after="200" w:line="276" w:lineRule="auto"/>
      <w:ind w:left="720"/>
      <w:contextualSpacing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6C4E5072BAC242A0A35ED5988790CFE01">
    <w:name w:val="6C4E5072BAC242A0A35ED5988790CFE01"/>
    <w:rsid w:val="00AF6285"/>
    <w:pPr>
      <w:spacing w:after="200" w:line="276" w:lineRule="auto"/>
      <w:ind w:left="720"/>
      <w:contextualSpacing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397EB58FAA1C487DA766A406FA8A3A3A1">
    <w:name w:val="397EB58FAA1C487DA766A406FA8A3A3A1"/>
    <w:rsid w:val="00AF6285"/>
    <w:pPr>
      <w:spacing w:after="200" w:line="276" w:lineRule="auto"/>
      <w:ind w:left="720"/>
      <w:contextualSpacing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F1AF94F6C7D0478D96022083AF4744C51">
    <w:name w:val="F1AF94F6C7D0478D96022083AF4744C5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4E957378FC9949FA98C43E18985F4FEA1">
    <w:name w:val="4E957378FC9949FA98C43E18985F4FEA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21B978B655964BF68ED88BC13A5AF5251">
    <w:name w:val="21B978B655964BF68ED88BC13A5AF525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78A9278BE4F049F5AC1525ED445377D81">
    <w:name w:val="78A9278BE4F049F5AC1525ED445377D8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01037D9CA5DA4415A01A3E72F6782DFD1">
    <w:name w:val="01037D9CA5DA4415A01A3E72F6782DFD1"/>
    <w:rsid w:val="00AF6285"/>
    <w:pPr>
      <w:spacing w:after="200" w:line="276" w:lineRule="auto"/>
      <w:ind w:left="720"/>
      <w:contextualSpacing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7FDF0B43A6094AD2A83ADBADCBD26EB41">
    <w:name w:val="7FDF0B43A6094AD2A83ADBADCBD26EB4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FA14442FA5C34185B953C550F4F5607A1">
    <w:name w:val="FA14442FA5C34185B953C550F4F5607A1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B5640E1520B146CD8269C0826DDDCF3E">
    <w:name w:val="B5640E1520B146CD8269C0826DDDCF3E"/>
    <w:rsid w:val="00AF6285"/>
    <w:pPr>
      <w:spacing w:after="200" w:line="276" w:lineRule="auto"/>
    </w:pPr>
    <w:rPr>
      <w:rFonts w:ascii="Calibri" w:hAnsi="Calibri"/>
      <w:color w:val="323232"/>
      <w:kern w:val="0"/>
      <w:sz w:val="21"/>
      <w:szCs w:val="22"/>
      <w:lang w:eastAsia="en-US"/>
      <w14:ligatures w14:val="none"/>
    </w:rPr>
  </w:style>
  <w:style w:type="paragraph" w:customStyle="1" w:styleId="A45049DBCB334167A5824E5030AA7AF5">
    <w:name w:val="A45049DBCB334167A5824E5030AA7AF5"/>
    <w:rsid w:val="00AC3886"/>
  </w:style>
  <w:style w:type="paragraph" w:customStyle="1" w:styleId="C1D51427DA5D46BFB7F3E025A6D59466">
    <w:name w:val="C1D51427DA5D46BFB7F3E025A6D59466"/>
    <w:rsid w:val="00AC3886"/>
  </w:style>
  <w:style w:type="paragraph" w:customStyle="1" w:styleId="D3B525EA578B4B2F8E858991A69F8893">
    <w:name w:val="D3B525EA578B4B2F8E858991A69F8893"/>
    <w:rsid w:val="00A776CF"/>
  </w:style>
  <w:style w:type="paragraph" w:customStyle="1" w:styleId="A43C41878B724837A4AD5859F01BC78E">
    <w:name w:val="A43C41878B724837A4AD5859F01BC78E"/>
    <w:rsid w:val="00A776CF"/>
  </w:style>
  <w:style w:type="paragraph" w:customStyle="1" w:styleId="F7539A0ECC7B4796A889B1FA27AFE070">
    <w:name w:val="F7539A0ECC7B4796A889B1FA27AFE070"/>
    <w:rsid w:val="00A776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Zeleno-rumena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Franci Tratar</cp:lastModifiedBy>
  <cp:revision>70</cp:revision>
  <cp:lastPrinted>2026-09-08T10:29:00Z</cp:lastPrinted>
  <dcterms:created xsi:type="dcterms:W3CDTF">2026-07-29T07:26:00Z</dcterms:created>
  <dcterms:modified xsi:type="dcterms:W3CDTF">2026-09-08T11:55:00Z</dcterms:modified>
  <cp:category/>
</cp:coreProperties>
</file>