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128DA" w14:textId="77777777" w:rsidR="006E324A" w:rsidRPr="00761799" w:rsidRDefault="00A7615C">
      <w:pPr>
        <w:jc w:val="center"/>
        <w:rPr>
          <w:rFonts w:ascii="Calibri" w:hAnsi="Calibri" w:cs="Calibri"/>
        </w:rPr>
      </w:pPr>
      <w:r w:rsidRPr="00761799">
        <w:rPr>
          <w:rFonts w:ascii="Calibri" w:hAnsi="Calibri" w:cs="Calibri"/>
          <w:b/>
          <w:color w:val="183C6C"/>
          <w:sz w:val="26"/>
        </w:rPr>
        <w:t>SLOVENSKO FARMACEVTSKO DRUŠTVO</w:t>
      </w:r>
      <w:r w:rsidRPr="00761799">
        <w:rPr>
          <w:rFonts w:ascii="Calibri" w:hAnsi="Calibri" w:cs="Calibri"/>
          <w:b/>
          <w:color w:val="183C6C"/>
          <w:sz w:val="26"/>
        </w:rPr>
        <w:br/>
      </w:r>
      <w:r w:rsidRPr="00761799">
        <w:rPr>
          <w:rFonts w:ascii="Calibri" w:hAnsi="Calibri" w:cs="Calibri"/>
          <w:color w:val="666666"/>
          <w:sz w:val="17"/>
        </w:rPr>
        <w:t>Dunajska cesta 184 A, 1000 Ljubljana  |  e-pošta: pisarna@sfd.si  |  www.sfd.si</w:t>
      </w:r>
      <w:r w:rsidRPr="00761799">
        <w:rPr>
          <w:rFonts w:ascii="Calibri" w:hAnsi="Calibri" w:cs="Calibri"/>
          <w:color w:val="666666"/>
          <w:sz w:val="17"/>
        </w:rPr>
        <w:br/>
      </w:r>
    </w:p>
    <w:p w14:paraId="33C927B6" w14:textId="7FAD7632" w:rsidR="006E324A" w:rsidRPr="00761799" w:rsidRDefault="00A7615C">
      <w:pPr>
        <w:spacing w:before="200" w:after="300"/>
        <w:jc w:val="center"/>
        <w:rPr>
          <w:rFonts w:ascii="Calibri" w:hAnsi="Calibri" w:cs="Calibri"/>
        </w:rPr>
      </w:pPr>
      <w:r w:rsidRPr="00761799">
        <w:rPr>
          <w:rFonts w:ascii="Calibri" w:hAnsi="Calibri" w:cs="Calibri"/>
          <w:b/>
          <w:color w:val="183C6C"/>
          <w:sz w:val="28"/>
        </w:rPr>
        <w:t>PREDLOG ZA PO</w:t>
      </w:r>
      <w:r w:rsidR="004D582B">
        <w:rPr>
          <w:rFonts w:ascii="Calibri" w:hAnsi="Calibri" w:cs="Calibri"/>
          <w:b/>
          <w:color w:val="183C6C"/>
          <w:sz w:val="28"/>
        </w:rPr>
        <w:t>HVALO</w:t>
      </w:r>
      <w:r w:rsidR="009C6108">
        <w:rPr>
          <w:rStyle w:val="Konnaopomba-sklic"/>
          <w:rFonts w:ascii="Calibri" w:hAnsi="Calibri" w:cs="Calibri"/>
          <w:b/>
          <w:color w:val="183C6C"/>
          <w:sz w:val="28"/>
        </w:rPr>
        <w:endnoteReference w:id="1"/>
      </w:r>
    </w:p>
    <w:p w14:paraId="470535E7" w14:textId="665969E8" w:rsidR="006E324A" w:rsidRPr="00761799" w:rsidRDefault="00A7615C" w:rsidP="00C10D53">
      <w:pPr>
        <w:pStyle w:val="Naslov3"/>
      </w:pPr>
      <w:r w:rsidRPr="00761799">
        <w:t>PODATKI O PREDLAGATELJU</w:t>
      </w:r>
    </w:p>
    <w:tbl>
      <w:tblPr>
        <w:tblW w:w="0" w:type="auto"/>
        <w:jc w:val="center"/>
        <w:tblBorders>
          <w:top w:val="single" w:sz="4" w:space="0" w:color="DBE5F1" w:themeColor="accent1" w:themeTint="33"/>
          <w:bottom w:val="single" w:sz="4" w:space="0" w:color="DBE5F1" w:themeColor="accent1" w:themeTint="33"/>
          <w:insideH w:val="single" w:sz="4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3580"/>
        <w:gridCol w:w="6064"/>
      </w:tblGrid>
      <w:tr w:rsidR="006E324A" w:rsidRPr="00761799" w14:paraId="01021169" w14:textId="77777777" w:rsidTr="00055934">
        <w:trPr>
          <w:jc w:val="center"/>
        </w:trPr>
        <w:tc>
          <w:tcPr>
            <w:tcW w:w="3580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F1AF05" w14:textId="77777777" w:rsidR="006E324A" w:rsidRPr="00761799" w:rsidRDefault="00A7615C" w:rsidP="00AA422E">
            <w:pPr>
              <w:spacing w:after="0" w:line="240" w:lineRule="auto"/>
              <w:rPr>
                <w:rFonts w:ascii="Calibri" w:hAnsi="Calibri" w:cs="Calibri"/>
                <w:sz w:val="21"/>
                <w:szCs w:val="21"/>
              </w:rPr>
            </w:pPr>
            <w:r w:rsidRPr="00761799">
              <w:rPr>
                <w:rFonts w:ascii="Calibri" w:hAnsi="Calibri" w:cs="Calibri"/>
                <w:b/>
                <w:sz w:val="21"/>
                <w:szCs w:val="21"/>
              </w:rPr>
              <w:t>Datum predloga:</w:t>
            </w:r>
          </w:p>
        </w:tc>
        <w:tc>
          <w:tcPr>
            <w:tcW w:w="606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D40CF6" w14:textId="55D36304" w:rsidR="006E324A" w:rsidRPr="00761799" w:rsidRDefault="00000000" w:rsidP="00AA422E">
            <w:pPr>
              <w:spacing w:after="0" w:line="240" w:lineRule="auto"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tag_date_0"/>
                <w:id w:val="87654321"/>
                <w:placeholder>
                  <w:docPart w:val="55A33C79A6EC4542954C1FAC838971FD"/>
                </w:placeholder>
                <w:showingPlcHdr/>
                <w:date w:fullDate="2026-07-31T00:00:00Z">
                  <w:dateFormat w:val="dd.MM.yyyy"/>
                  <w:lid w:val="sl-SI"/>
                  <w:storeMappedDataAs w:val="text"/>
                  <w:calendar w:val="gregorian"/>
                </w:date>
              </w:sdtPr>
              <w:sdtContent>
                <w:r w:rsidR="00C77EC4"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Kliknite za izbiro datuma...</w:t>
                </w:r>
              </w:sdtContent>
            </w:sdt>
          </w:p>
        </w:tc>
      </w:tr>
      <w:tr w:rsidR="005A7B69" w:rsidRPr="00761799" w14:paraId="7BC08A3B" w14:textId="77777777" w:rsidTr="00055934">
        <w:trPr>
          <w:jc w:val="center"/>
        </w:trPr>
        <w:tc>
          <w:tcPr>
            <w:tcW w:w="3580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62AD08" w14:textId="77777777" w:rsidR="005A7B69" w:rsidRPr="00761799" w:rsidRDefault="005A7B69" w:rsidP="005A7B69">
            <w:pPr>
              <w:spacing w:after="0" w:line="240" w:lineRule="auto"/>
              <w:rPr>
                <w:rFonts w:ascii="Calibri" w:hAnsi="Calibri" w:cs="Calibri"/>
                <w:sz w:val="21"/>
                <w:szCs w:val="21"/>
              </w:rPr>
            </w:pPr>
            <w:r w:rsidRPr="00761799">
              <w:rPr>
                <w:rFonts w:ascii="Calibri" w:hAnsi="Calibri" w:cs="Calibri"/>
                <w:b/>
                <w:sz w:val="21"/>
                <w:szCs w:val="21"/>
              </w:rPr>
              <w:t>Predlagatelj (podružnica / sekcija):</w:t>
            </w:r>
          </w:p>
        </w:tc>
        <w:tc>
          <w:tcPr>
            <w:tcW w:w="606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94D51D" w14:textId="0A210DC9" w:rsidR="005A7B69" w:rsidRPr="00761799" w:rsidRDefault="00000000" w:rsidP="005A7B69">
            <w:pPr>
              <w:spacing w:after="0" w:line="240" w:lineRule="auto"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alias w:val="Seznam podružnic/sekcij"/>
                <w:tag w:val="cmbSeznam"/>
                <w:id w:val="-1107267123"/>
                <w:placeholder>
                  <w:docPart w:val="943C8E2186FE483CB3E439BC04ACEE31"/>
                </w:placeholder>
                <w:showingPlcHdr/>
                <w:comboBox>
                  <w:listItem w:displayText="•  Celjska podružnica" w:value="•  Celjska podružnica"/>
                  <w:listItem w:displayText="•  Gorenjska podružnica" w:value="•  Gorenjska podružnica"/>
                  <w:listItem w:displayText="•  Dolenjska podružnica" w:value="•  Dolenjska podružnica"/>
                  <w:listItem w:displayText="•  Ljubljanska podružnica" w:value="•  Ljubljanska podružnica"/>
                  <w:listItem w:displayText="•  Mariborska podružnica" w:value="•  Mariborska podružnica"/>
                  <w:listItem w:displayText="•  Pomurska podružnica" w:value="•  Pomurska podružnica"/>
                  <w:listItem w:displayText="•  Posavska podružnica" w:value="•  Posavska podružnica"/>
                  <w:listItem w:displayText="•  Primorska podružnica" w:value="•  Primorska podružnica"/>
                  <w:listItem w:displayText="•  Zasavska podružnica" w:value="•  Zasavska podružnica"/>
                  <w:listItem w:displayText="•  Sekcija farmacevtskih tehnologov" w:value="•  Sekcija farmacevtskih tehnologov"/>
                  <w:listItem w:displayText="•  Sekcija farmacevtskih znanosti" w:value="•  Sekcija farmacevtskih znanosti"/>
                  <w:listItem w:displayText="•  Sekcija bolnišničnih farmacevtov" w:value="•  Sekcija bolnišničnih farmacevtov"/>
                  <w:listItem w:displayText="•  Sekcija kliničnih farmacevtov" w:value="•  Sekcija kliničnih farmacevtov"/>
                  <w:listItem w:displayText="•  Homeopatska sekcija" w:value="•  Homeopatska sekcija"/>
                  <w:listItem w:displayText="•  Sekcija farmacevtov javnih lekarn" w:value="•  Sekcija farmacevtov javnih lekarn"/>
                  <w:listItem w:displayText="•  Sekcija farmacevtskih tehnikov" w:value="•  Sekcija farmacevtskih tehnikov"/>
                  <w:listItem w:displayText="•  Sekcija seniorjev" w:value="•  Sekcija seniorjev"/>
                  <w:listItem w:displayText="•  Študentska sekcija" w:value="•  Študentska sekcija"/>
                  <w:listItem w:displayText="•  Regulatorna sekcija" w:value="•  Regulatorna sekcija"/>
                  <w:listItem w:displayText="•  Sekcija za farmacevtsko kemijo" w:value="•  Sekcija za farmacevtsko kemijo"/>
                  <w:listItem w:displayText="•  Sekcija za zgodovino farmacije" w:value="•  Sekcija za zgodovino farmacije"/>
                </w:comboBox>
              </w:sdtPr>
              <w:sdtContent>
                <w:r w:rsidR="005A7B69" w:rsidRPr="00983AE7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Izberite predlagatelja iz spustnega seznama...</w:t>
                </w:r>
              </w:sdtContent>
            </w:sdt>
          </w:p>
        </w:tc>
      </w:tr>
      <w:tr w:rsidR="005A7B69" w:rsidRPr="00761799" w14:paraId="50DACAD9" w14:textId="77777777" w:rsidTr="00055934">
        <w:trPr>
          <w:jc w:val="center"/>
        </w:trPr>
        <w:tc>
          <w:tcPr>
            <w:tcW w:w="3580" w:type="dxa"/>
            <w:tcBorders>
              <w:top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32F383" w14:textId="77777777" w:rsidR="005A7B69" w:rsidRPr="00761799" w:rsidRDefault="005A7B69" w:rsidP="005A7B69">
            <w:pPr>
              <w:spacing w:after="0" w:line="240" w:lineRule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761799">
              <w:rPr>
                <w:rFonts w:ascii="Calibri" w:hAnsi="Calibri" w:cs="Calibri"/>
                <w:b/>
                <w:sz w:val="21"/>
                <w:szCs w:val="21"/>
              </w:rPr>
              <w:t>Kontaktna oseba in e-naslov:</w:t>
            </w:r>
          </w:p>
        </w:tc>
        <w:tc>
          <w:tcPr>
            <w:tcW w:w="6064" w:type="dxa"/>
            <w:tcBorders>
              <w:top w:val="single" w:sz="4" w:space="0" w:color="DBE5F1" w:themeColor="accent1" w:themeTint="33"/>
              <w:bottom w:val="single" w:sz="4" w:space="0" w:color="DBE5F1" w:themeColor="accent1" w:themeTint="3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="Calibri" w:hAnsi="Calibri" w:cs="Calibri"/>
                <w:sz w:val="21"/>
                <w:szCs w:val="21"/>
              </w:rPr>
              <w:tag w:val="Kontakt"/>
              <w:id w:val="-856963874"/>
              <w:placeholder>
                <w:docPart w:val="7DF6434998474B0FB10A9FB0BB9951E0"/>
              </w:placeholder>
              <w:showingPlcHdr/>
              <w:text/>
            </w:sdtPr>
            <w:sdtContent>
              <w:p w14:paraId="62B4E5A5" w14:textId="628CE712" w:rsidR="005A7B69" w:rsidRPr="00761799" w:rsidRDefault="005A7B69" w:rsidP="005A7B69">
                <w:pPr>
                  <w:spacing w:after="0" w:line="240" w:lineRule="auto"/>
                  <w:rPr>
                    <w:rFonts w:ascii="Calibri" w:hAnsi="Calibri" w:cs="Calibri"/>
                    <w:sz w:val="21"/>
                    <w:szCs w:val="21"/>
                  </w:rPr>
                </w:pPr>
                <w:r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ime, priimek in e-poštni naslov...</w:t>
                </w:r>
              </w:p>
            </w:sdtContent>
          </w:sdt>
        </w:tc>
      </w:tr>
    </w:tbl>
    <w:p w14:paraId="2483EB54" w14:textId="36A97417" w:rsidR="006E324A" w:rsidRPr="00761799" w:rsidRDefault="00A7615C" w:rsidP="00C10D53">
      <w:pPr>
        <w:pStyle w:val="Naslov3"/>
      </w:pPr>
      <w:r w:rsidRPr="00761799">
        <w:t>PODATKI O KANDIDATU / KANDIDATKI</w:t>
      </w:r>
    </w:p>
    <w:tbl>
      <w:tblPr>
        <w:tblW w:w="0" w:type="auto"/>
        <w:jc w:val="center"/>
        <w:tblBorders>
          <w:top w:val="single" w:sz="4" w:space="0" w:color="DBE5F1" w:themeColor="accent1" w:themeTint="33"/>
          <w:bottom w:val="single" w:sz="4" w:space="0" w:color="DBE5F1" w:themeColor="accent1" w:themeTint="33"/>
          <w:insideH w:val="single" w:sz="4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566"/>
        <w:gridCol w:w="3016"/>
        <w:gridCol w:w="6062"/>
      </w:tblGrid>
      <w:tr w:rsidR="006E324A" w:rsidRPr="00761799" w14:paraId="6568C209" w14:textId="77777777" w:rsidTr="00055934">
        <w:trPr>
          <w:jc w:val="center"/>
        </w:trPr>
        <w:tc>
          <w:tcPr>
            <w:tcW w:w="566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E7AC96" w14:textId="7E28CDA6" w:rsidR="006E324A" w:rsidRPr="00652D46" w:rsidRDefault="006E324A" w:rsidP="00652D46">
            <w:pPr>
              <w:pStyle w:val="Odstavekseznama"/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Calibri" w:hAnsi="Calibri" w:cs="Calibri"/>
                <w:b/>
                <w:color w:val="auto"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D4E3BE" w14:textId="023579FA" w:rsidR="006E324A" w:rsidRPr="00761799" w:rsidRDefault="00A7615C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 w:rsidRPr="00761799">
              <w:rPr>
                <w:rFonts w:ascii="Calibri" w:hAnsi="Calibri" w:cs="Calibri"/>
                <w:b/>
                <w:sz w:val="21"/>
                <w:szCs w:val="21"/>
              </w:rPr>
              <w:t>Ime: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319D35" w14:textId="08017CBD" w:rsidR="006E324A" w:rsidRPr="00761799" w:rsidRDefault="00000000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tag_cand_0"/>
                <w:id w:val="54511969"/>
                <w:placeholder>
                  <w:docPart w:val="9A4773D0748942629EB19F20B8D57678"/>
                </w:placeholder>
                <w:showingPlcHdr/>
                <w:text/>
              </w:sdtPr>
              <w:sdtContent>
                <w:r w:rsidR="00C77EC4"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ime...</w:t>
                </w:r>
              </w:sdtContent>
            </w:sdt>
          </w:p>
        </w:tc>
      </w:tr>
      <w:tr w:rsidR="006E324A" w:rsidRPr="00761799" w14:paraId="29D45E5E" w14:textId="77777777" w:rsidTr="00055934">
        <w:trPr>
          <w:jc w:val="center"/>
        </w:trPr>
        <w:tc>
          <w:tcPr>
            <w:tcW w:w="566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E8AD8E" w14:textId="38567875" w:rsidR="006E324A" w:rsidRPr="00652D46" w:rsidRDefault="006E324A" w:rsidP="00652D46">
            <w:pPr>
              <w:pStyle w:val="Odstavekseznama"/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571C11" w14:textId="77777777" w:rsidR="006E324A" w:rsidRPr="00761799" w:rsidRDefault="00A7615C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 w:rsidRPr="00761799">
              <w:rPr>
                <w:rFonts w:ascii="Calibri" w:hAnsi="Calibri" w:cs="Calibri"/>
                <w:b/>
                <w:sz w:val="21"/>
                <w:szCs w:val="21"/>
              </w:rPr>
              <w:t>Priimek</w:t>
            </w:r>
            <w:r w:rsidRPr="00DC58DB">
              <w:rPr>
                <w:rFonts w:ascii="Calibri" w:hAnsi="Calibri" w:cs="Calibri"/>
                <w:b/>
                <w:sz w:val="16"/>
                <w:szCs w:val="16"/>
              </w:rPr>
              <w:t xml:space="preserve"> (za poročene tudi dekliški)</w:t>
            </w:r>
            <w:r w:rsidRPr="00761799">
              <w:rPr>
                <w:rFonts w:ascii="Calibri" w:hAnsi="Calibri" w:cs="Calibri"/>
                <w:b/>
                <w:sz w:val="21"/>
                <w:szCs w:val="21"/>
              </w:rPr>
              <w:t>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DC9F35" w14:textId="5CA5379F" w:rsidR="006E324A" w:rsidRPr="00761799" w:rsidRDefault="00000000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tag_cand_1"/>
                <w:id w:val="-326442986"/>
                <w:placeholder>
                  <w:docPart w:val="535FC28300394517A98231FF92D1E732"/>
                </w:placeholder>
                <w:showingPlcHdr/>
                <w:text/>
              </w:sdtPr>
              <w:sdtContent>
                <w:r w:rsidR="00C77EC4"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priimek...</w:t>
                </w:r>
              </w:sdtContent>
            </w:sdt>
          </w:p>
        </w:tc>
      </w:tr>
      <w:tr w:rsidR="006E324A" w:rsidRPr="00761799" w14:paraId="5CD0123D" w14:textId="77777777" w:rsidTr="00055934">
        <w:trPr>
          <w:jc w:val="center"/>
        </w:trPr>
        <w:tc>
          <w:tcPr>
            <w:tcW w:w="566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34F2C5" w14:textId="130649D1" w:rsidR="006E324A" w:rsidRPr="00652D46" w:rsidRDefault="006E324A" w:rsidP="00652D46">
            <w:pPr>
              <w:pStyle w:val="Odstavekseznama"/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52595E" w14:textId="77777777" w:rsidR="006E324A" w:rsidRPr="00761799" w:rsidRDefault="00A7615C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 w:rsidRPr="00761799">
              <w:rPr>
                <w:rFonts w:ascii="Calibri" w:hAnsi="Calibri" w:cs="Calibri"/>
                <w:b/>
                <w:sz w:val="21"/>
                <w:szCs w:val="21"/>
              </w:rPr>
              <w:t>Datum in kraj rojstva: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3B30E8" w14:textId="675080FE" w:rsidR="006E324A" w:rsidRPr="00761799" w:rsidRDefault="00000000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id w:val="520589448"/>
                <w:placeholder>
                  <w:docPart w:val="F5B705EFC66D4B64842774AA0A5077D0"/>
                </w:placeholder>
                <w:showingPlcHdr/>
                <w:date>
                  <w:dateFormat w:val="dd.MM.yyyy"/>
                  <w:lid w:val="sl-SI"/>
                  <w:storeMappedDataAs w:val="dateTime"/>
                  <w:calendar w:val="gregorian"/>
                </w:date>
              </w:sdtPr>
              <w:sdtContent>
                <w:r w:rsidR="00C10D53"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Izberite datum...</w:t>
                </w:r>
              </w:sdtContent>
            </w:sdt>
            <w:r w:rsidR="00C10D53" w:rsidRPr="00761799">
              <w:rPr>
                <w:rFonts w:ascii="Calibri" w:hAnsi="Calibri" w:cs="Calibri"/>
                <w:sz w:val="21"/>
                <w:szCs w:val="21"/>
              </w:rPr>
              <w:t xml:space="preserve">,  </w:t>
            </w:r>
            <w:sdt>
              <w:sdtPr>
                <w:rPr>
                  <w:rFonts w:ascii="Calibri" w:hAnsi="Calibri" w:cs="Calibri"/>
                  <w:sz w:val="21"/>
                  <w:szCs w:val="21"/>
                </w:rPr>
                <w:id w:val="-1415163031"/>
                <w:placeholder>
                  <w:docPart w:val="2831DC1C4E4F4E31B7E2C7A55459D0E3"/>
                </w:placeholder>
                <w:showingPlcHdr/>
                <w:text/>
              </w:sdtPr>
              <w:sdtContent>
                <w:r w:rsidR="00C10D53"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kraj rojstva...</w:t>
                </w:r>
              </w:sdtContent>
            </w:sdt>
          </w:p>
        </w:tc>
      </w:tr>
      <w:tr w:rsidR="00084030" w:rsidRPr="00761799" w14:paraId="4575C18B" w14:textId="77777777" w:rsidTr="00055934">
        <w:trPr>
          <w:jc w:val="center"/>
        </w:trPr>
        <w:tc>
          <w:tcPr>
            <w:tcW w:w="566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273EB2" w14:textId="0CA9AEBC" w:rsidR="00084030" w:rsidRPr="00652D46" w:rsidRDefault="00084030" w:rsidP="00084030">
            <w:pPr>
              <w:pStyle w:val="Odstavekseznama"/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9D27B3" w14:textId="7204F72F" w:rsidR="00084030" w:rsidRPr="00761799" w:rsidRDefault="00084030" w:rsidP="00084030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sz w:val="21"/>
                <w:szCs w:val="21"/>
              </w:rPr>
              <w:t>Strokovni nazivi</w:t>
            </w:r>
            <w:r w:rsidRPr="00761799">
              <w:rPr>
                <w:rFonts w:ascii="Calibri" w:hAnsi="Calibri" w:cs="Calibri"/>
                <w:b/>
                <w:sz w:val="21"/>
                <w:szCs w:val="21"/>
              </w:rPr>
              <w:t>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="Calibri" w:hAnsi="Calibri" w:cs="Calibri"/>
                <w:sz w:val="21"/>
                <w:szCs w:val="21"/>
              </w:rPr>
              <w:id w:val="-533653208"/>
              <w:placeholder>
                <w:docPart w:val="76ACBAFB1ABB4755930F07104BB02B80"/>
              </w:placeholder>
              <w:showingPlcHdr/>
            </w:sdtPr>
            <w:sdtContent>
              <w:p w14:paraId="6F08F396" w14:textId="63E94779" w:rsidR="00084030" w:rsidRPr="00761799" w:rsidRDefault="00084030" w:rsidP="00084030">
                <w:pPr>
                  <w:pStyle w:val="Odstavekseznama"/>
                  <w:numPr>
                    <w:ilvl w:val="0"/>
                    <w:numId w:val="14"/>
                  </w:numPr>
                  <w:spacing w:after="0" w:line="240" w:lineRule="auto"/>
                  <w:rPr>
                    <w:rFonts w:ascii="Calibri" w:hAnsi="Calibri" w:cs="Calibri"/>
                    <w:sz w:val="21"/>
                    <w:szCs w:val="21"/>
                  </w:rPr>
                </w:pPr>
                <w:r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nazive. Po pritisku na tipko ENTER se ustvari nova alineja</w:t>
                </w:r>
              </w:p>
            </w:sdtContent>
          </w:sdt>
        </w:tc>
      </w:tr>
      <w:tr w:rsidR="00084030" w:rsidRPr="00761799" w14:paraId="77276184" w14:textId="77777777" w:rsidTr="00055934">
        <w:trPr>
          <w:jc w:val="center"/>
        </w:trPr>
        <w:tc>
          <w:tcPr>
            <w:tcW w:w="566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8FE03F" w14:textId="77777777" w:rsidR="00084030" w:rsidRPr="00652D46" w:rsidRDefault="00084030" w:rsidP="00084030">
            <w:pPr>
              <w:pStyle w:val="Odstavekseznama"/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9AC45B" w14:textId="56F37B8E" w:rsidR="00084030" w:rsidRPr="00761799" w:rsidRDefault="00084030" w:rsidP="00084030">
            <w:pPr>
              <w:spacing w:after="0" w:line="240" w:lineRule="auto"/>
              <w:contextualSpacing/>
              <w:rPr>
                <w:rFonts w:ascii="Calibri" w:hAnsi="Calibri" w:cs="Calibri"/>
                <w:b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sz w:val="21"/>
                <w:szCs w:val="21"/>
              </w:rPr>
              <w:t>Znanstveni nazivi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="Calibri" w:hAnsi="Calibri" w:cs="Calibri"/>
                <w:sz w:val="21"/>
                <w:szCs w:val="21"/>
              </w:rPr>
              <w:id w:val="2122104287"/>
              <w:placeholder>
                <w:docPart w:val="49616EE4DD914F1BB06545158102CCB7"/>
              </w:placeholder>
              <w:showingPlcHdr/>
            </w:sdtPr>
            <w:sdtContent>
              <w:p w14:paraId="4B6B8703" w14:textId="55D7CC4E" w:rsidR="00084030" w:rsidRDefault="00084030" w:rsidP="00084030">
                <w:pPr>
                  <w:pStyle w:val="Odstavekseznama"/>
                  <w:numPr>
                    <w:ilvl w:val="0"/>
                    <w:numId w:val="14"/>
                  </w:numPr>
                  <w:spacing w:after="0" w:line="240" w:lineRule="auto"/>
                  <w:rPr>
                    <w:rFonts w:ascii="Calibri" w:hAnsi="Calibri" w:cs="Calibri"/>
                    <w:sz w:val="21"/>
                    <w:szCs w:val="21"/>
                  </w:rPr>
                </w:pPr>
                <w:r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nazive. Po pritisku na tipko ENTER se ustvari nova alineja</w:t>
                </w:r>
              </w:p>
            </w:sdtContent>
          </w:sdt>
        </w:tc>
      </w:tr>
      <w:tr w:rsidR="006E324A" w:rsidRPr="00761799" w14:paraId="06E6A0F6" w14:textId="77777777" w:rsidTr="00055934">
        <w:trPr>
          <w:jc w:val="center"/>
        </w:trPr>
        <w:tc>
          <w:tcPr>
            <w:tcW w:w="566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B032A4" w14:textId="10D3355E" w:rsidR="006E324A" w:rsidRPr="00652D46" w:rsidRDefault="006E324A" w:rsidP="00652D46">
            <w:pPr>
              <w:pStyle w:val="Odstavekseznama"/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938C67" w14:textId="20D4E856" w:rsidR="006E324A" w:rsidRPr="00761799" w:rsidRDefault="00043226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sz w:val="21"/>
                <w:szCs w:val="21"/>
              </w:rPr>
              <w:t>Podatki o zaposlitvi</w:t>
            </w:r>
            <w:r w:rsidR="00A7615C" w:rsidRPr="00761799">
              <w:rPr>
                <w:rFonts w:ascii="Calibri" w:hAnsi="Calibri" w:cs="Calibri"/>
                <w:b/>
                <w:sz w:val="21"/>
                <w:szCs w:val="21"/>
              </w:rPr>
              <w:t xml:space="preserve"> </w:t>
            </w:r>
            <w:r w:rsidR="00A7615C" w:rsidRPr="005178BB">
              <w:rPr>
                <w:rFonts w:ascii="Calibri" w:hAnsi="Calibri" w:cs="Calibri"/>
                <w:b/>
                <w:sz w:val="16"/>
                <w:szCs w:val="16"/>
              </w:rPr>
              <w:t>(naslov delodajalca)</w:t>
            </w:r>
            <w:r w:rsidR="00A7615C" w:rsidRPr="00761799">
              <w:rPr>
                <w:rFonts w:ascii="Calibri" w:hAnsi="Calibri" w:cs="Calibri"/>
                <w:b/>
                <w:sz w:val="21"/>
                <w:szCs w:val="21"/>
              </w:rPr>
              <w:t>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7E288E" w14:textId="6D54CD9F" w:rsidR="006E324A" w:rsidRPr="00761799" w:rsidRDefault="00000000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tag_cand_8"/>
                <w:id w:val="-179975422"/>
                <w:placeholder>
                  <w:docPart w:val="8D516539D7FB43788E53FAB131A9E1D4"/>
                </w:placeholder>
                <w:showingPlcHdr/>
                <w:text/>
              </w:sdtPr>
              <w:sdtContent>
                <w:r w:rsidR="00C77EC4"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 xml:space="preserve">Vnesite podatke o </w:t>
                </w:r>
                <w:r w:rsidR="00C10D53"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 xml:space="preserve">trenutni </w:t>
                </w:r>
                <w:r w:rsidR="00C77EC4"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zaposlitvi...</w:t>
                </w:r>
              </w:sdtContent>
            </w:sdt>
          </w:p>
        </w:tc>
      </w:tr>
    </w:tbl>
    <w:p w14:paraId="58B9BAE2" w14:textId="1C87CBB8" w:rsidR="006E324A" w:rsidRPr="00761799" w:rsidRDefault="00166D7C" w:rsidP="00C10D53">
      <w:pPr>
        <w:pStyle w:val="Naslov3"/>
      </w:pPr>
      <w:r w:rsidRPr="00761799">
        <w:rPr>
          <w:rFonts w:cstheme="majorHAnsi"/>
          <w:szCs w:val="21"/>
        </w:rPr>
        <w:t xml:space="preserve">DELOVANJE V DRUŠTVU IN </w:t>
      </w:r>
      <w:r w:rsidR="00EB2153" w:rsidRPr="00761799">
        <w:rPr>
          <w:rFonts w:cstheme="majorHAnsi"/>
          <w:szCs w:val="21"/>
        </w:rPr>
        <w:t xml:space="preserve">DRUGIH </w:t>
      </w:r>
      <w:r w:rsidRPr="00761799">
        <w:rPr>
          <w:rFonts w:cstheme="majorHAnsi"/>
          <w:szCs w:val="21"/>
        </w:rPr>
        <w:t>ORGANIZACIJAH</w:t>
      </w:r>
    </w:p>
    <w:tbl>
      <w:tblPr>
        <w:tblW w:w="0" w:type="auto"/>
        <w:jc w:val="center"/>
        <w:tblBorders>
          <w:top w:val="single" w:sz="4" w:space="0" w:color="DBE5F1" w:themeColor="accent1" w:themeTint="33"/>
          <w:bottom w:val="single" w:sz="4" w:space="0" w:color="DBE5F1" w:themeColor="accent1" w:themeTint="33"/>
          <w:insideH w:val="single" w:sz="4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569"/>
        <w:gridCol w:w="3017"/>
        <w:gridCol w:w="6058"/>
      </w:tblGrid>
      <w:tr w:rsidR="00F50ED6" w:rsidRPr="00761799" w14:paraId="72436F7C" w14:textId="77777777" w:rsidTr="00055934">
        <w:trPr>
          <w:trHeight w:val="388"/>
          <w:jc w:val="center"/>
        </w:trPr>
        <w:tc>
          <w:tcPr>
            <w:tcW w:w="569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A17296" w14:textId="12BF08AB" w:rsidR="00F50ED6" w:rsidRPr="00652D46" w:rsidRDefault="00F50ED6" w:rsidP="00652D46">
            <w:pPr>
              <w:pStyle w:val="Odstavekseznama"/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7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B5BDBB" w14:textId="0B1E5E6C" w:rsidR="00F50ED6" w:rsidRPr="00761799" w:rsidRDefault="00F50ED6" w:rsidP="00256976">
            <w:pPr>
              <w:spacing w:after="0" w:line="240" w:lineRule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761799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>Član</w:t>
            </w:r>
            <w:r w:rsidR="00FA3B1F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>stvo v</w:t>
            </w:r>
            <w:r w:rsidRPr="00761799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 xml:space="preserve"> SFD od leta:</w:t>
            </w:r>
          </w:p>
        </w:tc>
        <w:tc>
          <w:tcPr>
            <w:tcW w:w="60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="Calibri" w:hAnsi="Calibri" w:cs="Calibri"/>
                <w:sz w:val="21"/>
                <w:szCs w:val="21"/>
              </w:rPr>
              <w:id w:val="816302828"/>
              <w:placeholder>
                <w:docPart w:val="792312E19D6C4D89BF4DDD3E5802A207"/>
              </w:placeholder>
              <w:showingPlcHdr/>
              <w:text/>
            </w:sdtPr>
            <w:sdtContent>
              <w:p w14:paraId="1F3C9596" w14:textId="3CFC6035" w:rsidR="00F50ED6" w:rsidRPr="00761799" w:rsidRDefault="00F50ED6" w:rsidP="00256976">
                <w:pPr>
                  <w:spacing w:after="0" w:line="240" w:lineRule="auto"/>
                  <w:rPr>
                    <w:rFonts w:ascii="Calibri" w:hAnsi="Calibri" w:cs="Calibri"/>
                    <w:sz w:val="21"/>
                    <w:szCs w:val="21"/>
                  </w:rPr>
                </w:pPr>
                <w:r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leto (npr. 1995)...</w:t>
                </w:r>
              </w:p>
            </w:sdtContent>
          </w:sdt>
        </w:tc>
      </w:tr>
    </w:tbl>
    <w:p w14:paraId="2240A9F4" w14:textId="22028DBD" w:rsidR="00166D7C" w:rsidRPr="00761799" w:rsidRDefault="00166D7C" w:rsidP="00166D7C">
      <w:pPr>
        <w:pStyle w:val="Naslov3"/>
        <w:rPr>
          <w:rFonts w:cstheme="majorHAnsi"/>
          <w:szCs w:val="21"/>
        </w:rPr>
      </w:pPr>
      <w:r w:rsidRPr="00761799">
        <w:rPr>
          <w:rFonts w:cstheme="majorHAnsi"/>
          <w:szCs w:val="21"/>
        </w:rPr>
        <w:t>UTEMELJITEV IN DOSEŽKI</w:t>
      </w:r>
    </w:p>
    <w:tbl>
      <w:tblPr>
        <w:tblW w:w="0" w:type="auto"/>
        <w:jc w:val="center"/>
        <w:tblBorders>
          <w:top w:val="single" w:sz="4" w:space="0" w:color="DBE5F1" w:themeColor="accent1" w:themeTint="33"/>
          <w:bottom w:val="single" w:sz="4" w:space="0" w:color="DBE5F1" w:themeColor="accent1" w:themeTint="33"/>
          <w:insideH w:val="single" w:sz="4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568"/>
        <w:gridCol w:w="3021"/>
        <w:gridCol w:w="6055"/>
      </w:tblGrid>
      <w:tr w:rsidR="00283526" w:rsidRPr="00761799" w14:paraId="1C0B96D0" w14:textId="77777777" w:rsidTr="00055934">
        <w:trPr>
          <w:jc w:val="center"/>
        </w:trPr>
        <w:tc>
          <w:tcPr>
            <w:tcW w:w="568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9603C6" w14:textId="3AC5394F" w:rsidR="00283526" w:rsidRPr="00652D46" w:rsidRDefault="00283526" w:rsidP="001A491A">
            <w:pPr>
              <w:pStyle w:val="Odstavekseznama"/>
              <w:keepNext/>
              <w:keepLines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21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1BB126" w14:textId="77777777" w:rsidR="00283526" w:rsidRPr="00761799" w:rsidRDefault="00283526" w:rsidP="008776AE">
            <w:pPr>
              <w:keepNext/>
              <w:keepLines/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840EB4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Kraj in datum seje </w:t>
            </w:r>
            <w:proofErr w:type="spellStart"/>
            <w:r w:rsidRPr="00840EB4">
              <w:rPr>
                <w:rFonts w:asciiTheme="majorHAnsi" w:hAnsiTheme="majorHAnsi" w:cstheme="majorHAnsi"/>
                <w:b/>
                <w:sz w:val="21"/>
                <w:szCs w:val="21"/>
              </w:rPr>
              <w:t>IO</w:t>
            </w:r>
            <w:proofErr w:type="spellEnd"/>
            <w:r w:rsidRPr="00840EB4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podružnice/sekcije, </w:t>
            </w:r>
            <w:r w:rsidRPr="000E7822">
              <w:rPr>
                <w:rFonts w:asciiTheme="majorHAnsi" w:hAnsiTheme="majorHAnsi" w:cstheme="majorHAnsi"/>
                <w:b/>
                <w:sz w:val="16"/>
                <w:szCs w:val="16"/>
              </w:rPr>
              <w:t>na kateri je bil potrjen predlog za pohvalo:</w:t>
            </w:r>
          </w:p>
        </w:tc>
        <w:tc>
          <w:tcPr>
            <w:tcW w:w="6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67E010" w14:textId="77777777" w:rsidR="00283526" w:rsidRPr="00761799" w:rsidRDefault="00000000" w:rsidP="008776AE">
            <w:pPr>
              <w:keepNext/>
              <w:keepLines/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id w:val="-816343342"/>
                <w:placeholder>
                  <w:docPart w:val="3D7F0B5F596A43819846E3CDDF8C4600"/>
                </w:placeholder>
                <w:showingPlcHdr/>
                <w:text/>
              </w:sdtPr>
              <w:sdtContent>
                <w:r w:rsidR="00283526" w:rsidRPr="00761799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kraj</w:t>
                </w:r>
                <w:r w:rsidR="0028352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seje IO</w:t>
                </w:r>
                <w:r w:rsidR="00283526" w:rsidRPr="00761799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...</w:t>
                </w:r>
              </w:sdtContent>
            </w:sdt>
            <w:r w:rsidR="00283526" w:rsidRPr="00761799">
              <w:rPr>
                <w:rFonts w:asciiTheme="majorHAnsi" w:hAnsiTheme="majorHAnsi" w:cstheme="majorHAnsi"/>
                <w:sz w:val="21"/>
                <w:szCs w:val="21"/>
              </w:rPr>
              <w:t xml:space="preserve">    </w:t>
            </w: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id w:val="1727880817"/>
                <w:placeholder>
                  <w:docPart w:val="956DA5071CAB4DC9B1E0744D5244922D"/>
                </w:placeholder>
                <w:showingPlcHdr/>
                <w:date w:fullDate="2026-01-01T00:00:00Z">
                  <w:dateFormat w:val="dd.MM.yyyy"/>
                  <w:lid w:val="sl-SI"/>
                  <w:storeMappedDataAs w:val="dateTime"/>
                  <w:calendar w:val="gregorian"/>
                </w:date>
              </w:sdtPr>
              <w:sdtContent>
                <w:r w:rsidR="00283526">
                  <w:rPr>
                    <w:rStyle w:val="Besedilooznabemesta"/>
                    <w:i/>
                    <w:color w:val="787878"/>
                  </w:rPr>
                  <w:t>Izberite</w:t>
                </w:r>
                <w:r w:rsidR="00283526" w:rsidRPr="00761799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datum </w:t>
                </w:r>
                <w:r w:rsidR="0028352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seje IO</w:t>
                </w:r>
                <w:r w:rsidR="00283526" w:rsidRPr="00761799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...</w:t>
                </w:r>
              </w:sdtContent>
            </w:sdt>
          </w:p>
        </w:tc>
      </w:tr>
      <w:tr w:rsidR="00283526" w:rsidRPr="00761799" w14:paraId="154A91A6" w14:textId="77777777" w:rsidTr="00055934">
        <w:trPr>
          <w:jc w:val="center"/>
        </w:trPr>
        <w:tc>
          <w:tcPr>
            <w:tcW w:w="568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A56A9B" w14:textId="609619EE" w:rsidR="00283526" w:rsidRPr="00652D46" w:rsidRDefault="00283526" w:rsidP="001A491A">
            <w:pPr>
              <w:pStyle w:val="Odstavekseznama"/>
              <w:keepNext/>
              <w:keepLines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21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F762E5" w14:textId="77777777" w:rsidR="00283526" w:rsidRPr="00761799" w:rsidRDefault="00283526" w:rsidP="008776AE">
            <w:pPr>
              <w:keepNext/>
              <w:keepLines/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C41904">
              <w:rPr>
                <w:rFonts w:asciiTheme="majorHAnsi" w:hAnsiTheme="majorHAnsi" w:cstheme="majorHAnsi"/>
                <w:b/>
                <w:sz w:val="21"/>
                <w:szCs w:val="21"/>
              </w:rPr>
              <w:t>Glavni dosežki v stroki</w:t>
            </w:r>
            <w:r w:rsidRPr="00761799">
              <w:rPr>
                <w:rFonts w:asciiTheme="majorHAnsi" w:hAnsiTheme="majorHAnsi" w:cstheme="majorHAnsi"/>
                <w:b/>
                <w:sz w:val="21"/>
                <w:szCs w:val="21"/>
              </w:rPr>
              <w:t>:</w:t>
            </w:r>
            <w:r w:rsidRPr="00761799"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r w:rsidRPr="00761799">
              <w:rPr>
                <w:rFonts w:asciiTheme="majorHAnsi" w:hAnsiTheme="majorHAnsi" w:cstheme="majorHAnsi"/>
                <w:b/>
                <w:sz w:val="16"/>
                <w:szCs w:val="16"/>
              </w:rPr>
              <w:t>(našteti po alinejah)</w:t>
            </w:r>
          </w:p>
        </w:tc>
        <w:sdt>
          <w:sdtPr>
            <w:id w:val="1995145189"/>
            <w:placeholder>
              <w:docPart w:val="6CDBA385C8BA467F907BF5178DCBCD18"/>
            </w:placeholder>
            <w:showingPlcHdr/>
          </w:sdtPr>
          <w:sdtContent>
            <w:tc>
              <w:tcPr>
                <w:tcW w:w="6055" w:type="dxa"/>
                <w:tcMar>
                  <w:top w:w="100" w:type="dxa"/>
                  <w:left w:w="150" w:type="dxa"/>
                  <w:bottom w:w="100" w:type="dxa"/>
                  <w:right w:w="150" w:type="dxa"/>
                </w:tcMar>
              </w:tcPr>
              <w:p w14:paraId="5C99D9EF" w14:textId="77777777" w:rsidR="00283526" w:rsidRPr="00761799" w:rsidRDefault="00283526" w:rsidP="008776AE">
                <w:pPr>
                  <w:pStyle w:val="Odstavekseznama"/>
                  <w:keepNext/>
                  <w:keepLines/>
                  <w:numPr>
                    <w:ilvl w:val="0"/>
                    <w:numId w:val="11"/>
                  </w:numPr>
                  <w:spacing w:after="0" w:line="240" w:lineRule="auto"/>
                  <w:rPr>
                    <w:rFonts w:asciiTheme="majorHAnsi" w:hAnsiTheme="majorHAnsi" w:cstheme="majorHAnsi"/>
                    <w:szCs w:val="21"/>
                  </w:rPr>
                </w:pPr>
                <w:r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Navedite g</w:t>
                </w:r>
                <w:r w:rsidRPr="001D5B08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lavn</w:t>
                </w:r>
                <w:r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e</w:t>
                </w:r>
                <w:r w:rsidRPr="001D5B08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dosežk</w:t>
                </w:r>
                <w:r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e</w:t>
                </w:r>
                <w:r w:rsidRPr="001D5B08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v stroki, zaradi katerih si kandidat zasluži pohvalo svoje podružnice / sekcije  </w:t>
                </w:r>
                <w:r w:rsidRPr="00761799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Po pritisku na tipko ENTER se ustvari nova alineja</w:t>
                </w:r>
              </w:p>
            </w:tc>
          </w:sdtContent>
        </w:sdt>
      </w:tr>
      <w:tr w:rsidR="00283526" w:rsidRPr="00761799" w14:paraId="7D9B825D" w14:textId="77777777" w:rsidTr="00F20530">
        <w:trPr>
          <w:trHeight w:val="1134"/>
          <w:jc w:val="center"/>
        </w:trPr>
        <w:tc>
          <w:tcPr>
            <w:tcW w:w="568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BB0C94" w14:textId="451B7A40" w:rsidR="00283526" w:rsidRPr="00652D46" w:rsidRDefault="00283526" w:rsidP="001A491A">
            <w:pPr>
              <w:pStyle w:val="Odstavekseznama"/>
              <w:keepNext/>
              <w:keepLines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21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DE85EB" w14:textId="513F510B" w:rsidR="00283526" w:rsidRPr="00840EB4" w:rsidRDefault="00283526" w:rsidP="008776AE">
            <w:pPr>
              <w:keepNext/>
              <w:keepLines/>
              <w:spacing w:after="0" w:line="240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sz w:val="21"/>
                <w:szCs w:val="21"/>
              </w:rPr>
              <w:t>B</w:t>
            </w:r>
            <w:r>
              <w:rPr>
                <w:b/>
              </w:rPr>
              <w:t>esedilo pohvale</w:t>
            </w:r>
          </w:p>
        </w:tc>
        <w:tc>
          <w:tcPr>
            <w:tcW w:w="6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C487D3" w14:textId="36B133DD" w:rsidR="00283526" w:rsidRPr="00761799" w:rsidRDefault="00000000" w:rsidP="008776AE">
            <w:pPr>
              <w:keepNext/>
              <w:keepLines/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tag_cand_8"/>
                <w:id w:val="-1676950838"/>
                <w:placeholder>
                  <w:docPart w:val="516C381169294FFCA8B3A1AE56378B15"/>
                </w:placeholder>
                <w:showingPlcHdr/>
                <w:text/>
              </w:sdtPr>
              <w:sdtContent>
                <w:r w:rsidR="0047174B"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 xml:space="preserve">Vnesite </w:t>
                </w:r>
                <w:r w:rsidR="0047174B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besedilo pohvale</w:t>
                </w:r>
                <w:r w:rsidR="0047174B" w:rsidRPr="00761799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...</w:t>
                </w:r>
              </w:sdtContent>
            </w:sdt>
          </w:p>
        </w:tc>
      </w:tr>
      <w:tr w:rsidR="000C5E8C" w:rsidRPr="00761799" w14:paraId="590333EA" w14:textId="77777777" w:rsidTr="00055934">
        <w:trPr>
          <w:jc w:val="center"/>
        </w:trPr>
        <w:tc>
          <w:tcPr>
            <w:tcW w:w="568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80122D" w14:textId="176AB3D2" w:rsidR="000C5E8C" w:rsidRPr="00652D46" w:rsidRDefault="000C5E8C" w:rsidP="001A491A">
            <w:pPr>
              <w:pStyle w:val="Odstavekseznama"/>
              <w:keepNext/>
              <w:keepLines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21" w:type="dxa"/>
            <w:shd w:val="clear" w:color="auto" w:fill="E5DFEC" w:themeFill="accent4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4635D0" w14:textId="306F08E1" w:rsidR="000C5E8C" w:rsidRPr="0059265F" w:rsidRDefault="00840EB4" w:rsidP="008776AE">
            <w:pPr>
              <w:keepNext/>
              <w:keepLines/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59265F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Kraj in datum </w:t>
            </w:r>
            <w:r w:rsidR="0047174B" w:rsidRPr="0059265F">
              <w:rPr>
                <w:rFonts w:asciiTheme="majorHAnsi" w:hAnsiTheme="majorHAnsi" w:cstheme="majorHAnsi"/>
                <w:b/>
                <w:sz w:val="21"/>
                <w:szCs w:val="21"/>
              </w:rPr>
              <w:t>podelitve</w:t>
            </w:r>
            <w:r w:rsidR="0059265F" w:rsidRPr="0059265F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pohvale</w:t>
            </w:r>
          </w:p>
        </w:tc>
        <w:tc>
          <w:tcPr>
            <w:tcW w:w="605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8B7B3A" w14:textId="423F45F1" w:rsidR="000C5E8C" w:rsidRPr="00761799" w:rsidRDefault="00000000" w:rsidP="008776AE">
            <w:pPr>
              <w:keepNext/>
              <w:keepLines/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id w:val="-9068505"/>
                <w:placeholder>
                  <w:docPart w:val="DE43BED12BCB497195812955A5C8BDEC"/>
                </w:placeholder>
                <w:showingPlcHdr/>
                <w:text/>
              </w:sdtPr>
              <w:sdtContent>
                <w:r w:rsidR="000C5E8C" w:rsidRPr="00761799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kraj</w:t>
                </w:r>
                <w:r w:rsidR="009A7FA1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</w:t>
                </w:r>
                <w:r w:rsidR="0059265F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podelitve</w:t>
                </w:r>
                <w:r w:rsidR="000C5E8C" w:rsidRPr="00761799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...</w:t>
                </w:r>
              </w:sdtContent>
            </w:sdt>
            <w:r w:rsidR="000C5E8C" w:rsidRPr="00761799">
              <w:rPr>
                <w:rFonts w:asciiTheme="majorHAnsi" w:hAnsiTheme="majorHAnsi" w:cstheme="majorHAnsi"/>
                <w:sz w:val="21"/>
                <w:szCs w:val="21"/>
              </w:rPr>
              <w:t xml:space="preserve">    </w:t>
            </w: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id w:val="1958909714"/>
                <w:placeholder>
                  <w:docPart w:val="57A95FD630F04516894427C1A0DE6754"/>
                </w:placeholder>
                <w:showingPlcHdr/>
                <w:date w:fullDate="2026-01-01T00:00:00Z">
                  <w:dateFormat w:val="dd.MM.yyyy"/>
                  <w:lid w:val="sl-SI"/>
                  <w:storeMappedDataAs w:val="dateTime"/>
                  <w:calendar w:val="gregorian"/>
                </w:date>
              </w:sdtPr>
              <w:sdtContent>
                <w:r w:rsidR="009A7FA1">
                  <w:rPr>
                    <w:rStyle w:val="Besedilooznabemesta"/>
                    <w:i/>
                    <w:color w:val="787878"/>
                  </w:rPr>
                  <w:t>Izberite</w:t>
                </w:r>
                <w:r w:rsidR="000C5E8C" w:rsidRPr="00761799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datum </w:t>
                </w:r>
                <w:r w:rsidR="0059265F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podelitve</w:t>
                </w:r>
                <w:r w:rsidR="000C5E8C" w:rsidRPr="00761799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...</w:t>
                </w:r>
              </w:sdtContent>
            </w:sdt>
          </w:p>
        </w:tc>
      </w:tr>
    </w:tbl>
    <w:p w14:paraId="235B5B79" w14:textId="77777777" w:rsidR="00D95C68" w:rsidRPr="0059265F" w:rsidRDefault="00D95C68" w:rsidP="000C5E8C">
      <w:pPr>
        <w:spacing w:after="0" w:line="240" w:lineRule="auto"/>
        <w:rPr>
          <w:rFonts w:asciiTheme="majorHAnsi" w:hAnsiTheme="majorHAnsi" w:cstheme="majorHAnsi"/>
          <w:b/>
          <w:sz w:val="21"/>
          <w:szCs w:val="21"/>
        </w:rPr>
      </w:pPr>
    </w:p>
    <w:p w14:paraId="7D8FEC1C" w14:textId="2407507D" w:rsidR="006E324A" w:rsidRPr="00761799" w:rsidRDefault="00A7615C" w:rsidP="00C10D53">
      <w:pPr>
        <w:pStyle w:val="Naslov3"/>
      </w:pPr>
      <w:r w:rsidRPr="00761799">
        <w:lastRenderedPageBreak/>
        <w:t>IZJAVA IN PODPIS</w:t>
      </w:r>
    </w:p>
    <w:p w14:paraId="1561E1CA" w14:textId="77777777" w:rsidR="006E324A" w:rsidRPr="00761799" w:rsidRDefault="00A7615C">
      <w:pPr>
        <w:spacing w:before="80" w:after="240"/>
        <w:rPr>
          <w:rFonts w:asciiTheme="majorHAnsi" w:hAnsiTheme="majorHAnsi" w:cstheme="majorHAnsi"/>
          <w:sz w:val="21"/>
          <w:szCs w:val="21"/>
        </w:rPr>
      </w:pPr>
      <w:r w:rsidRPr="00761799">
        <w:rPr>
          <w:rFonts w:asciiTheme="majorHAnsi" w:hAnsiTheme="majorHAnsi" w:cstheme="majorHAnsi"/>
          <w:i/>
          <w:sz w:val="21"/>
          <w:szCs w:val="21"/>
        </w:rPr>
        <w:t>S podpisom predlagatelj jamči za resničnost podatkov, vključenih v predlog, in zagotavlja, da je pri izboru upošteval Kodeks farmacevtske etike članov SFD.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61"/>
        <w:gridCol w:w="4883"/>
      </w:tblGrid>
      <w:tr w:rsidR="006E324A" w:rsidRPr="00761799" w14:paraId="00A3AB4E" w14:textId="77777777">
        <w:trPr>
          <w:jc w:val="center"/>
        </w:trPr>
        <w:tc>
          <w:tcPr>
            <w:tcW w:w="4896" w:type="dxa"/>
          </w:tcPr>
          <w:p w14:paraId="671FC059" w14:textId="558100B6" w:rsidR="006E324A" w:rsidRPr="00761799" w:rsidRDefault="00A7615C">
            <w:pPr>
              <w:rPr>
                <w:rFonts w:asciiTheme="majorHAnsi" w:hAnsiTheme="majorHAnsi" w:cstheme="majorHAnsi"/>
                <w:sz w:val="21"/>
                <w:szCs w:val="21"/>
              </w:rPr>
            </w:pPr>
            <w:r w:rsidRPr="00761799">
              <w:rPr>
                <w:rFonts w:asciiTheme="majorHAnsi" w:hAnsiTheme="majorHAnsi" w:cstheme="majorHAnsi"/>
                <w:b/>
                <w:sz w:val="21"/>
                <w:szCs w:val="21"/>
              </w:rPr>
              <w:t>Kraj in datum:</w:t>
            </w:r>
            <w:r w:rsidRPr="00761799"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id w:val="-374314148"/>
                <w:placeholder>
                  <w:docPart w:val="A70D7B34AA6346CFAFDBF04BB19E04D7"/>
                </w:placeholder>
                <w:showingPlcHdr/>
              </w:sdtPr>
              <w:sdtContent>
                <w:r w:rsidR="000C5E8C" w:rsidRPr="00761799">
                  <w:rPr>
                    <w:rStyle w:val="Besedilooznabemesta"/>
                    <w:rFonts w:asciiTheme="majorHAnsi" w:hAnsiTheme="majorHAnsi" w:cstheme="majorHAnsi"/>
                    <w:i/>
                    <w:iCs/>
                    <w:sz w:val="21"/>
                    <w:szCs w:val="21"/>
                  </w:rPr>
                  <w:t>Vpišite kraj</w:t>
                </w:r>
              </w:sdtContent>
            </w:sdt>
            <w:r w:rsidR="000C5E8C" w:rsidRPr="00761799">
              <w:rPr>
                <w:rFonts w:asciiTheme="majorHAnsi" w:hAnsiTheme="majorHAnsi" w:cstheme="majorHAnsi"/>
                <w:sz w:val="21"/>
                <w:szCs w:val="21"/>
              </w:rPr>
              <w:t xml:space="preserve">, </w:t>
            </w: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id w:val="1522360232"/>
                <w:placeholder>
                  <w:docPart w:val="CD14C279255F4A278F46BE0B734EA039"/>
                </w:placeholder>
                <w:showingPlcHdr/>
                <w:date w:fullDate="2026-01-01T00:00:00Z">
                  <w:dateFormat w:val="dd.MM.yyyy"/>
                  <w:lid w:val="sl-SI"/>
                  <w:storeMappedDataAs w:val="dateTime"/>
                  <w:calendar w:val="gregorian"/>
                </w:date>
              </w:sdtPr>
              <w:sdtContent>
                <w:r w:rsidR="000C5E8C" w:rsidRPr="00761799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Izberite datum...</w:t>
                </w:r>
              </w:sdtContent>
            </w:sdt>
          </w:p>
        </w:tc>
        <w:tc>
          <w:tcPr>
            <w:tcW w:w="4896" w:type="dxa"/>
          </w:tcPr>
          <w:p w14:paraId="4822F87D" w14:textId="267AB327" w:rsidR="006E324A" w:rsidRPr="00761799" w:rsidRDefault="00A7615C">
            <w:pPr>
              <w:rPr>
                <w:rFonts w:asciiTheme="majorHAnsi" w:hAnsiTheme="majorHAnsi" w:cstheme="majorHAnsi"/>
                <w:sz w:val="21"/>
                <w:szCs w:val="21"/>
              </w:rPr>
            </w:pPr>
            <w:r w:rsidRPr="00761799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>Žig in podpis predsednika/</w:t>
            </w:r>
            <w:proofErr w:type="spellStart"/>
            <w:r w:rsidRPr="00761799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>ce</w:t>
            </w:r>
            <w:proofErr w:type="spellEnd"/>
            <w:r w:rsidRPr="00761799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 xml:space="preserve"> podružnice/sekcije:</w:t>
            </w:r>
            <w:r w:rsidRPr="00761799">
              <w:rPr>
                <w:rFonts w:asciiTheme="majorHAnsi" w:hAnsiTheme="majorHAnsi" w:cstheme="majorHAnsi"/>
                <w:sz w:val="21"/>
                <w:szCs w:val="21"/>
              </w:rPr>
              <w:br/>
            </w:r>
            <w:sdt>
              <w:sdtPr>
                <w:rPr>
                  <w:rFonts w:cs="Calibri"/>
                  <w:szCs w:val="21"/>
                </w:rPr>
                <w:tag w:val="tag_cand_8"/>
                <w:id w:val="-615065761"/>
                <w:placeholder>
                  <w:docPart w:val="59A5BC593CB74F298266272EDCB30769"/>
                </w:placeholder>
                <w:showingPlcHdr/>
                <w:text/>
              </w:sdtPr>
              <w:sdtContent>
                <w:r w:rsidR="00A71D40"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 xml:space="preserve">Vnesite </w:t>
                </w:r>
                <w:r w:rsidR="00A71D40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i</w:t>
                </w:r>
                <w:r w:rsidR="00A71D40">
                  <w:rPr>
                    <w:rStyle w:val="Besedilooznabemesta"/>
                    <w:i/>
                    <w:color w:val="787878"/>
                    <w:szCs w:val="21"/>
                  </w:rPr>
                  <w:t>me in priimek</w:t>
                </w:r>
                <w:r w:rsidR="00A71D40"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...</w:t>
                </w:r>
              </w:sdtContent>
            </w:sdt>
            <w:r w:rsidRPr="00761799">
              <w:rPr>
                <w:rFonts w:asciiTheme="majorHAnsi" w:hAnsiTheme="majorHAnsi" w:cstheme="majorHAnsi"/>
                <w:sz w:val="21"/>
                <w:szCs w:val="21"/>
              </w:rPr>
              <w:br/>
            </w:r>
            <w:r w:rsidRPr="00761799">
              <w:rPr>
                <w:rFonts w:asciiTheme="majorHAnsi" w:hAnsiTheme="majorHAnsi" w:cstheme="majorHAnsi"/>
                <w:sz w:val="21"/>
                <w:szCs w:val="21"/>
              </w:rPr>
              <w:br/>
              <w:t>_________________________________________</w:t>
            </w:r>
          </w:p>
        </w:tc>
      </w:tr>
    </w:tbl>
    <w:p w14:paraId="6DA3C323" w14:textId="77777777" w:rsidR="00907E4F" w:rsidRPr="00F51ECD" w:rsidRDefault="00907E4F">
      <w:pPr>
        <w:rPr>
          <w:rFonts w:ascii="Calibri" w:hAnsi="Calibri" w:cs="Calibri"/>
        </w:rPr>
      </w:pPr>
    </w:p>
    <w:sectPr w:rsidR="00907E4F" w:rsidRPr="00F51ECD" w:rsidSect="00C013B9">
      <w:headerReference w:type="default" r:id="rId8"/>
      <w:footerReference w:type="default" r:id="rId9"/>
      <w:endnotePr>
        <w:numFmt w:val="decimal"/>
      </w:endnotePr>
      <w:pgSz w:w="12240" w:h="15840"/>
      <w:pgMar w:top="1151" w:right="1298" w:bottom="1151" w:left="12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012B8" w14:textId="77777777" w:rsidR="00A64116" w:rsidRPr="00761799" w:rsidRDefault="00A64116" w:rsidP="002C3247">
      <w:pPr>
        <w:spacing w:after="0" w:line="240" w:lineRule="auto"/>
      </w:pPr>
      <w:r w:rsidRPr="00761799">
        <w:separator/>
      </w:r>
    </w:p>
  </w:endnote>
  <w:endnote w:type="continuationSeparator" w:id="0">
    <w:p w14:paraId="6316AB76" w14:textId="77777777" w:rsidR="00A64116" w:rsidRPr="00761799" w:rsidRDefault="00A64116" w:rsidP="002C3247">
      <w:pPr>
        <w:spacing w:after="0" w:line="240" w:lineRule="auto"/>
      </w:pPr>
      <w:r w:rsidRPr="00761799">
        <w:continuationSeparator/>
      </w:r>
    </w:p>
  </w:endnote>
  <w:endnote w:id="1">
    <w:p w14:paraId="3F8BCFAB" w14:textId="77777777" w:rsidR="009C6108" w:rsidRPr="007C5A58" w:rsidRDefault="009C6108" w:rsidP="009C6108">
      <w:pPr>
        <w:pStyle w:val="Navadensplet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>
        <w:rPr>
          <w:rStyle w:val="Konnaopomba-sklic"/>
        </w:rPr>
        <w:endnoteRef/>
      </w:r>
      <w:r>
        <w:t xml:space="preserve"> </w:t>
      </w:r>
      <w:r w:rsidRPr="007C5A58">
        <w:rPr>
          <w:rFonts w:ascii="Calibri" w:hAnsi="Calibri" w:cs="Calibri"/>
          <w:sz w:val="18"/>
          <w:szCs w:val="18"/>
        </w:rPr>
        <w:t>Pohvala se lahko podeli članom SFD:</w:t>
      </w:r>
    </w:p>
    <w:p w14:paraId="71AAB86C" w14:textId="77777777" w:rsidR="009C6108" w:rsidRPr="007C5A58" w:rsidRDefault="009C6108" w:rsidP="009C6108">
      <w:pPr>
        <w:numPr>
          <w:ilvl w:val="0"/>
          <w:numId w:val="16"/>
        </w:numPr>
        <w:spacing w:after="0" w:line="240" w:lineRule="auto"/>
        <w:rPr>
          <w:rFonts w:ascii="Calibri" w:hAnsi="Calibri" w:cs="Calibri"/>
          <w:sz w:val="18"/>
          <w:szCs w:val="18"/>
        </w:rPr>
      </w:pPr>
      <w:r w:rsidRPr="007C5A58">
        <w:rPr>
          <w:rFonts w:ascii="Calibri" w:hAnsi="Calibri" w:cs="Calibri"/>
          <w:sz w:val="18"/>
          <w:szCs w:val="18"/>
        </w:rPr>
        <w:t>za uspešno delo pri izvedbi delovnega plana društva, podružnice/sekcije,</w:t>
      </w:r>
    </w:p>
    <w:p w14:paraId="3D71F741" w14:textId="77777777" w:rsidR="009C6108" w:rsidRPr="007C5A58" w:rsidRDefault="009C6108" w:rsidP="009C6108">
      <w:pPr>
        <w:numPr>
          <w:ilvl w:val="0"/>
          <w:numId w:val="16"/>
        </w:numPr>
        <w:spacing w:after="0" w:line="240" w:lineRule="auto"/>
        <w:rPr>
          <w:rFonts w:ascii="Calibri" w:hAnsi="Calibri" w:cs="Calibri"/>
          <w:sz w:val="18"/>
          <w:szCs w:val="18"/>
        </w:rPr>
      </w:pPr>
      <w:r w:rsidRPr="007C5A58">
        <w:rPr>
          <w:rFonts w:ascii="Calibri" w:hAnsi="Calibri" w:cs="Calibri"/>
          <w:sz w:val="18"/>
          <w:szCs w:val="18"/>
        </w:rPr>
        <w:t>za odmeven dosežek na področju znanosti ali stroke,</w:t>
      </w:r>
    </w:p>
    <w:p w14:paraId="5827415E" w14:textId="77777777" w:rsidR="009C6108" w:rsidRPr="007C5A58" w:rsidRDefault="009C6108" w:rsidP="009C6108">
      <w:pPr>
        <w:numPr>
          <w:ilvl w:val="0"/>
          <w:numId w:val="16"/>
        </w:numPr>
        <w:spacing w:after="0" w:line="240" w:lineRule="auto"/>
        <w:rPr>
          <w:rFonts w:ascii="Calibri" w:hAnsi="Calibri" w:cs="Calibri"/>
          <w:sz w:val="18"/>
          <w:szCs w:val="18"/>
        </w:rPr>
      </w:pPr>
      <w:r w:rsidRPr="007C5A58">
        <w:rPr>
          <w:rFonts w:ascii="Calibri" w:hAnsi="Calibri" w:cs="Calibri"/>
          <w:sz w:val="18"/>
          <w:szCs w:val="18"/>
        </w:rPr>
        <w:t>za uveljavljanje farmacevtske stroke v lokalnem okolju ali širše.</w:t>
      </w:r>
    </w:p>
    <w:p w14:paraId="3C9C632F" w14:textId="75039B4C" w:rsidR="009C6108" w:rsidRDefault="009C6108">
      <w:pPr>
        <w:pStyle w:val="Konnaopomba-besedil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BB41" w14:textId="732C4A3C" w:rsidR="00824CBB" w:rsidRPr="000345C4" w:rsidRDefault="00824CBB" w:rsidP="00824CBB">
    <w:pPr>
      <w:pStyle w:val="Noga"/>
      <w:jc w:val="center"/>
      <w:rPr>
        <w:rFonts w:cs="Calibri"/>
        <w:sz w:val="20"/>
        <w:szCs w:val="20"/>
      </w:rPr>
    </w:pPr>
    <w:r w:rsidRPr="000345C4">
      <w:rPr>
        <w:rFonts w:cs="Calibri"/>
        <w:sz w:val="20"/>
        <w:szCs w:val="20"/>
      </w:rPr>
      <w:t xml:space="preserve">Stran </w:t>
    </w:r>
    <w:r w:rsidRPr="000345C4">
      <w:rPr>
        <w:rFonts w:cs="Calibri"/>
        <w:b/>
        <w:bCs/>
        <w:sz w:val="20"/>
        <w:szCs w:val="20"/>
      </w:rPr>
      <w:fldChar w:fldCharType="begin"/>
    </w:r>
    <w:r w:rsidRPr="000345C4">
      <w:rPr>
        <w:rFonts w:cs="Calibri"/>
        <w:b/>
        <w:bCs/>
        <w:sz w:val="20"/>
        <w:szCs w:val="20"/>
      </w:rPr>
      <w:instrText>PAGE</w:instrText>
    </w:r>
    <w:r w:rsidRPr="000345C4">
      <w:rPr>
        <w:rFonts w:cs="Calibri"/>
        <w:b/>
        <w:bCs/>
        <w:sz w:val="20"/>
        <w:szCs w:val="20"/>
      </w:rPr>
      <w:fldChar w:fldCharType="separate"/>
    </w:r>
    <w:r>
      <w:rPr>
        <w:rFonts w:cs="Calibri"/>
        <w:b/>
        <w:bCs/>
        <w:sz w:val="20"/>
        <w:szCs w:val="20"/>
      </w:rPr>
      <w:t>1</w:t>
    </w:r>
    <w:r w:rsidRPr="000345C4">
      <w:rPr>
        <w:rFonts w:cs="Calibri"/>
        <w:b/>
        <w:bCs/>
        <w:sz w:val="20"/>
        <w:szCs w:val="20"/>
      </w:rPr>
      <w:fldChar w:fldCharType="end"/>
    </w:r>
    <w:r w:rsidRPr="000345C4">
      <w:rPr>
        <w:rFonts w:cs="Calibri"/>
        <w:sz w:val="20"/>
        <w:szCs w:val="20"/>
      </w:rPr>
      <w:t xml:space="preserve"> od </w:t>
    </w:r>
    <w:r w:rsidRPr="000345C4">
      <w:rPr>
        <w:rFonts w:cs="Calibri"/>
        <w:b/>
        <w:bCs/>
        <w:sz w:val="20"/>
        <w:szCs w:val="20"/>
      </w:rPr>
      <w:fldChar w:fldCharType="begin"/>
    </w:r>
    <w:r w:rsidRPr="000345C4">
      <w:rPr>
        <w:rFonts w:cs="Calibri"/>
        <w:b/>
        <w:bCs/>
        <w:sz w:val="20"/>
        <w:szCs w:val="20"/>
      </w:rPr>
      <w:instrText>NUMPAGES</w:instrText>
    </w:r>
    <w:r w:rsidRPr="000345C4">
      <w:rPr>
        <w:rFonts w:cs="Calibri"/>
        <w:b/>
        <w:bCs/>
        <w:sz w:val="20"/>
        <w:szCs w:val="20"/>
      </w:rPr>
      <w:fldChar w:fldCharType="separate"/>
    </w:r>
    <w:r>
      <w:rPr>
        <w:rFonts w:cs="Calibri"/>
        <w:b/>
        <w:bCs/>
        <w:sz w:val="20"/>
        <w:szCs w:val="20"/>
      </w:rPr>
      <w:t>2</w:t>
    </w:r>
    <w:r w:rsidRPr="000345C4">
      <w:rPr>
        <w:rFonts w:cs="Calibri"/>
        <w:b/>
        <w:bCs/>
        <w:sz w:val="20"/>
        <w:szCs w:val="20"/>
      </w:rPr>
      <w:fldChar w:fldCharType="end"/>
    </w:r>
  </w:p>
  <w:p w14:paraId="3C3F5539" w14:textId="4D5C90D0" w:rsidR="00824CBB" w:rsidRDefault="00824CBB" w:rsidP="00824CB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EF9F2" w14:textId="77777777" w:rsidR="00A64116" w:rsidRPr="00761799" w:rsidRDefault="00A64116" w:rsidP="002C3247">
      <w:pPr>
        <w:spacing w:after="0" w:line="240" w:lineRule="auto"/>
      </w:pPr>
      <w:r w:rsidRPr="00761799">
        <w:separator/>
      </w:r>
    </w:p>
  </w:footnote>
  <w:footnote w:type="continuationSeparator" w:id="0">
    <w:p w14:paraId="654D8FBF" w14:textId="77777777" w:rsidR="00A64116" w:rsidRPr="00761799" w:rsidRDefault="00A64116" w:rsidP="002C3247">
      <w:pPr>
        <w:spacing w:after="0" w:line="240" w:lineRule="auto"/>
      </w:pPr>
      <w:r w:rsidRPr="007617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DC0F8" w14:textId="383F0AED" w:rsidR="002C3247" w:rsidRPr="00761799" w:rsidRDefault="0068524B" w:rsidP="004D582B">
    <w:pPr>
      <w:pStyle w:val="Glava"/>
      <w:jc w:val="right"/>
      <w:rPr>
        <w:rFonts w:ascii="Calibri" w:hAnsi="Calibri" w:cs="Calibri"/>
        <w:sz w:val="18"/>
        <w:szCs w:val="18"/>
      </w:rPr>
    </w:pPr>
    <w:proofErr w:type="spellStart"/>
    <w:r w:rsidRPr="007C5A58">
      <w:rPr>
        <w:rFonts w:ascii="Calibri" w:hAnsi="Calibri" w:cs="Calibri"/>
        <w:sz w:val="18"/>
        <w:szCs w:val="18"/>
      </w:rPr>
      <w:t>Obr</w:t>
    </w:r>
    <w:proofErr w:type="spellEnd"/>
    <w:r w:rsidRPr="007C5A58">
      <w:rPr>
        <w:rFonts w:ascii="Calibri" w:hAnsi="Calibri" w:cs="Calibri"/>
        <w:sz w:val="18"/>
        <w:szCs w:val="18"/>
      </w:rPr>
      <w:t>. POHVALA-</w:t>
    </w:r>
    <w:r w:rsidR="002C3247" w:rsidRPr="00761799">
      <w:rPr>
        <w:rFonts w:ascii="Calibri" w:hAnsi="Calibri" w:cs="Calibri"/>
        <w:sz w:val="18"/>
        <w:szCs w:val="18"/>
      </w:rPr>
      <w:t>2027</w:t>
    </w:r>
  </w:p>
  <w:p w14:paraId="4B2E41BF" w14:textId="77777777" w:rsidR="002C3247" w:rsidRPr="00761799" w:rsidRDefault="002C324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26374"/>
    <w:multiLevelType w:val="hybridMultilevel"/>
    <w:tmpl w:val="C16CD69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86407B"/>
    <w:multiLevelType w:val="hybridMultilevel"/>
    <w:tmpl w:val="D68A18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23B18"/>
    <w:multiLevelType w:val="hybridMultilevel"/>
    <w:tmpl w:val="71DA482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7A4BBE"/>
    <w:multiLevelType w:val="hybridMultilevel"/>
    <w:tmpl w:val="F070BE6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A1D00"/>
    <w:multiLevelType w:val="hybridMultilevel"/>
    <w:tmpl w:val="0E46D7E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B136993"/>
    <w:multiLevelType w:val="multilevel"/>
    <w:tmpl w:val="D708C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3E763D"/>
    <w:multiLevelType w:val="hybridMultilevel"/>
    <w:tmpl w:val="AAC25E0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D77EAA"/>
    <w:multiLevelType w:val="hybridMultilevel"/>
    <w:tmpl w:val="68B446AC"/>
    <w:lvl w:ilvl="0" w:tplc="805245CE">
      <w:start w:val="1"/>
      <w:numFmt w:val="upperRoman"/>
      <w:pStyle w:val="Naslov3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186981"/>
    <w:multiLevelType w:val="hybridMultilevel"/>
    <w:tmpl w:val="9B9E850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4F39A5"/>
    <w:multiLevelType w:val="hybridMultilevel"/>
    <w:tmpl w:val="6BA631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088894">
    <w:abstractNumId w:val="8"/>
  </w:num>
  <w:num w:numId="2" w16cid:durableId="2115519778">
    <w:abstractNumId w:val="6"/>
  </w:num>
  <w:num w:numId="3" w16cid:durableId="484467423">
    <w:abstractNumId w:val="5"/>
  </w:num>
  <w:num w:numId="4" w16cid:durableId="291637399">
    <w:abstractNumId w:val="4"/>
  </w:num>
  <w:num w:numId="5" w16cid:durableId="853494112">
    <w:abstractNumId w:val="7"/>
  </w:num>
  <w:num w:numId="6" w16cid:durableId="1910309560">
    <w:abstractNumId w:val="3"/>
  </w:num>
  <w:num w:numId="7" w16cid:durableId="1671250063">
    <w:abstractNumId w:val="2"/>
  </w:num>
  <w:num w:numId="8" w16cid:durableId="439181648">
    <w:abstractNumId w:val="1"/>
  </w:num>
  <w:num w:numId="9" w16cid:durableId="1684353975">
    <w:abstractNumId w:val="0"/>
  </w:num>
  <w:num w:numId="10" w16cid:durableId="2067875273">
    <w:abstractNumId w:val="18"/>
  </w:num>
  <w:num w:numId="11" w16cid:durableId="1595938654">
    <w:abstractNumId w:val="11"/>
  </w:num>
  <w:num w:numId="12" w16cid:durableId="1727416134">
    <w:abstractNumId w:val="9"/>
  </w:num>
  <w:num w:numId="13" w16cid:durableId="1326518281">
    <w:abstractNumId w:val="17"/>
  </w:num>
  <w:num w:numId="14" w16cid:durableId="1795320630">
    <w:abstractNumId w:val="15"/>
  </w:num>
  <w:num w:numId="15" w16cid:durableId="1232470494">
    <w:abstractNumId w:val="16"/>
  </w:num>
  <w:num w:numId="16" w16cid:durableId="2075077563">
    <w:abstractNumId w:val="14"/>
  </w:num>
  <w:num w:numId="17" w16cid:durableId="133179939">
    <w:abstractNumId w:val="13"/>
  </w:num>
  <w:num w:numId="18" w16cid:durableId="1645694280">
    <w:abstractNumId w:val="10"/>
  </w:num>
  <w:num w:numId="19" w16cid:durableId="18861408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825"/>
    <w:rsid w:val="00034616"/>
    <w:rsid w:val="00043226"/>
    <w:rsid w:val="00053857"/>
    <w:rsid w:val="00055934"/>
    <w:rsid w:val="0006063C"/>
    <w:rsid w:val="00083B4D"/>
    <w:rsid w:val="00084030"/>
    <w:rsid w:val="000951DB"/>
    <w:rsid w:val="000B0F55"/>
    <w:rsid w:val="000C09EA"/>
    <w:rsid w:val="000C5E8C"/>
    <w:rsid w:val="000E7822"/>
    <w:rsid w:val="0015074B"/>
    <w:rsid w:val="0015250D"/>
    <w:rsid w:val="00166D7C"/>
    <w:rsid w:val="0017115A"/>
    <w:rsid w:val="001766B9"/>
    <w:rsid w:val="00183F98"/>
    <w:rsid w:val="001905F2"/>
    <w:rsid w:val="001A491A"/>
    <w:rsid w:val="001A7CDD"/>
    <w:rsid w:val="001D5B08"/>
    <w:rsid w:val="001E4F6E"/>
    <w:rsid w:val="001F363B"/>
    <w:rsid w:val="001F45E9"/>
    <w:rsid w:val="00225CFE"/>
    <w:rsid w:val="00256976"/>
    <w:rsid w:val="002760C7"/>
    <w:rsid w:val="00283526"/>
    <w:rsid w:val="0029639D"/>
    <w:rsid w:val="002B37C2"/>
    <w:rsid w:val="002C3247"/>
    <w:rsid w:val="002F4151"/>
    <w:rsid w:val="002F6F1C"/>
    <w:rsid w:val="00301122"/>
    <w:rsid w:val="00326F90"/>
    <w:rsid w:val="0034772A"/>
    <w:rsid w:val="003A09AA"/>
    <w:rsid w:val="003A261D"/>
    <w:rsid w:val="003F61FD"/>
    <w:rsid w:val="0041651A"/>
    <w:rsid w:val="0047174B"/>
    <w:rsid w:val="0047231D"/>
    <w:rsid w:val="0047366F"/>
    <w:rsid w:val="004A57B7"/>
    <w:rsid w:val="004D582B"/>
    <w:rsid w:val="004F7ACC"/>
    <w:rsid w:val="0050102D"/>
    <w:rsid w:val="005178BB"/>
    <w:rsid w:val="00547093"/>
    <w:rsid w:val="00562C9A"/>
    <w:rsid w:val="0057596C"/>
    <w:rsid w:val="0059265F"/>
    <w:rsid w:val="005A7B69"/>
    <w:rsid w:val="005B3D07"/>
    <w:rsid w:val="00652D46"/>
    <w:rsid w:val="00661CEC"/>
    <w:rsid w:val="006812DD"/>
    <w:rsid w:val="0068524B"/>
    <w:rsid w:val="00685BF8"/>
    <w:rsid w:val="006A1CA0"/>
    <w:rsid w:val="006A36A0"/>
    <w:rsid w:val="006A3C60"/>
    <w:rsid w:val="006E324A"/>
    <w:rsid w:val="00761799"/>
    <w:rsid w:val="007A6C53"/>
    <w:rsid w:val="007E097C"/>
    <w:rsid w:val="007E5695"/>
    <w:rsid w:val="007F2FCD"/>
    <w:rsid w:val="00824CBB"/>
    <w:rsid w:val="00840EB4"/>
    <w:rsid w:val="00871688"/>
    <w:rsid w:val="00874C33"/>
    <w:rsid w:val="008776AE"/>
    <w:rsid w:val="00884F0B"/>
    <w:rsid w:val="008E4462"/>
    <w:rsid w:val="009037DB"/>
    <w:rsid w:val="00907E4F"/>
    <w:rsid w:val="009327FE"/>
    <w:rsid w:val="00967E3C"/>
    <w:rsid w:val="0098269A"/>
    <w:rsid w:val="009925A0"/>
    <w:rsid w:val="009A4F03"/>
    <w:rsid w:val="009A7FA1"/>
    <w:rsid w:val="009C1663"/>
    <w:rsid w:val="009C6108"/>
    <w:rsid w:val="009D6E4E"/>
    <w:rsid w:val="009E597D"/>
    <w:rsid w:val="00A2098D"/>
    <w:rsid w:val="00A64116"/>
    <w:rsid w:val="00A71D40"/>
    <w:rsid w:val="00A738E9"/>
    <w:rsid w:val="00A7615C"/>
    <w:rsid w:val="00A9553A"/>
    <w:rsid w:val="00AA1D8D"/>
    <w:rsid w:val="00AA422E"/>
    <w:rsid w:val="00AC781D"/>
    <w:rsid w:val="00AF3D68"/>
    <w:rsid w:val="00B04AD8"/>
    <w:rsid w:val="00B22522"/>
    <w:rsid w:val="00B42365"/>
    <w:rsid w:val="00B47730"/>
    <w:rsid w:val="00B54A31"/>
    <w:rsid w:val="00B92583"/>
    <w:rsid w:val="00BD6887"/>
    <w:rsid w:val="00C013B9"/>
    <w:rsid w:val="00C06413"/>
    <w:rsid w:val="00C10D53"/>
    <w:rsid w:val="00C272A3"/>
    <w:rsid w:val="00C41904"/>
    <w:rsid w:val="00C62A97"/>
    <w:rsid w:val="00C77EC4"/>
    <w:rsid w:val="00CB0664"/>
    <w:rsid w:val="00D46ECB"/>
    <w:rsid w:val="00D513F5"/>
    <w:rsid w:val="00D73076"/>
    <w:rsid w:val="00D8290A"/>
    <w:rsid w:val="00D95C68"/>
    <w:rsid w:val="00DB602D"/>
    <w:rsid w:val="00DC58DB"/>
    <w:rsid w:val="00E52963"/>
    <w:rsid w:val="00E74AD1"/>
    <w:rsid w:val="00EB2153"/>
    <w:rsid w:val="00EB5369"/>
    <w:rsid w:val="00EC03E3"/>
    <w:rsid w:val="00EC6CD2"/>
    <w:rsid w:val="00EF4F0A"/>
    <w:rsid w:val="00EF6EDE"/>
    <w:rsid w:val="00F06632"/>
    <w:rsid w:val="00F20530"/>
    <w:rsid w:val="00F50ED6"/>
    <w:rsid w:val="00F51ECD"/>
    <w:rsid w:val="00F66A8E"/>
    <w:rsid w:val="00F71D00"/>
    <w:rsid w:val="00F96B7C"/>
    <w:rsid w:val="00F970EF"/>
    <w:rsid w:val="00FA3B1F"/>
    <w:rsid w:val="00FA56AA"/>
    <w:rsid w:val="00FC693F"/>
    <w:rsid w:val="00FD2AA9"/>
    <w:rsid w:val="00FD5328"/>
    <w:rsid w:val="00FD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57BD6"/>
  <w14:defaultImageDpi w14:val="300"/>
  <w15:docId w15:val="{DD9FABC4-0477-4051-8164-E5773078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rial" w:hAnsi="Arial"/>
      <w:color w:val="333333"/>
      <w:sz w:val="19"/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autoRedefine/>
    <w:uiPriority w:val="9"/>
    <w:unhideWhenUsed/>
    <w:qFormat/>
    <w:rsid w:val="00C10D53"/>
    <w:pPr>
      <w:keepNext/>
      <w:keepLines/>
      <w:numPr>
        <w:numId w:val="15"/>
      </w:numPr>
      <w:spacing w:before="200" w:after="0"/>
      <w:ind w:left="36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C10D53"/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Besedilooznabemesta">
    <w:name w:val="Placeholder Text"/>
    <w:basedOn w:val="Privzetapisavaodstavka"/>
    <w:uiPriority w:val="99"/>
    <w:semiHidden/>
    <w:rsid w:val="000C5E8C"/>
    <w:rPr>
      <w:color w:val="666666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BD6887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BD6887"/>
    <w:rPr>
      <w:rFonts w:ascii="Arial" w:hAnsi="Arial"/>
      <w:color w:val="333333"/>
      <w:sz w:val="20"/>
      <w:szCs w:val="20"/>
      <w:lang w:val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BD6887"/>
    <w:rPr>
      <w:vertAlign w:val="superscript"/>
    </w:rPr>
  </w:style>
  <w:style w:type="paragraph" w:styleId="Navadensplet">
    <w:name w:val="Normal (Web)"/>
    <w:basedOn w:val="Navaden"/>
    <w:uiPriority w:val="99"/>
    <w:unhideWhenUsed/>
    <w:rsid w:val="00F06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sl-SI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7E5695"/>
    <w:pPr>
      <w:spacing w:after="0" w:line="240" w:lineRule="auto"/>
    </w:pPr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7E5695"/>
    <w:rPr>
      <w:rFonts w:ascii="Arial" w:hAnsi="Arial"/>
      <w:color w:val="333333"/>
      <w:sz w:val="20"/>
      <w:szCs w:val="20"/>
      <w:lang w:val="sl-SI"/>
    </w:rPr>
  </w:style>
  <w:style w:type="character" w:styleId="Konnaopomba-sklic">
    <w:name w:val="endnote reference"/>
    <w:basedOn w:val="Privzetapisavaodstavka"/>
    <w:uiPriority w:val="99"/>
    <w:semiHidden/>
    <w:unhideWhenUsed/>
    <w:rsid w:val="007E56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0D7B34AA6346CFAFDBF04BB19E04D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6591857-AEF3-4D3D-8C89-EA3D316423CB}"/>
      </w:docPartPr>
      <w:docPartBody>
        <w:p w:rsidR="00F53BFE" w:rsidRDefault="00854BC0" w:rsidP="00854BC0">
          <w:pPr>
            <w:pStyle w:val="A70D7B34AA6346CFAFDBF04BB19E04D71"/>
          </w:pPr>
          <w:r w:rsidRPr="00761799">
            <w:rPr>
              <w:rStyle w:val="Besedilooznabemesta"/>
              <w:rFonts w:asciiTheme="majorHAnsi" w:hAnsiTheme="majorHAnsi" w:cstheme="majorHAnsi"/>
              <w:i/>
              <w:iCs/>
              <w:sz w:val="21"/>
              <w:szCs w:val="21"/>
            </w:rPr>
            <w:t>Vpišite kraj</w:t>
          </w:r>
        </w:p>
      </w:docPartBody>
    </w:docPart>
    <w:docPart>
      <w:docPartPr>
        <w:name w:val="CD14C279255F4A278F46BE0B734EA03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0DD9B13-CC72-4BE7-B9B0-89A65FBF4261}"/>
      </w:docPartPr>
      <w:docPartBody>
        <w:p w:rsidR="00F53BFE" w:rsidRDefault="00854BC0" w:rsidP="00854BC0">
          <w:pPr>
            <w:pStyle w:val="CD14C279255F4A278F46BE0B734EA0391"/>
          </w:pP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Izberite datum...</w:t>
          </w:r>
        </w:p>
      </w:docPartBody>
    </w:docPart>
    <w:docPart>
      <w:docPartPr>
        <w:name w:val="DE43BED12BCB497195812955A5C8BDE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0139F2-1528-45CD-9854-818075CF6B63}"/>
      </w:docPartPr>
      <w:docPartBody>
        <w:p w:rsidR="00F53BFE" w:rsidRDefault="00854BC0" w:rsidP="00854BC0">
          <w:pPr>
            <w:pStyle w:val="DE43BED12BCB497195812955A5C8BDEC1"/>
          </w:pP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Vnesite kraj</w:t>
          </w:r>
          <w:r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 xml:space="preserve"> podelitve</w:t>
          </w: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...</w:t>
          </w:r>
        </w:p>
      </w:docPartBody>
    </w:docPart>
    <w:docPart>
      <w:docPartPr>
        <w:name w:val="57A95FD630F04516894427C1A0DE675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41B905D-05D0-4985-9B17-CB2647D5EACF}"/>
      </w:docPartPr>
      <w:docPartBody>
        <w:p w:rsidR="00F53BFE" w:rsidRDefault="00854BC0" w:rsidP="00854BC0">
          <w:pPr>
            <w:pStyle w:val="57A95FD630F04516894427C1A0DE67541"/>
          </w:pPr>
          <w:r>
            <w:rPr>
              <w:rStyle w:val="Besedilooznabemesta"/>
              <w:i/>
              <w:color w:val="787878"/>
            </w:rPr>
            <w:t>Izberite</w:t>
          </w: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 xml:space="preserve"> datum </w:t>
          </w:r>
          <w:r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podelitve</w:t>
          </w: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...</w:t>
          </w:r>
        </w:p>
      </w:docPartBody>
    </w:docPart>
    <w:docPart>
      <w:docPartPr>
        <w:name w:val="55A33C79A6EC4542954C1FAC838971F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0960E83-075F-46BB-AFF9-2693559A6E8C}"/>
      </w:docPartPr>
      <w:docPartBody>
        <w:p w:rsidR="00F53BFE" w:rsidRDefault="00854BC0" w:rsidP="00854BC0">
          <w:pPr>
            <w:pStyle w:val="55A33C79A6EC4542954C1FAC838971FD1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Kliknite za izbiro datuma...</w:t>
          </w:r>
        </w:p>
      </w:docPartBody>
    </w:docPart>
    <w:docPart>
      <w:docPartPr>
        <w:name w:val="9A4773D0748942629EB19F20B8D5767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07ACA1B-D274-4BAA-8CEF-0942729D6839}"/>
      </w:docPartPr>
      <w:docPartBody>
        <w:p w:rsidR="00F53BFE" w:rsidRDefault="00854BC0" w:rsidP="00854BC0">
          <w:pPr>
            <w:pStyle w:val="9A4773D0748942629EB19F20B8D576781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ime...</w:t>
          </w:r>
        </w:p>
      </w:docPartBody>
    </w:docPart>
    <w:docPart>
      <w:docPartPr>
        <w:name w:val="535FC28300394517A98231FF92D1E73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0351F20-21B5-404C-A9E9-EA3137D0C915}"/>
      </w:docPartPr>
      <w:docPartBody>
        <w:p w:rsidR="00F53BFE" w:rsidRDefault="00854BC0" w:rsidP="00854BC0">
          <w:pPr>
            <w:pStyle w:val="535FC28300394517A98231FF92D1E7321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priimek...</w:t>
          </w:r>
        </w:p>
      </w:docPartBody>
    </w:docPart>
    <w:docPart>
      <w:docPartPr>
        <w:name w:val="8D516539D7FB43788E53FAB131A9E1D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F31B4A9-A1A4-440C-A447-1D00F60727BB}"/>
      </w:docPartPr>
      <w:docPartBody>
        <w:p w:rsidR="00F53BFE" w:rsidRDefault="00854BC0" w:rsidP="00854BC0">
          <w:pPr>
            <w:pStyle w:val="8D516539D7FB43788E53FAB131A9E1D41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podatke o trenutni zaposlitvi...</w:t>
          </w:r>
        </w:p>
      </w:docPartBody>
    </w:docPart>
    <w:docPart>
      <w:docPartPr>
        <w:name w:val="F5B705EFC66D4B64842774AA0A5077D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F39CBF5-7BE4-473D-9FF5-5A9E243763DA}"/>
      </w:docPartPr>
      <w:docPartBody>
        <w:p w:rsidR="00F53BFE" w:rsidRDefault="00854BC0" w:rsidP="00854BC0">
          <w:pPr>
            <w:pStyle w:val="F5B705EFC66D4B64842774AA0A5077D01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Izberite datum...</w:t>
          </w:r>
        </w:p>
      </w:docPartBody>
    </w:docPart>
    <w:docPart>
      <w:docPartPr>
        <w:name w:val="2831DC1C4E4F4E31B7E2C7A55459D0E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726DE88-23EB-4B2E-839B-4866635AE94D}"/>
      </w:docPartPr>
      <w:docPartBody>
        <w:p w:rsidR="00F53BFE" w:rsidRDefault="00854BC0" w:rsidP="00854BC0">
          <w:pPr>
            <w:pStyle w:val="2831DC1C4E4F4E31B7E2C7A55459D0E31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kraj rojstva...</w:t>
          </w:r>
        </w:p>
      </w:docPartBody>
    </w:docPart>
    <w:docPart>
      <w:docPartPr>
        <w:name w:val="792312E19D6C4D89BF4DDD3E5802A20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1198FC7-959C-42FD-9059-57803946D25C}"/>
      </w:docPartPr>
      <w:docPartBody>
        <w:p w:rsidR="00066841" w:rsidRDefault="00854BC0" w:rsidP="00854BC0">
          <w:pPr>
            <w:pStyle w:val="792312E19D6C4D89BF4DDD3E5802A2071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leto (npr. 1995)...</w:t>
          </w:r>
        </w:p>
      </w:docPartBody>
    </w:docPart>
    <w:docPart>
      <w:docPartPr>
        <w:name w:val="3D7F0B5F596A43819846E3CDDF8C460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F32EE94-BF05-4FBA-9B17-B4098F790AC9}"/>
      </w:docPartPr>
      <w:docPartBody>
        <w:p w:rsidR="00066841" w:rsidRDefault="00854BC0" w:rsidP="00854BC0">
          <w:pPr>
            <w:pStyle w:val="3D7F0B5F596A43819846E3CDDF8C46001"/>
          </w:pP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Vnesite kraj</w:t>
          </w:r>
          <w:r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 xml:space="preserve"> seje IO</w:t>
          </w: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...</w:t>
          </w:r>
        </w:p>
      </w:docPartBody>
    </w:docPart>
    <w:docPart>
      <w:docPartPr>
        <w:name w:val="956DA5071CAB4DC9B1E0744D5244922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A98CD6E-47F1-4D0B-A904-3EBB960A008F}"/>
      </w:docPartPr>
      <w:docPartBody>
        <w:p w:rsidR="00066841" w:rsidRDefault="00854BC0" w:rsidP="00854BC0">
          <w:pPr>
            <w:pStyle w:val="956DA5071CAB4DC9B1E0744D5244922D1"/>
          </w:pPr>
          <w:r>
            <w:rPr>
              <w:rStyle w:val="Besedilooznabemesta"/>
              <w:i/>
              <w:color w:val="787878"/>
            </w:rPr>
            <w:t>Izberite</w:t>
          </w: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 xml:space="preserve"> datum </w:t>
          </w:r>
          <w:r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seje IO</w:t>
          </w: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...</w:t>
          </w:r>
        </w:p>
      </w:docPartBody>
    </w:docPart>
    <w:docPart>
      <w:docPartPr>
        <w:name w:val="6CDBA385C8BA467F907BF5178DCBCD1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90509CB-6FB9-4363-A4D2-2E2FFE378BE1}"/>
      </w:docPartPr>
      <w:docPartBody>
        <w:p w:rsidR="00066841" w:rsidRDefault="00854BC0" w:rsidP="00854BC0">
          <w:pPr>
            <w:pStyle w:val="6CDBA385C8BA467F907BF5178DCBCD181"/>
          </w:pPr>
          <w:r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Navedite g</w:t>
          </w:r>
          <w:r w:rsidRPr="001D5B08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lavn</w:t>
          </w:r>
          <w:r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e</w:t>
          </w:r>
          <w:r w:rsidRPr="001D5B08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 xml:space="preserve"> dosežk</w:t>
          </w:r>
          <w:r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e</w:t>
          </w:r>
          <w:r w:rsidRPr="001D5B08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 xml:space="preserve"> v stroki, zaradi katerih si kandidat zasluži pohvalo svoje podružnice / sekcije  </w:t>
          </w: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 xml:space="preserve"> Po pritisku na tipko ENTER se ustvari nova alineja</w:t>
          </w:r>
        </w:p>
      </w:docPartBody>
    </w:docPart>
    <w:docPart>
      <w:docPartPr>
        <w:name w:val="516C381169294FFCA8B3A1AE56378B1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29C39CD-2290-49B3-9E5A-AD1A8272A242}"/>
      </w:docPartPr>
      <w:docPartBody>
        <w:p w:rsidR="00066841" w:rsidRDefault="00854BC0" w:rsidP="00854BC0">
          <w:pPr>
            <w:pStyle w:val="516C381169294FFCA8B3A1AE56378B151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 xml:space="preserve">Vnesite </w:t>
          </w:r>
          <w:r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besedilo pohvale</w:t>
          </w: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...</w:t>
          </w:r>
        </w:p>
      </w:docPartBody>
    </w:docPart>
    <w:docPart>
      <w:docPartPr>
        <w:name w:val="59A5BC593CB74F298266272EDCB3076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BBAED40-5944-43AB-B4D5-849635DD3128}"/>
      </w:docPartPr>
      <w:docPartBody>
        <w:p w:rsidR="00A61D4D" w:rsidRDefault="00854BC0" w:rsidP="00854BC0">
          <w:pPr>
            <w:pStyle w:val="59A5BC593CB74F298266272EDCB30769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 xml:space="preserve">Vnesite </w:t>
          </w:r>
          <w:r>
            <w:rPr>
              <w:rStyle w:val="Besedilooznabemesta"/>
              <w:rFonts w:cs="Calibri"/>
              <w:i/>
              <w:color w:val="787878"/>
              <w:szCs w:val="21"/>
            </w:rPr>
            <w:t>i</w:t>
          </w:r>
          <w:r>
            <w:rPr>
              <w:rStyle w:val="Besedilooznabemesta"/>
              <w:i/>
              <w:color w:val="787878"/>
              <w:szCs w:val="21"/>
            </w:rPr>
            <w:t>me in priimek</w:t>
          </w: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...</w:t>
          </w:r>
        </w:p>
      </w:docPartBody>
    </w:docPart>
    <w:docPart>
      <w:docPartPr>
        <w:name w:val="943C8E2186FE483CB3E439BC04ACEE3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07ED9E5-2A8A-4D83-A3B2-E16B0577D39E}"/>
      </w:docPartPr>
      <w:docPartBody>
        <w:p w:rsidR="00C927B6" w:rsidRDefault="00D824E2" w:rsidP="00D824E2">
          <w:pPr>
            <w:pStyle w:val="943C8E2186FE483CB3E439BC04ACEE31"/>
          </w:pPr>
          <w:r w:rsidRPr="00983AE7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Izberite predlagatelja iz spustnega seznama...</w:t>
          </w:r>
        </w:p>
      </w:docPartBody>
    </w:docPart>
    <w:docPart>
      <w:docPartPr>
        <w:name w:val="7DF6434998474B0FB10A9FB0BB9951E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F9652E9-ABF8-4790-8D8B-64C8AAD75D95}"/>
      </w:docPartPr>
      <w:docPartBody>
        <w:p w:rsidR="00C927B6" w:rsidRDefault="00D824E2" w:rsidP="00D824E2">
          <w:pPr>
            <w:pStyle w:val="7DF6434998474B0FB10A9FB0BB9951E0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ime, priimek in e-poštni naslov...</w:t>
          </w:r>
        </w:p>
      </w:docPartBody>
    </w:docPart>
    <w:docPart>
      <w:docPartPr>
        <w:name w:val="76ACBAFB1ABB4755930F07104BB02B8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15C08DC-CD35-441B-82CC-D9E642A9FF19}"/>
      </w:docPartPr>
      <w:docPartBody>
        <w:p w:rsidR="00000000" w:rsidRDefault="00651671" w:rsidP="00651671">
          <w:pPr>
            <w:pStyle w:val="76ACBAFB1ABB4755930F07104BB02B80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nazive. Po pritisku na tipko ENTER se ustvari nova alineja</w:t>
          </w:r>
        </w:p>
      </w:docPartBody>
    </w:docPart>
    <w:docPart>
      <w:docPartPr>
        <w:name w:val="49616EE4DD914F1BB06545158102CCB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7F3AAD0-2677-42B5-9A27-A8774BB3D1A4}"/>
      </w:docPartPr>
      <w:docPartBody>
        <w:p w:rsidR="00000000" w:rsidRDefault="00651671" w:rsidP="00651671">
          <w:pPr>
            <w:pStyle w:val="49616EE4DD914F1BB06545158102CCB7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nazive. Po pritisku na tipko ENTER se ustvari nova alineja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DA"/>
    <w:rsid w:val="00066841"/>
    <w:rsid w:val="002250F9"/>
    <w:rsid w:val="00377373"/>
    <w:rsid w:val="003A261D"/>
    <w:rsid w:val="003D71E6"/>
    <w:rsid w:val="003E63CF"/>
    <w:rsid w:val="004B0FF0"/>
    <w:rsid w:val="00651671"/>
    <w:rsid w:val="007F6C0D"/>
    <w:rsid w:val="00854BC0"/>
    <w:rsid w:val="00874C33"/>
    <w:rsid w:val="00967E3C"/>
    <w:rsid w:val="00A6060C"/>
    <w:rsid w:val="00A60F9F"/>
    <w:rsid w:val="00A61D4D"/>
    <w:rsid w:val="00AF5C4D"/>
    <w:rsid w:val="00B466DA"/>
    <w:rsid w:val="00B54A31"/>
    <w:rsid w:val="00C927B6"/>
    <w:rsid w:val="00C95107"/>
    <w:rsid w:val="00D70891"/>
    <w:rsid w:val="00D77567"/>
    <w:rsid w:val="00D824E2"/>
    <w:rsid w:val="00EB5369"/>
    <w:rsid w:val="00EC03E3"/>
    <w:rsid w:val="00F53BFE"/>
    <w:rsid w:val="00F7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651671"/>
    <w:rPr>
      <w:color w:val="666666"/>
    </w:rPr>
  </w:style>
  <w:style w:type="paragraph" w:customStyle="1" w:styleId="943C8E2186FE483CB3E439BC04ACEE31">
    <w:name w:val="943C8E2186FE483CB3E439BC04ACEE31"/>
    <w:rsid w:val="00D824E2"/>
  </w:style>
  <w:style w:type="paragraph" w:customStyle="1" w:styleId="7DF6434998474B0FB10A9FB0BB9951E0">
    <w:name w:val="7DF6434998474B0FB10A9FB0BB9951E0"/>
    <w:rsid w:val="00D824E2"/>
  </w:style>
  <w:style w:type="paragraph" w:customStyle="1" w:styleId="55A33C79A6EC4542954C1FAC838971FD1">
    <w:name w:val="55A33C79A6EC4542954C1FAC838971FD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A4773D0748942629EB19F20B8D576781">
    <w:name w:val="9A4773D0748942629EB19F20B8D57678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5FC28300394517A98231FF92D1E7321">
    <w:name w:val="535FC28300394517A98231FF92D1E732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5B705EFC66D4B64842774AA0A5077D01">
    <w:name w:val="F5B705EFC66D4B64842774AA0A5077D0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831DC1C4E4F4E31B7E2C7A55459D0E31">
    <w:name w:val="2831DC1C4E4F4E31B7E2C7A55459D0E3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E97E0FB8D14336A1F943DF7BAEC0BC1">
    <w:name w:val="53E97E0FB8D14336A1F943DF7BAEC0BC1"/>
    <w:rsid w:val="00854BC0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D516539D7FB43788E53FAB131A9E1D41">
    <w:name w:val="8D516539D7FB43788E53FAB131A9E1D4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792312E19D6C4D89BF4DDD3E5802A2071">
    <w:name w:val="792312E19D6C4D89BF4DDD3E5802A207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3D7F0B5F596A43819846E3CDDF8C46001">
    <w:name w:val="3D7F0B5F596A43819846E3CDDF8C4600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56DA5071CAB4DC9B1E0744D5244922D1">
    <w:name w:val="956DA5071CAB4DC9B1E0744D5244922D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6CDBA385C8BA467F907BF5178DCBCD181">
    <w:name w:val="6CDBA385C8BA467F907BF5178DCBCD181"/>
    <w:rsid w:val="00854BC0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16C381169294FFCA8B3A1AE56378B151">
    <w:name w:val="516C381169294FFCA8B3A1AE56378B15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DE43BED12BCB497195812955A5C8BDEC1">
    <w:name w:val="DE43BED12BCB497195812955A5C8BDEC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7A95FD630F04516894427C1A0DE67541">
    <w:name w:val="57A95FD630F04516894427C1A0DE6754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70D7B34AA6346CFAFDBF04BB19E04D71">
    <w:name w:val="A70D7B34AA6346CFAFDBF04BB19E04D7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CD14C279255F4A278F46BE0B734EA0391">
    <w:name w:val="CD14C279255F4A278F46BE0B734EA0391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9A5BC593CB74F298266272EDCB30769">
    <w:name w:val="59A5BC593CB74F298266272EDCB30769"/>
    <w:rsid w:val="00854BC0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76ACBAFB1ABB4755930F07104BB02B80">
    <w:name w:val="76ACBAFB1ABB4755930F07104BB02B80"/>
    <w:rsid w:val="00651671"/>
  </w:style>
  <w:style w:type="paragraph" w:customStyle="1" w:styleId="49616EE4DD914F1BB06545158102CCB7">
    <w:name w:val="49616EE4DD914F1BB06545158102CCB7"/>
    <w:rsid w:val="006516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Franci Tratar</cp:lastModifiedBy>
  <cp:revision>57</cp:revision>
  <dcterms:created xsi:type="dcterms:W3CDTF">2026-08-03T17:01:00Z</dcterms:created>
  <dcterms:modified xsi:type="dcterms:W3CDTF">2026-09-08T11:00:00Z</dcterms:modified>
  <cp:category/>
</cp:coreProperties>
</file>