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128DA" w14:textId="77777777" w:rsidR="006E324A" w:rsidRPr="00D03FB6" w:rsidRDefault="00A7615C">
      <w:pPr>
        <w:jc w:val="center"/>
        <w:rPr>
          <w:rFonts w:asciiTheme="majorHAnsi" w:hAnsiTheme="majorHAnsi" w:cstheme="majorHAnsi"/>
        </w:rPr>
      </w:pPr>
      <w:r w:rsidRPr="00D03FB6">
        <w:rPr>
          <w:rFonts w:asciiTheme="majorHAnsi" w:hAnsiTheme="majorHAnsi" w:cstheme="majorHAnsi"/>
          <w:b/>
          <w:color w:val="183C6C"/>
          <w:sz w:val="26"/>
        </w:rPr>
        <w:t>SLOVENSKO FARMACEVTSKO DRUŠTVO</w:t>
      </w:r>
      <w:r w:rsidRPr="00D03FB6">
        <w:rPr>
          <w:rFonts w:asciiTheme="majorHAnsi" w:hAnsiTheme="majorHAnsi" w:cstheme="majorHAnsi"/>
          <w:b/>
          <w:color w:val="183C6C"/>
          <w:sz w:val="26"/>
        </w:rPr>
        <w:br/>
      </w:r>
      <w:r w:rsidRPr="00D03FB6">
        <w:rPr>
          <w:rFonts w:asciiTheme="majorHAnsi" w:hAnsiTheme="majorHAnsi" w:cstheme="majorHAnsi"/>
          <w:color w:val="666666"/>
          <w:sz w:val="17"/>
        </w:rPr>
        <w:t>Dunajska cesta 184 A, 1000 Ljubljana  |  e-pošta: pisarna@sfd.si  |  www.sfd.si</w:t>
      </w:r>
      <w:r w:rsidRPr="00D03FB6">
        <w:rPr>
          <w:rFonts w:asciiTheme="majorHAnsi" w:hAnsiTheme="majorHAnsi" w:cstheme="majorHAnsi"/>
          <w:color w:val="666666"/>
          <w:sz w:val="17"/>
        </w:rPr>
        <w:br/>
      </w:r>
    </w:p>
    <w:p w14:paraId="33C927B6" w14:textId="184A5315" w:rsidR="006E324A" w:rsidRPr="00D03FB6" w:rsidRDefault="00A7615C">
      <w:pPr>
        <w:spacing w:before="200" w:after="300"/>
        <w:jc w:val="center"/>
        <w:rPr>
          <w:rFonts w:asciiTheme="majorHAnsi" w:hAnsiTheme="majorHAnsi" w:cstheme="majorHAnsi"/>
        </w:rPr>
      </w:pPr>
      <w:r w:rsidRPr="00D03FB6">
        <w:rPr>
          <w:rFonts w:asciiTheme="majorHAnsi" w:hAnsiTheme="majorHAnsi" w:cstheme="majorHAnsi"/>
          <w:b/>
          <w:color w:val="183C6C"/>
          <w:sz w:val="28"/>
        </w:rPr>
        <w:t xml:space="preserve">PREDLOG </w:t>
      </w:r>
      <w:r w:rsidR="00BD3505" w:rsidRPr="00D03FB6">
        <w:rPr>
          <w:rFonts w:asciiTheme="majorHAnsi" w:hAnsiTheme="majorHAnsi" w:cstheme="majorHAnsi"/>
          <w:b/>
          <w:color w:val="183C6C"/>
          <w:sz w:val="28"/>
        </w:rPr>
        <w:t>ZA MINAŘIKOVO PRIZNANJE</w:t>
      </w:r>
      <w:r w:rsidR="00F86BF3" w:rsidRPr="00D03FB6">
        <w:rPr>
          <w:rStyle w:val="Konnaopomba-sklic"/>
          <w:rFonts w:asciiTheme="majorHAnsi" w:hAnsiTheme="majorHAnsi" w:cstheme="majorHAnsi"/>
          <w:b/>
          <w:color w:val="183C6C"/>
          <w:sz w:val="28"/>
        </w:rPr>
        <w:endnoteReference w:id="1"/>
      </w:r>
    </w:p>
    <w:p w14:paraId="470535E7" w14:textId="72A28E6F" w:rsidR="006E324A" w:rsidRPr="00D03FB6" w:rsidRDefault="00A7615C" w:rsidP="00C10D53">
      <w:pPr>
        <w:pStyle w:val="Naslov3"/>
        <w:rPr>
          <w:rFonts w:cstheme="majorHAnsi"/>
        </w:rPr>
      </w:pPr>
      <w:r w:rsidRPr="00D03FB6">
        <w:rPr>
          <w:rFonts w:cstheme="majorHAnsi"/>
        </w:rPr>
        <w:t>PODATKI O PREDLAGATELJU</w:t>
      </w:r>
    </w:p>
    <w:tbl>
      <w:tblPr>
        <w:tblW w:w="0" w:type="auto"/>
        <w:jc w:val="center"/>
        <w:tblBorders>
          <w:top w:val="single" w:sz="4" w:space="0" w:color="F1CBF0" w:themeColor="accent1" w:themeTint="33"/>
          <w:bottom w:val="single" w:sz="4" w:space="0" w:color="F1CBF0" w:themeColor="accent1" w:themeTint="33"/>
          <w:insideH w:val="single" w:sz="4" w:space="0" w:color="F1CBF0" w:themeColor="accent1" w:themeTint="33"/>
        </w:tblBorders>
        <w:tblLook w:val="04A0" w:firstRow="1" w:lastRow="0" w:firstColumn="1" w:lastColumn="0" w:noHBand="0" w:noVBand="1"/>
      </w:tblPr>
      <w:tblGrid>
        <w:gridCol w:w="3580"/>
        <w:gridCol w:w="6064"/>
      </w:tblGrid>
      <w:tr w:rsidR="006E324A" w:rsidRPr="00D03FB6" w14:paraId="01021169" w14:textId="77777777" w:rsidTr="00AA422E">
        <w:trPr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F1AF05" w14:textId="77777777" w:rsidR="006E324A" w:rsidRPr="00D03FB6" w:rsidRDefault="00A7615C" w:rsidP="00AA422E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Datum predloga:</w:t>
            </w:r>
          </w:p>
        </w:tc>
        <w:tc>
          <w:tcPr>
            <w:tcW w:w="60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D40CF6" w14:textId="55D36304" w:rsidR="006E324A" w:rsidRPr="00D03FB6" w:rsidRDefault="00000000" w:rsidP="00AA422E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tag_date_0"/>
                <w:id w:val="87654321"/>
                <w:placeholder>
                  <w:docPart w:val="55A33C79A6EC4542954C1FAC838971FD"/>
                </w:placeholder>
                <w:showingPlcHdr/>
                <w:date w:fullDate="2026-07-31T00:00:00Z">
                  <w:dateFormat w:val="dd.MM.yyyy"/>
                  <w:lid w:val="sl-SI"/>
                  <w:storeMappedDataAs w:val="text"/>
                  <w:calendar w:val="gregorian"/>
                </w:date>
              </w:sdtPr>
              <w:sdtContent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Kliknite za izbiro datuma...</w:t>
                </w:r>
              </w:sdtContent>
            </w:sdt>
          </w:p>
        </w:tc>
      </w:tr>
      <w:tr w:rsidR="00B967B6" w:rsidRPr="00D03FB6" w14:paraId="7BC08A3B" w14:textId="77777777" w:rsidTr="003F4791">
        <w:trPr>
          <w:jc w:val="center"/>
        </w:trPr>
        <w:tc>
          <w:tcPr>
            <w:tcW w:w="3580" w:type="dxa"/>
            <w:tcBorders>
              <w:bottom w:val="single" w:sz="4" w:space="0" w:color="F1CBF0" w:themeColor="accent1" w:themeTint="33"/>
            </w:tcBorders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62AD08" w14:textId="77777777" w:rsidR="00B967B6" w:rsidRPr="00D03FB6" w:rsidRDefault="00B967B6" w:rsidP="00B967B6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Predlagatelj (podružnica / sekcija):</w:t>
            </w:r>
          </w:p>
        </w:tc>
        <w:tc>
          <w:tcPr>
            <w:tcW w:w="6064" w:type="dxa"/>
            <w:tcBorders>
              <w:bottom w:val="single" w:sz="4" w:space="0" w:color="F1CBF0" w:themeColor="accent1" w:themeTint="3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94D51D" w14:textId="01EEA5B9" w:rsidR="00B967B6" w:rsidRPr="00D03FB6" w:rsidRDefault="00000000" w:rsidP="00B967B6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alias w:val="Seznam podružnic/sekcij"/>
                <w:tag w:val="cmbSeznam"/>
                <w:id w:val="2084260698"/>
                <w:placeholder>
                  <w:docPart w:val="B39EF079725A424F8C3CE4BD766068F1"/>
                </w:placeholder>
                <w:showingPlcHdr/>
                <w:comboBox>
                  <w:listItem w:displayText="•  Celjska podružnica" w:value="•  Celjska podružnica"/>
                  <w:listItem w:displayText="•  Gorenjska podružnica" w:value="•  Gorenjska podružnica"/>
                  <w:listItem w:displayText="•  Dolenjska podružnica" w:value="•  Dolenjska podružnica"/>
                  <w:listItem w:displayText="•  Ljubljanska podružnica" w:value="•  Ljubljanska podružnica"/>
                  <w:listItem w:displayText="•  Mariborska podružnica" w:value="•  Mariborska podružnica"/>
                  <w:listItem w:displayText="•  Pomurska podružnica" w:value="•  Pomurska podružnica"/>
                  <w:listItem w:displayText="•  Posavska podružnica" w:value="•  Posavska podružnica"/>
                  <w:listItem w:displayText="•  Primorska podružnica" w:value="•  Primorska podružnica"/>
                  <w:listItem w:displayText="•  Zasavska podružnica" w:value="•  Zasavska podružnica"/>
                  <w:listItem w:displayText="•  Sekcija farmacevtskih tehnologov" w:value="•  Sekcija farmacevtskih tehnologov"/>
                  <w:listItem w:displayText="•  Sekcija farmacevtskih znanosti" w:value="•  Sekcija farmacevtskih znanosti"/>
                  <w:listItem w:displayText="•  Sekcija bolnišničnih farmacevtov" w:value="•  Sekcija bolnišničnih farmacevtov"/>
                  <w:listItem w:displayText="•  Sekcija kliničnih farmacevtov" w:value="•  Sekcija kliničnih farmacevtov"/>
                  <w:listItem w:displayText="•  Homeopatska sekcija" w:value="•  Homeopatska sekcija"/>
                  <w:listItem w:displayText="•  Sekcija farmacevtov javnih lekarn" w:value="•  Sekcija farmacevtov javnih lekarn"/>
                  <w:listItem w:displayText="•  Sekcija farmacevtskih tehnikov" w:value="•  Sekcija farmacevtskih tehnikov"/>
                  <w:listItem w:displayText="•  Sekcija seniorjev" w:value="•  Sekcija seniorjev"/>
                  <w:listItem w:displayText="•  Študentska sekcija" w:value="•  Študentska sekcija"/>
                  <w:listItem w:displayText="•  Regulatorna sekcija" w:value="•  Regulatorna sekcija"/>
                  <w:listItem w:displayText="•  Sekcija za farmacevtsko kemijo" w:value="•  Sekcija za farmacevtsko kemijo"/>
                  <w:listItem w:displayText="•  Sekcija za zgodovino farmacije" w:value="•  Sekcija za zgodovino farmacije"/>
                </w:comboBox>
              </w:sdtPr>
              <w:sdtContent>
                <w:r w:rsidR="00B967B6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Izberite predlagatelja iz spustnega seznama...</w:t>
                </w:r>
              </w:sdtContent>
            </w:sdt>
          </w:p>
        </w:tc>
      </w:tr>
      <w:tr w:rsidR="00B967B6" w:rsidRPr="00D03FB6" w14:paraId="50DACAD9" w14:textId="77777777" w:rsidTr="003F4791">
        <w:trPr>
          <w:jc w:val="center"/>
        </w:trPr>
        <w:tc>
          <w:tcPr>
            <w:tcW w:w="3580" w:type="dxa"/>
            <w:tcBorders>
              <w:top w:val="single" w:sz="4" w:space="0" w:color="F1CBF0" w:themeColor="accent1" w:themeTint="33"/>
              <w:bottom w:val="single" w:sz="4" w:space="0" w:color="F1CBF0" w:themeColor="accent1" w:themeTint="33"/>
              <w:right w:val="nil"/>
            </w:tcBorders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32F383" w14:textId="77777777" w:rsidR="00B967B6" w:rsidRPr="00D03FB6" w:rsidRDefault="00B967B6" w:rsidP="00B967B6">
            <w:pPr>
              <w:spacing w:after="0" w:line="240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Kontaktna oseba in e-naslov:</w:t>
            </w:r>
          </w:p>
        </w:tc>
        <w:tc>
          <w:tcPr>
            <w:tcW w:w="6064" w:type="dxa"/>
            <w:tcBorders>
              <w:top w:val="single" w:sz="4" w:space="0" w:color="F1CBF0" w:themeColor="accent1" w:themeTint="33"/>
              <w:left w:val="nil"/>
              <w:bottom w:val="single" w:sz="4" w:space="0" w:color="F1CBF0" w:themeColor="accent1" w:themeTint="3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 w:val="21"/>
                <w:szCs w:val="21"/>
              </w:rPr>
              <w:tag w:val="Kontakt"/>
              <w:id w:val="-856963874"/>
              <w:placeholder>
                <w:docPart w:val="38FA6921D45A4FC4A250FD043D6C3EB7"/>
              </w:placeholder>
              <w:showingPlcHdr/>
              <w:text/>
            </w:sdtPr>
            <w:sdtContent>
              <w:p w14:paraId="62B4E5A5" w14:textId="7D18C05C" w:rsidR="00B967B6" w:rsidRPr="00D03FB6" w:rsidRDefault="00B967B6" w:rsidP="00B967B6">
                <w:p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ime, priimek in e-poštni naslov...</w:t>
                </w:r>
              </w:p>
            </w:sdtContent>
          </w:sdt>
        </w:tc>
      </w:tr>
    </w:tbl>
    <w:p w14:paraId="2483EB54" w14:textId="36A97417" w:rsidR="006E324A" w:rsidRPr="00D03FB6" w:rsidRDefault="00A7615C" w:rsidP="00C10D53">
      <w:pPr>
        <w:pStyle w:val="Naslov3"/>
        <w:rPr>
          <w:rFonts w:cstheme="majorHAnsi"/>
        </w:rPr>
      </w:pPr>
      <w:r w:rsidRPr="00D03FB6">
        <w:rPr>
          <w:rFonts w:cstheme="majorHAnsi"/>
        </w:rPr>
        <w:t>PODATKI O KANDIDATU / KANDIDATKI</w:t>
      </w:r>
    </w:p>
    <w:tbl>
      <w:tblPr>
        <w:tblW w:w="0" w:type="auto"/>
        <w:jc w:val="center"/>
        <w:tblBorders>
          <w:top w:val="single" w:sz="4" w:space="0" w:color="F1CBF0" w:themeColor="accent1" w:themeTint="33"/>
          <w:bottom w:val="single" w:sz="4" w:space="0" w:color="F1CBF0" w:themeColor="accent1" w:themeTint="33"/>
          <w:insideH w:val="single" w:sz="4" w:space="0" w:color="F1CBF0" w:themeColor="accent1" w:themeTint="33"/>
        </w:tblBorders>
        <w:tblLook w:val="04A0" w:firstRow="1" w:lastRow="0" w:firstColumn="1" w:lastColumn="0" w:noHBand="0" w:noVBand="1"/>
      </w:tblPr>
      <w:tblGrid>
        <w:gridCol w:w="566"/>
        <w:gridCol w:w="3016"/>
        <w:gridCol w:w="6062"/>
      </w:tblGrid>
      <w:tr w:rsidR="006E324A" w:rsidRPr="00D03FB6" w14:paraId="6568C209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E7AC96" w14:textId="0436B873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D4E3BE" w14:textId="2722841B" w:rsidR="006E324A" w:rsidRPr="00D03FB6" w:rsidRDefault="00A7615C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Ime: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319D35" w14:textId="08017CBD" w:rsidR="006E324A" w:rsidRPr="00D03FB6" w:rsidRDefault="00000000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tag_cand_0"/>
                <w:id w:val="54511969"/>
                <w:placeholder>
                  <w:docPart w:val="9A4773D0748942629EB19F20B8D57678"/>
                </w:placeholder>
                <w:showingPlcHdr/>
                <w:text/>
              </w:sdtPr>
              <w:sdtContent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ime...</w:t>
                </w:r>
              </w:sdtContent>
            </w:sdt>
          </w:p>
        </w:tc>
      </w:tr>
      <w:tr w:rsidR="006E324A" w:rsidRPr="00D03FB6" w14:paraId="29D45E5E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E8AD8E" w14:textId="6521C48E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571C11" w14:textId="77777777" w:rsidR="006E324A" w:rsidRPr="00D03FB6" w:rsidRDefault="00A7615C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Priimek </w:t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(za poročene tudi dekliški):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DC9F35" w14:textId="5CA5379F" w:rsidR="006E324A" w:rsidRPr="00D03FB6" w:rsidRDefault="00000000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tag_cand_1"/>
                <w:id w:val="-326442986"/>
                <w:placeholder>
                  <w:docPart w:val="535FC28300394517A98231FF92D1E732"/>
                </w:placeholder>
                <w:showingPlcHdr/>
                <w:text/>
              </w:sdtPr>
              <w:sdtContent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priimek...</w:t>
                </w:r>
              </w:sdtContent>
            </w:sdt>
          </w:p>
        </w:tc>
      </w:tr>
      <w:tr w:rsidR="006E324A" w:rsidRPr="00D03FB6" w14:paraId="5CD0123D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34F2C5" w14:textId="1E0989F0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52595E" w14:textId="77777777" w:rsidR="006E324A" w:rsidRPr="00D03FB6" w:rsidRDefault="00A7615C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Datum in kraj rojstva: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3B30E8" w14:textId="675080FE" w:rsidR="006E324A" w:rsidRPr="00D03FB6" w:rsidRDefault="00000000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520589448"/>
                <w:placeholder>
                  <w:docPart w:val="F5B705EFC66D4B64842774AA0A5077D0"/>
                </w:placeholder>
                <w:showingPlcHdr/>
                <w:date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C10D53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Izberite datum...</w:t>
                </w:r>
              </w:sdtContent>
            </w:sdt>
            <w:r w:rsidR="00C10D53" w:rsidRPr="00D03FB6">
              <w:rPr>
                <w:rFonts w:asciiTheme="majorHAnsi" w:hAnsiTheme="majorHAnsi" w:cstheme="majorHAnsi"/>
                <w:sz w:val="21"/>
                <w:szCs w:val="21"/>
              </w:rPr>
              <w:t xml:space="preserve">, 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-1415163031"/>
                <w:placeholder>
                  <w:docPart w:val="2831DC1C4E4F4E31B7E2C7A55459D0E3"/>
                </w:placeholder>
                <w:showingPlcHdr/>
                <w:text/>
              </w:sdtPr>
              <w:sdtContent>
                <w:r w:rsidR="00C10D53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kraj rojstva...</w:t>
                </w:r>
              </w:sdtContent>
            </w:sdt>
          </w:p>
        </w:tc>
      </w:tr>
      <w:tr w:rsidR="006E324A" w:rsidRPr="00D03FB6" w14:paraId="43CC944D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58A5D2" w14:textId="0CE81077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DE4634" w14:textId="77777777" w:rsidR="006E324A" w:rsidRPr="00D03FB6" w:rsidRDefault="00A7615C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Naslov stalnega bivališča: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37F55B" w14:textId="3A0769A5" w:rsidR="006E324A" w:rsidRPr="00D03FB6" w:rsidRDefault="00000000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tag_cand_3"/>
                <w:id w:val="970332822"/>
                <w:placeholder>
                  <w:docPart w:val="FDFF969D166C4A1E9B34328BCD0EC3DF"/>
                </w:placeholder>
                <w:showingPlcHdr/>
                <w:text/>
              </w:sdtPr>
              <w:sdtContent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naslov...</w:t>
                </w:r>
              </w:sdtContent>
            </w:sdt>
          </w:p>
        </w:tc>
      </w:tr>
      <w:tr w:rsidR="006E324A" w:rsidRPr="00D03FB6" w14:paraId="4522CD35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622BB6" w14:textId="65B2CF8F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33A182" w14:textId="4EE0C96F" w:rsidR="006E324A" w:rsidRPr="00D03FB6" w:rsidRDefault="005B3D07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Državljanstvo / Narodnost</w:t>
            </w:r>
            <w:r w:rsidR="00A7615C"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C7E181" w14:textId="6F49474F" w:rsidR="006E324A" w:rsidRPr="00D03FB6" w:rsidRDefault="00000000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tag_cand_4"/>
                <w:id w:val="701366418"/>
                <w:placeholder>
                  <w:docPart w:val="AE4F78CB7BF24E72BFA0F2922C8D6D4F"/>
                </w:placeholder>
                <w:showingPlcHdr/>
                <w:text/>
              </w:sdtPr>
              <w:sdtContent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Vnesite </w:t>
                </w:r>
                <w:r w:rsidR="005B3D07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državljanstvo</w:t>
                </w:r>
                <w:r w:rsidR="00E74AD1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in </w:t>
                </w:r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narodnost...</w:t>
                </w:r>
              </w:sdtContent>
            </w:sdt>
          </w:p>
        </w:tc>
      </w:tr>
      <w:tr w:rsidR="006E324A" w:rsidRPr="00D03FB6" w14:paraId="4575C18B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273EB2" w14:textId="5D4607B0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9D27B3" w14:textId="1C38173A" w:rsidR="006E324A" w:rsidRPr="00D03FB6" w:rsidRDefault="00E37EA4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Strokovni nazivi</w:t>
            </w:r>
            <w:r w:rsidR="00A7615C"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 w:val="21"/>
                <w:szCs w:val="21"/>
              </w:rPr>
              <w:id w:val="-533653208"/>
              <w:placeholder>
                <w:docPart w:val="53E97E0FB8D14336A1F943DF7BAEC0BC"/>
              </w:placeholder>
              <w:showingPlcHdr/>
            </w:sdtPr>
            <w:sdtContent>
              <w:p w14:paraId="6F08F396" w14:textId="2EDFC5B1" w:rsidR="00C10D53" w:rsidRPr="00D03FB6" w:rsidRDefault="00C10D53" w:rsidP="00C10D53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E37EA4" w:rsidRPr="00D03FB6" w14:paraId="1C2177DB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9A0F6E" w14:textId="77777777" w:rsidR="00E37EA4" w:rsidRPr="00D03FB6" w:rsidRDefault="00E37EA4" w:rsidP="00E37EA4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4EF95B" w14:textId="7AAEB3BD" w:rsidR="00E37EA4" w:rsidRPr="00D03FB6" w:rsidRDefault="00E37EA4" w:rsidP="00E37EA4">
            <w:pPr>
              <w:spacing w:after="0" w:line="240" w:lineRule="auto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Znanstveni nazivi</w:t>
            </w:r>
            <w:r w:rsidR="00D03FB6"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 w:val="21"/>
                <w:szCs w:val="21"/>
              </w:rPr>
              <w:id w:val="2122104287"/>
              <w:placeholder>
                <w:docPart w:val="4CDA73E5745747EA8E19234C9205EE2B"/>
              </w:placeholder>
              <w:showingPlcHdr/>
            </w:sdtPr>
            <w:sdtContent>
              <w:p w14:paraId="62C0DE6A" w14:textId="33A60A0D" w:rsidR="00E37EA4" w:rsidRPr="00D03FB6" w:rsidRDefault="00E37EA4" w:rsidP="00E37EA4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6E324A" w:rsidRPr="00D03FB6" w14:paraId="6BB0B08E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EDBAB" w14:textId="749945DB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8E17B8" w14:textId="4CD7BEE7" w:rsidR="006E324A" w:rsidRPr="00D03FB6" w:rsidRDefault="00A7615C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Šolska izobrazba:</w:t>
            </w: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(</w:t>
            </w:r>
            <w:r w:rsidR="00166D7C"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datum </w:t>
            </w:r>
            <w:r w:rsidR="000951DB"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zaključka šolanja </w:t>
            </w:r>
            <w:r w:rsidR="00166D7C"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in ustanova: dodiplomsko in podiplomsko izobraževanje</w:t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</w:tc>
        <w:sdt>
          <w:sdtPr>
            <w:rPr>
              <w:rFonts w:asciiTheme="majorHAnsi" w:hAnsiTheme="majorHAnsi" w:cstheme="majorHAnsi"/>
              <w:sz w:val="21"/>
              <w:szCs w:val="21"/>
            </w:rPr>
            <w:id w:val="955683291"/>
            <w:placeholder>
              <w:docPart w:val="8E3813719B384D458627511A46F73BA6"/>
            </w:placeholder>
            <w:showingPlcHdr/>
          </w:sdtPr>
          <w:sdtContent>
            <w:tc>
              <w:tcPr>
                <w:tcW w:w="6062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1630DD91" w14:textId="4DBC7E01" w:rsidR="006E324A" w:rsidRPr="00D03FB6" w:rsidRDefault="00D513F5" w:rsidP="00D513F5">
                <w:pPr>
                  <w:pStyle w:val="Odstavekseznama"/>
                  <w:numPr>
                    <w:ilvl w:val="0"/>
                    <w:numId w:val="13"/>
                  </w:num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podatke o izobrazbi</w:t>
                </w:r>
                <w:r w:rsidR="002C3247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(datum in ustanova)</w:t>
                </w: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. Po pritisku na tipko ENTER se ustvari nova alineja</w:t>
                </w:r>
              </w:p>
            </w:tc>
          </w:sdtContent>
        </w:sdt>
      </w:tr>
      <w:tr w:rsidR="006E324A" w:rsidRPr="00D03FB6" w14:paraId="5AF031B7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723038" w14:textId="76D267F2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B0BF44" w14:textId="11CE160F" w:rsidR="006E324A" w:rsidRPr="00D03FB6" w:rsidRDefault="00DE263E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Cs w:val="21"/>
              </w:rPr>
              <w:t>Poklic:</w:t>
            </w:r>
            <w:r w:rsidRPr="00D03FB6">
              <w:rPr>
                <w:rFonts w:asciiTheme="majorHAnsi" w:hAnsiTheme="majorHAnsi" w:cstheme="majorHAnsi"/>
                <w:b/>
                <w:szCs w:val="21"/>
              </w:rPr>
              <w:br/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(dela, ki jih je kandidat/kandidatka opravljal po šolanju)</w:t>
            </w:r>
          </w:p>
        </w:tc>
        <w:sdt>
          <w:sdtPr>
            <w:rPr>
              <w:rFonts w:asciiTheme="majorHAnsi" w:hAnsiTheme="majorHAnsi" w:cstheme="majorHAnsi"/>
              <w:sz w:val="21"/>
              <w:szCs w:val="21"/>
            </w:rPr>
            <w:id w:val="-1330360551"/>
            <w:placeholder>
              <w:docPart w:val="140ED4AA5DA7478B97D87FFAB0CA9277"/>
            </w:placeholder>
            <w:showingPlcHdr/>
          </w:sdtPr>
          <w:sdtContent>
            <w:tc>
              <w:tcPr>
                <w:tcW w:w="6062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26A67556" w14:textId="44BFBF61" w:rsidR="006E324A" w:rsidRPr="00D03FB6" w:rsidRDefault="00D513F5" w:rsidP="00D513F5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opis poklicne poti. Po pritisku na tipko ENTER se ustvari nova alineja</w:t>
                </w:r>
              </w:p>
            </w:tc>
          </w:sdtContent>
        </w:sdt>
      </w:tr>
      <w:tr w:rsidR="006E324A" w:rsidRPr="00D03FB6" w14:paraId="06E6A0F6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B032A4" w14:textId="46164607" w:rsidR="006E324A" w:rsidRPr="00D03FB6" w:rsidRDefault="006E324A" w:rsidP="004F6EEB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938C67" w14:textId="770A154E" w:rsidR="006E324A" w:rsidRPr="00D03FB6" w:rsidRDefault="00006C40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Podatki o zaposlitvi</w:t>
            </w:r>
            <w:r w:rsidR="00D03FB6"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:</w:t>
            </w: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 xml:space="preserve"> </w:t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(naslov delodajalca)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E288E" w14:textId="6D54CD9F" w:rsidR="006E324A" w:rsidRPr="00D03FB6" w:rsidRDefault="00000000" w:rsidP="00C013B9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tag_cand_8"/>
                <w:id w:val="-179975422"/>
                <w:placeholder>
                  <w:docPart w:val="8D516539D7FB43788E53FAB131A9E1D4"/>
                </w:placeholder>
                <w:showingPlcHdr/>
                <w:text/>
              </w:sdtPr>
              <w:sdtContent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Vnesite podatke o </w:t>
                </w:r>
                <w:r w:rsidR="00C10D53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trenutni </w:t>
                </w:r>
                <w:r w:rsidR="00C77EC4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zaposlitvi...</w:t>
                </w:r>
              </w:sdtContent>
            </w:sdt>
          </w:p>
        </w:tc>
      </w:tr>
    </w:tbl>
    <w:p w14:paraId="58B9BAE2" w14:textId="1C87CBB8" w:rsidR="006E324A" w:rsidRPr="00D03FB6" w:rsidRDefault="00166D7C" w:rsidP="00C10D53">
      <w:pPr>
        <w:pStyle w:val="Naslov3"/>
        <w:rPr>
          <w:rFonts w:cstheme="majorHAnsi"/>
        </w:rPr>
      </w:pPr>
      <w:r w:rsidRPr="00D03FB6">
        <w:rPr>
          <w:rFonts w:cstheme="majorHAnsi"/>
          <w:szCs w:val="21"/>
        </w:rPr>
        <w:t xml:space="preserve">DELOVANJE V DRUŠTVU IN </w:t>
      </w:r>
      <w:r w:rsidR="00EB2153" w:rsidRPr="00D03FB6">
        <w:rPr>
          <w:rFonts w:cstheme="majorHAnsi"/>
          <w:szCs w:val="21"/>
        </w:rPr>
        <w:t xml:space="preserve">DRUGIH </w:t>
      </w:r>
      <w:r w:rsidRPr="00D03FB6">
        <w:rPr>
          <w:rFonts w:cstheme="majorHAnsi"/>
          <w:szCs w:val="21"/>
        </w:rPr>
        <w:t>ORGANIZACIJAH</w:t>
      </w:r>
    </w:p>
    <w:tbl>
      <w:tblPr>
        <w:tblW w:w="0" w:type="auto"/>
        <w:jc w:val="center"/>
        <w:tblBorders>
          <w:top w:val="single" w:sz="4" w:space="0" w:color="F1CBF0" w:themeColor="accent1" w:themeTint="33"/>
          <w:bottom w:val="single" w:sz="4" w:space="0" w:color="F1CBF0" w:themeColor="accent1" w:themeTint="33"/>
          <w:insideH w:val="single" w:sz="4" w:space="0" w:color="F1CBF0" w:themeColor="accent1" w:themeTint="33"/>
        </w:tblBorders>
        <w:tblLook w:val="04A0" w:firstRow="1" w:lastRow="0" w:firstColumn="1" w:lastColumn="0" w:noHBand="0" w:noVBand="1"/>
      </w:tblPr>
      <w:tblGrid>
        <w:gridCol w:w="569"/>
        <w:gridCol w:w="3017"/>
        <w:gridCol w:w="6058"/>
      </w:tblGrid>
      <w:tr w:rsidR="0019736B" w:rsidRPr="00D03FB6" w14:paraId="2037CC3B" w14:textId="77777777" w:rsidTr="00D22354">
        <w:trPr>
          <w:trHeight w:val="388"/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09D1F8" w14:textId="0310CE07" w:rsidR="0019736B" w:rsidRPr="00D03FB6" w:rsidRDefault="0019736B" w:rsidP="00962558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C8CCD1" w14:textId="02CA6400" w:rsidR="0019736B" w:rsidRPr="00D03FB6" w:rsidRDefault="0019736B" w:rsidP="00D22354">
            <w:pPr>
              <w:spacing w:after="0" w:line="240" w:lineRule="auto"/>
              <w:contextualSpacing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  <w:t>Član</w:t>
            </w:r>
            <w:r w:rsidR="009A5F04" w:rsidRPr="00D03FB6"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  <w:t>stvo v</w:t>
            </w:r>
            <w:r w:rsidRPr="00D03FB6"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  <w:t xml:space="preserve"> SFD od leta: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 w:val="21"/>
                <w:szCs w:val="21"/>
              </w:rPr>
              <w:tag w:val="Letnica_clanstva"/>
              <w:id w:val="816302828"/>
              <w:placeholder>
                <w:docPart w:val="C109DFE0D9724D78A1F5F30488DCF897"/>
              </w:placeholder>
              <w:showingPlcHdr/>
              <w:text/>
            </w:sdtPr>
            <w:sdtContent>
              <w:p w14:paraId="706650D4" w14:textId="77777777" w:rsidR="0019736B" w:rsidRPr="00D03FB6" w:rsidRDefault="0019736B" w:rsidP="00D22354">
                <w:pPr>
                  <w:spacing w:after="0" w:line="240" w:lineRule="auto"/>
                  <w:contextualSpacing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leto (npr. 1995)...</w:t>
                </w:r>
              </w:p>
            </w:sdtContent>
          </w:sdt>
        </w:tc>
      </w:tr>
      <w:tr w:rsidR="0019736B" w:rsidRPr="00D03FB6" w14:paraId="4F9A4557" w14:textId="77777777" w:rsidTr="00D22354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A2A69D" w14:textId="3478F3B4" w:rsidR="0019736B" w:rsidRPr="00D03FB6" w:rsidRDefault="0019736B" w:rsidP="00962558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DE8AD5" w14:textId="77777777" w:rsidR="0019736B" w:rsidRPr="00D03FB6" w:rsidRDefault="0019736B" w:rsidP="00D22354">
            <w:pPr>
              <w:spacing w:after="0" w:line="240" w:lineRule="auto"/>
              <w:contextualSpacing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Članstvo v organih društva SFD:</w:t>
            </w: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(naziv organa, funkcija in mandatno obdobje)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</w:rPr>
              <w:tag w:val="cmbOrgani"/>
              <w:id w:val="-620382182"/>
              <w:placeholder>
                <w:docPart w:val="14F85D311D434AD09CADADDEF94F52E8"/>
              </w:placeholder>
              <w:showingPlcHdr/>
            </w:sdtPr>
            <w:sdtContent>
              <w:p w14:paraId="5580F740" w14:textId="77777777" w:rsidR="0019736B" w:rsidRPr="00D03FB6" w:rsidRDefault="0019736B" w:rsidP="00962558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članstva in funkcije (naziv organa, funkcija, mandatno obdobje).</w:t>
                </w: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  <w:tr w:rsidR="0019736B" w:rsidRPr="00D03FB6" w14:paraId="1510D192" w14:textId="77777777" w:rsidTr="00D22354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62F471" w14:textId="3C678CB8" w:rsidR="0019736B" w:rsidRPr="00D03FB6" w:rsidRDefault="0019736B" w:rsidP="00962558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488B16" w14:textId="77777777" w:rsidR="0019736B" w:rsidRPr="00D03FB6" w:rsidRDefault="0019736B" w:rsidP="00D22354">
            <w:pPr>
              <w:spacing w:after="0" w:line="240" w:lineRule="auto"/>
              <w:contextualSpacing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Članstvo in funkcije v drugih organizacijah: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 w:val="21"/>
                <w:szCs w:val="21"/>
              </w:rPr>
              <w:tag w:val="cmbOrgani_drugje"/>
              <w:id w:val="-1333069526"/>
              <w:placeholder>
                <w:docPart w:val="B0D5CE3F669C473390D95EBE5AB1B200"/>
              </w:placeholder>
              <w:showingPlcHdr/>
            </w:sdtPr>
            <w:sdtContent>
              <w:p w14:paraId="190CA489" w14:textId="77777777" w:rsidR="0019736B" w:rsidRPr="00D03FB6" w:rsidRDefault="0019736B" w:rsidP="00962558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članstva in funkcije.</w:t>
                </w: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  <w:tr w:rsidR="0019736B" w:rsidRPr="00D03FB6" w14:paraId="5349EEA5" w14:textId="77777777" w:rsidTr="00D22354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44918D" w14:textId="12A5856F" w:rsidR="0019736B" w:rsidRPr="00D03FB6" w:rsidRDefault="0019736B" w:rsidP="00962558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909AF2" w14:textId="77777777" w:rsidR="0019736B" w:rsidRPr="00D03FB6" w:rsidRDefault="0019736B" w:rsidP="00D22354">
            <w:pPr>
              <w:spacing w:after="0" w:line="240" w:lineRule="auto"/>
              <w:contextualSpacing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  <w:t>Dosedanja priznanja:</w:t>
            </w:r>
            <w:r w:rsidRPr="00D03FB6"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  <w:br/>
            </w:r>
            <w:r w:rsidRPr="00D03FB6">
              <w:rPr>
                <w:rFonts w:asciiTheme="majorHAnsi" w:hAnsiTheme="majorHAnsi" w:cstheme="majorHAnsi"/>
                <w:b/>
                <w:color w:val="auto"/>
                <w:szCs w:val="21"/>
              </w:rPr>
              <w:t>(datum in naziv priznanja)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 w:val="21"/>
                <w:szCs w:val="21"/>
              </w:rPr>
              <w:tag w:val="cmbPriznanja"/>
              <w:id w:val="1086568714"/>
              <w:placeholder>
                <w:docPart w:val="06BBB487F1C145DA807E27FBFDEB205D"/>
              </w:placeholder>
              <w:showingPlcHdr/>
            </w:sdtPr>
            <w:sdtContent>
              <w:p w14:paraId="0C95361F" w14:textId="77777777" w:rsidR="0019736B" w:rsidRPr="00D03FB6" w:rsidRDefault="0019736B" w:rsidP="00962558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D03FB6">
                  <w:rPr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Navedite dosedanja priznanja (datum in naziv priznanja).</w:t>
                </w: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</w:tbl>
    <w:p w14:paraId="2240A9F4" w14:textId="22028DBD" w:rsidR="00166D7C" w:rsidRPr="00D03FB6" w:rsidRDefault="00166D7C" w:rsidP="00166D7C">
      <w:pPr>
        <w:pStyle w:val="Naslov3"/>
        <w:rPr>
          <w:rFonts w:cstheme="majorHAnsi"/>
          <w:szCs w:val="21"/>
        </w:rPr>
      </w:pPr>
      <w:r w:rsidRPr="00D03FB6">
        <w:rPr>
          <w:rFonts w:cstheme="majorHAnsi"/>
          <w:szCs w:val="21"/>
        </w:rPr>
        <w:t>UTEMELJITEV IN DOSEŽKI</w:t>
      </w:r>
    </w:p>
    <w:tbl>
      <w:tblPr>
        <w:tblW w:w="0" w:type="auto"/>
        <w:jc w:val="center"/>
        <w:tblBorders>
          <w:top w:val="single" w:sz="4" w:space="0" w:color="F1CBF0" w:themeColor="accent1" w:themeTint="33"/>
          <w:bottom w:val="single" w:sz="4" w:space="0" w:color="F1CBF0" w:themeColor="accent1" w:themeTint="33"/>
          <w:insideH w:val="single" w:sz="4" w:space="0" w:color="F1CBF0" w:themeColor="accent1" w:themeTint="33"/>
        </w:tblBorders>
        <w:tblLook w:val="04A0" w:firstRow="1" w:lastRow="0" w:firstColumn="1" w:lastColumn="0" w:noHBand="0" w:noVBand="1"/>
      </w:tblPr>
      <w:tblGrid>
        <w:gridCol w:w="566"/>
        <w:gridCol w:w="3017"/>
        <w:gridCol w:w="6061"/>
      </w:tblGrid>
      <w:tr w:rsidR="000C5E8C" w:rsidRPr="00D03FB6" w14:paraId="590333EA" w14:textId="77777777" w:rsidTr="000C5E8C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0122D" w14:textId="00B6EE02" w:rsidR="000C5E8C" w:rsidRPr="00D03FB6" w:rsidRDefault="000C5E8C" w:rsidP="00962558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33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4635D0" w14:textId="4C54063B" w:rsidR="000C5E8C" w:rsidRPr="00D03FB6" w:rsidRDefault="000C5E8C" w:rsidP="000C5E8C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Utemeljitev predloga potrdil občni zbor:</w:t>
            </w:r>
          </w:p>
        </w:tc>
        <w:tc>
          <w:tcPr>
            <w:tcW w:w="61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8B7B3A" w14:textId="4D4367CC" w:rsidR="000C5E8C" w:rsidRPr="00D03FB6" w:rsidRDefault="00000000" w:rsidP="00D513F5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-9068505"/>
                <w:placeholder>
                  <w:docPart w:val="DE43BED12BCB497195812955A5C8BDEC"/>
                </w:placeholder>
                <w:showingPlcHdr/>
                <w:text/>
              </w:sdtPr>
              <w:sdtContent>
                <w:r w:rsidR="000C5E8C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kraj občnega zbora...</w:t>
                </w:r>
              </w:sdtContent>
            </w:sdt>
            <w:r w:rsidR="000C5E8C" w:rsidRPr="00D03FB6">
              <w:rPr>
                <w:rFonts w:asciiTheme="majorHAnsi" w:hAnsiTheme="majorHAnsi" w:cstheme="majorHAnsi"/>
                <w:sz w:val="21"/>
                <w:szCs w:val="21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1958909714"/>
                <w:placeholder>
                  <w:docPart w:val="57A95FD630F04516894427C1A0DE6754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0C5E8C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datum občnega zbora...</w:t>
                </w:r>
              </w:sdtContent>
            </w:sdt>
          </w:p>
        </w:tc>
      </w:tr>
      <w:tr w:rsidR="006E324A" w:rsidRPr="00D03FB6" w14:paraId="0FA2E746" w14:textId="77777777" w:rsidTr="000C5E8C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EB7BA9" w14:textId="716B98E5" w:rsidR="006E324A" w:rsidRPr="00D03FB6" w:rsidRDefault="006E324A" w:rsidP="00962558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33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F3F28F" w14:textId="06BF6846" w:rsidR="006E324A" w:rsidRPr="00D03FB6" w:rsidRDefault="00A7615C" w:rsidP="00AF3D68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Glavni dosežki v stroki:</w:t>
            </w: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(</w:t>
            </w:r>
            <w:r w:rsidR="006A3C60"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našteti </w:t>
            </w:r>
            <w:r w:rsidRPr="00D03FB6">
              <w:rPr>
                <w:rFonts w:asciiTheme="majorHAnsi" w:hAnsiTheme="majorHAnsi" w:cstheme="majorHAnsi"/>
                <w:b/>
                <w:sz w:val="16"/>
                <w:szCs w:val="16"/>
              </w:rPr>
              <w:t>po alinejah)</w:t>
            </w:r>
          </w:p>
        </w:tc>
        <w:sdt>
          <w:sdtPr>
            <w:rPr>
              <w:rFonts w:asciiTheme="majorHAnsi" w:hAnsiTheme="majorHAnsi" w:cstheme="majorHAnsi"/>
            </w:rPr>
            <w:id w:val="1720935300"/>
            <w:lock w:val="sdtLocked"/>
            <w:placeholder>
              <w:docPart w:val="2698790789D9413DB0DC86A9C7C43CCC"/>
            </w:placeholder>
            <w:showingPlcHdr/>
          </w:sdtPr>
          <w:sdtContent>
            <w:tc>
              <w:tcPr>
                <w:tcW w:w="6106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37AD5501" w14:textId="3522BD83" w:rsidR="006E324A" w:rsidRPr="00D03FB6" w:rsidRDefault="00D513F5" w:rsidP="00D513F5">
                <w:pPr>
                  <w:pStyle w:val="Odstavekseznama"/>
                  <w:numPr>
                    <w:ilvl w:val="0"/>
                    <w:numId w:val="11"/>
                  </w:numPr>
                  <w:spacing w:after="0" w:line="240" w:lineRule="auto"/>
                  <w:rPr>
                    <w:rFonts w:asciiTheme="majorHAnsi" w:hAnsiTheme="majorHAnsi" w:cstheme="majorHAnsi"/>
                    <w:szCs w:val="21"/>
                  </w:rPr>
                </w:pP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</w:t>
                </w:r>
                <w:r w:rsidR="00B92583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nes</w:t>
                </w: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</w:t>
                </w:r>
                <w:r w:rsidR="00B92583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t</w:t>
                </w: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e</w:t>
                </w:r>
                <w:r w:rsidR="00B92583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besedilo.</w:t>
                </w:r>
                <w:r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tc>
          </w:sdtContent>
        </w:sdt>
      </w:tr>
    </w:tbl>
    <w:p w14:paraId="778F2F16" w14:textId="47A7A33A" w:rsidR="006E324A" w:rsidRPr="00D03FB6" w:rsidRDefault="00A7615C" w:rsidP="002C3247">
      <w:pPr>
        <w:pStyle w:val="Naslov3"/>
        <w:rPr>
          <w:rFonts w:cstheme="majorHAnsi"/>
        </w:rPr>
      </w:pPr>
      <w:r w:rsidRPr="00D03FB6">
        <w:rPr>
          <w:rFonts w:cstheme="majorHAnsi"/>
        </w:rPr>
        <w:t>OBVEZNE PRILOGE</w:t>
      </w:r>
    </w:p>
    <w:p w14:paraId="4B0E43D8" w14:textId="77777777" w:rsidR="006E324A" w:rsidRPr="00D03FB6" w:rsidRDefault="00A7615C" w:rsidP="002C3247">
      <w:pPr>
        <w:keepNext/>
        <w:keepLines/>
        <w:spacing w:after="40"/>
        <w:rPr>
          <w:rFonts w:asciiTheme="majorHAnsi" w:hAnsiTheme="majorHAnsi" w:cstheme="majorHAnsi"/>
          <w:sz w:val="21"/>
          <w:szCs w:val="21"/>
        </w:rPr>
      </w:pPr>
      <w:r w:rsidRPr="00D03FB6">
        <w:rPr>
          <w:rFonts w:asciiTheme="majorHAnsi" w:hAnsiTheme="majorHAnsi" w:cstheme="majorHAnsi"/>
          <w:sz w:val="21"/>
          <w:szCs w:val="21"/>
        </w:rPr>
        <w:t>Označite priložene dokumente:</w:t>
      </w:r>
    </w:p>
    <w:p w14:paraId="3587410C" w14:textId="25851886" w:rsidR="00C10D53" w:rsidRPr="00D03FB6" w:rsidRDefault="00000000" w:rsidP="002C3247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 w:val="21"/>
          <w:szCs w:val="21"/>
        </w:rPr>
      </w:pPr>
      <w:sdt>
        <w:sdtPr>
          <w:rPr>
            <w:rFonts w:asciiTheme="majorHAnsi" w:hAnsiTheme="majorHAnsi" w:cstheme="majorHAnsi"/>
            <w:color w:val="auto"/>
            <w:sz w:val="21"/>
            <w:szCs w:val="21"/>
          </w:rPr>
          <w:id w:val="128415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0D53" w:rsidRPr="00D03FB6">
            <w:rPr>
              <w:rFonts w:ascii="Segoe UI Symbol" w:eastAsia="MS Gothic" w:hAnsi="Segoe UI Symbol" w:cs="Segoe UI Symbol"/>
              <w:color w:val="auto"/>
              <w:sz w:val="21"/>
              <w:szCs w:val="21"/>
            </w:rPr>
            <w:t>☐</w:t>
          </w:r>
        </w:sdtContent>
      </w:sdt>
      <w:r w:rsidR="00C10D53" w:rsidRPr="00D03FB6">
        <w:rPr>
          <w:rFonts w:asciiTheme="majorHAnsi" w:hAnsiTheme="majorHAnsi" w:cstheme="majorHAnsi"/>
          <w:color w:val="auto"/>
          <w:sz w:val="21"/>
          <w:szCs w:val="21"/>
        </w:rPr>
        <w:t xml:space="preserve"> Utemeljitev predloga (vključno z Wordov</w:t>
      </w:r>
      <w:r w:rsidR="002D2D27" w:rsidRPr="00D03FB6">
        <w:rPr>
          <w:rFonts w:asciiTheme="majorHAnsi" w:hAnsiTheme="majorHAnsi" w:cstheme="majorHAnsi"/>
          <w:color w:val="auto"/>
          <w:sz w:val="21"/>
          <w:szCs w:val="21"/>
        </w:rPr>
        <w:t>im</w:t>
      </w:r>
      <w:r w:rsidR="00C10D53" w:rsidRPr="00D03FB6">
        <w:rPr>
          <w:rFonts w:asciiTheme="majorHAnsi" w:hAnsiTheme="majorHAnsi" w:cstheme="majorHAnsi"/>
          <w:color w:val="auto"/>
          <w:sz w:val="21"/>
          <w:szCs w:val="21"/>
        </w:rPr>
        <w:t xml:space="preserve"> </w:t>
      </w:r>
      <w:r w:rsidR="002D2D27" w:rsidRPr="00D03FB6">
        <w:rPr>
          <w:rFonts w:asciiTheme="majorHAnsi" w:hAnsiTheme="majorHAnsi" w:cstheme="majorHAnsi"/>
          <w:color w:val="auto"/>
          <w:sz w:val="21"/>
          <w:szCs w:val="21"/>
        </w:rPr>
        <w:t>dokumentom</w:t>
      </w:r>
      <w:r w:rsidR="00A003D4" w:rsidRPr="00D03FB6">
        <w:rPr>
          <w:rFonts w:asciiTheme="majorHAnsi" w:hAnsiTheme="majorHAnsi" w:cstheme="majorHAnsi"/>
          <w:color w:val="auto"/>
          <w:sz w:val="21"/>
          <w:szCs w:val="21"/>
        </w:rPr>
        <w:t>, primerna za objavo v Farmacevtskem vestniku</w:t>
      </w:r>
      <w:r w:rsidR="00C10D53" w:rsidRPr="00D03FB6">
        <w:rPr>
          <w:rFonts w:asciiTheme="majorHAnsi" w:hAnsiTheme="majorHAnsi" w:cstheme="majorHAnsi"/>
          <w:color w:val="auto"/>
          <w:sz w:val="21"/>
          <w:szCs w:val="21"/>
        </w:rPr>
        <w:t>)</w:t>
      </w:r>
    </w:p>
    <w:p w14:paraId="7D174EBF" w14:textId="0CDC5675" w:rsidR="00C10D53" w:rsidRPr="00D03FB6" w:rsidRDefault="00000000" w:rsidP="002C3247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 w:val="21"/>
          <w:szCs w:val="21"/>
        </w:rPr>
      </w:pPr>
      <w:sdt>
        <w:sdtPr>
          <w:rPr>
            <w:rFonts w:asciiTheme="majorHAnsi" w:hAnsiTheme="majorHAnsi" w:cstheme="majorHAnsi"/>
            <w:color w:val="auto"/>
            <w:sz w:val="21"/>
            <w:szCs w:val="21"/>
          </w:rPr>
          <w:id w:val="1855541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0D53" w:rsidRPr="00D03FB6">
            <w:rPr>
              <w:rFonts w:ascii="Segoe UI Symbol" w:hAnsi="Segoe UI Symbol" w:cs="Segoe UI Symbol"/>
              <w:color w:val="auto"/>
              <w:sz w:val="21"/>
              <w:szCs w:val="21"/>
            </w:rPr>
            <w:t>☐</w:t>
          </w:r>
        </w:sdtContent>
      </w:sdt>
      <w:r w:rsidR="00C10D53" w:rsidRPr="00D03FB6">
        <w:rPr>
          <w:rFonts w:asciiTheme="majorHAnsi" w:hAnsiTheme="majorHAnsi" w:cstheme="majorHAnsi"/>
          <w:color w:val="auto"/>
          <w:sz w:val="21"/>
          <w:szCs w:val="21"/>
        </w:rPr>
        <w:t xml:space="preserve"> Kopija zapisnika občnega zbora s sklepom </w:t>
      </w:r>
      <w:r w:rsidR="00EB2153" w:rsidRPr="00D03FB6">
        <w:rPr>
          <w:rFonts w:asciiTheme="majorHAnsi" w:hAnsiTheme="majorHAnsi" w:cstheme="majorHAnsi"/>
          <w:color w:val="auto"/>
          <w:sz w:val="21"/>
          <w:szCs w:val="21"/>
        </w:rPr>
        <w:t>občnega zbora</w:t>
      </w:r>
      <w:r w:rsidR="00C10D53" w:rsidRPr="00D03FB6">
        <w:rPr>
          <w:rFonts w:asciiTheme="majorHAnsi" w:hAnsiTheme="majorHAnsi" w:cstheme="majorHAnsi"/>
          <w:color w:val="auto"/>
          <w:sz w:val="21"/>
          <w:szCs w:val="21"/>
        </w:rPr>
        <w:t>, ki je predlog potrdil</w:t>
      </w:r>
    </w:p>
    <w:p w14:paraId="0235003C" w14:textId="77777777" w:rsidR="00C10D53" w:rsidRPr="00D03FB6" w:rsidRDefault="00000000" w:rsidP="002C3247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 w:val="21"/>
          <w:szCs w:val="21"/>
        </w:rPr>
      </w:pPr>
      <w:sdt>
        <w:sdtPr>
          <w:rPr>
            <w:rFonts w:asciiTheme="majorHAnsi" w:hAnsiTheme="majorHAnsi" w:cstheme="majorHAnsi"/>
            <w:color w:val="auto"/>
            <w:sz w:val="21"/>
            <w:szCs w:val="21"/>
          </w:rPr>
          <w:id w:val="1240442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0D53" w:rsidRPr="00D03FB6">
            <w:rPr>
              <w:rFonts w:ascii="Segoe UI Symbol" w:hAnsi="Segoe UI Symbol" w:cs="Segoe UI Symbol"/>
              <w:color w:val="auto"/>
              <w:sz w:val="21"/>
              <w:szCs w:val="21"/>
            </w:rPr>
            <w:t>☐</w:t>
          </w:r>
        </w:sdtContent>
      </w:sdt>
      <w:r w:rsidR="00C10D53" w:rsidRPr="00D03FB6">
        <w:rPr>
          <w:rFonts w:asciiTheme="majorHAnsi" w:hAnsiTheme="majorHAnsi" w:cstheme="majorHAnsi"/>
          <w:color w:val="auto"/>
          <w:sz w:val="21"/>
          <w:szCs w:val="21"/>
        </w:rPr>
        <w:t xml:space="preserve"> Pisno soglasje kandidata / kandidatke</w:t>
      </w:r>
    </w:p>
    <w:p w14:paraId="7D8FEC1C" w14:textId="2407507D" w:rsidR="006E324A" w:rsidRPr="00D03FB6" w:rsidRDefault="00A7615C" w:rsidP="00C10D53">
      <w:pPr>
        <w:pStyle w:val="Naslov3"/>
        <w:rPr>
          <w:rFonts w:cstheme="majorHAnsi"/>
        </w:rPr>
      </w:pPr>
      <w:r w:rsidRPr="00D03FB6">
        <w:rPr>
          <w:rFonts w:cstheme="majorHAnsi"/>
        </w:rPr>
        <w:t>IZJAVA IN PODPIS</w:t>
      </w:r>
    </w:p>
    <w:p w14:paraId="1561E1CA" w14:textId="77777777" w:rsidR="006E324A" w:rsidRPr="00D03FB6" w:rsidRDefault="00A7615C">
      <w:pPr>
        <w:spacing w:before="80" w:after="240"/>
        <w:rPr>
          <w:rFonts w:asciiTheme="majorHAnsi" w:hAnsiTheme="majorHAnsi" w:cstheme="majorHAnsi"/>
          <w:sz w:val="21"/>
          <w:szCs w:val="21"/>
        </w:rPr>
      </w:pPr>
      <w:r w:rsidRPr="00D03FB6">
        <w:rPr>
          <w:rFonts w:asciiTheme="majorHAnsi" w:hAnsiTheme="majorHAnsi" w:cstheme="majorHAnsi"/>
          <w:i/>
          <w:sz w:val="21"/>
          <w:szCs w:val="21"/>
        </w:rPr>
        <w:t>S podpisom predlagatelj jamči za resničnost podatkov, vključenih v predlog, in zagotavlja, da je pri izboru upošteval Kodeks farmacevtske etike članov SFD.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61"/>
        <w:gridCol w:w="4883"/>
      </w:tblGrid>
      <w:tr w:rsidR="006E324A" w:rsidRPr="00D03FB6" w14:paraId="00A3AB4E" w14:textId="77777777">
        <w:trPr>
          <w:jc w:val="center"/>
        </w:trPr>
        <w:tc>
          <w:tcPr>
            <w:tcW w:w="4896" w:type="dxa"/>
          </w:tcPr>
          <w:p w14:paraId="671FC059" w14:textId="1D3FEB00" w:rsidR="006E324A" w:rsidRPr="00D03FB6" w:rsidRDefault="00A7615C">
            <w:pPr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t>Kraj in datum:</w:t>
            </w:r>
            <w:r w:rsidRPr="00D03FB6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-374314148"/>
                <w:placeholder>
                  <w:docPart w:val="A70D7B34AA6346CFAFDBF04BB19E04D7"/>
                </w:placeholder>
                <w:showingPlcHdr/>
              </w:sdtPr>
              <w:sdtContent>
                <w:r w:rsidR="000C5E8C" w:rsidRPr="00D03FB6">
                  <w:rPr>
                    <w:rStyle w:val="Besedilooznabemesta"/>
                    <w:rFonts w:asciiTheme="majorHAnsi" w:hAnsiTheme="majorHAnsi" w:cstheme="majorHAnsi"/>
                    <w:i/>
                    <w:iCs/>
                    <w:sz w:val="21"/>
                    <w:szCs w:val="21"/>
                  </w:rPr>
                  <w:t>Vpišite kraj</w:t>
                </w:r>
              </w:sdtContent>
            </w:sdt>
            <w:r w:rsidR="000C5E8C" w:rsidRPr="00D03FB6">
              <w:rPr>
                <w:rFonts w:asciiTheme="majorHAnsi" w:hAnsiTheme="majorHAnsi" w:cstheme="majorHAnsi"/>
                <w:sz w:val="21"/>
                <w:szCs w:val="21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id w:val="1522360232"/>
                <w:placeholder>
                  <w:docPart w:val="CD14C279255F4A278F46BE0B734EA039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0C5E8C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Izberite datum...</w:t>
                </w:r>
              </w:sdtContent>
            </w:sdt>
          </w:p>
        </w:tc>
        <w:tc>
          <w:tcPr>
            <w:tcW w:w="4896" w:type="dxa"/>
          </w:tcPr>
          <w:p w14:paraId="4822F87D" w14:textId="3FF3D0D9" w:rsidR="006E324A" w:rsidRPr="00D03FB6" w:rsidRDefault="00A7615C">
            <w:pPr>
              <w:rPr>
                <w:rFonts w:asciiTheme="majorHAnsi" w:hAnsiTheme="majorHAnsi" w:cstheme="majorHAnsi"/>
                <w:sz w:val="21"/>
                <w:szCs w:val="21"/>
              </w:rPr>
            </w:pPr>
            <w:r w:rsidRPr="00D03FB6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Žig in podpis predsednika/ce podružnice/sekcije:</w:t>
            </w:r>
            <w:r w:rsidRPr="00D03FB6">
              <w:rPr>
                <w:rFonts w:asciiTheme="majorHAnsi" w:hAnsiTheme="majorHAnsi" w:cstheme="majorHAnsi"/>
                <w:sz w:val="21"/>
                <w:szCs w:val="21"/>
              </w:rPr>
              <w:br/>
            </w:r>
            <w:sdt>
              <w:sdtPr>
                <w:rPr>
                  <w:rFonts w:asciiTheme="majorHAnsi" w:hAnsiTheme="majorHAnsi" w:cstheme="majorHAnsi"/>
                  <w:szCs w:val="21"/>
                </w:rPr>
                <w:tag w:val="tag_cand_8"/>
                <w:id w:val="-615065761"/>
                <w:placeholder>
                  <w:docPart w:val="942AE318A1294A9CB12CEEAB67B85E83"/>
                </w:placeholder>
                <w:showingPlcHdr/>
                <w:text/>
              </w:sdtPr>
              <w:sdtContent>
                <w:r w:rsidR="004B743C" w:rsidRPr="00D03FB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>Vnesite ime in priimek...</w:t>
                </w:r>
              </w:sdtContent>
            </w:sdt>
            <w:r w:rsidRPr="00D03FB6">
              <w:rPr>
                <w:rFonts w:asciiTheme="majorHAnsi" w:hAnsiTheme="majorHAnsi" w:cstheme="majorHAnsi"/>
                <w:sz w:val="21"/>
                <w:szCs w:val="21"/>
              </w:rPr>
              <w:br/>
            </w:r>
            <w:r w:rsidRPr="00D03FB6">
              <w:rPr>
                <w:rFonts w:asciiTheme="majorHAnsi" w:hAnsiTheme="majorHAnsi" w:cstheme="majorHAnsi"/>
                <w:sz w:val="21"/>
                <w:szCs w:val="21"/>
              </w:rPr>
              <w:br/>
              <w:t>_________________________________________</w:t>
            </w:r>
          </w:p>
        </w:tc>
      </w:tr>
    </w:tbl>
    <w:p w14:paraId="21EF8549" w14:textId="77777777" w:rsidR="00E52963" w:rsidRPr="00D03FB6" w:rsidRDefault="00E52963">
      <w:pPr>
        <w:rPr>
          <w:rFonts w:asciiTheme="majorHAnsi" w:hAnsiTheme="majorHAnsi" w:cstheme="majorHAnsi"/>
        </w:rPr>
      </w:pPr>
    </w:p>
    <w:p w14:paraId="187D4735" w14:textId="77777777" w:rsidR="00907E4F" w:rsidRPr="00D03FB6" w:rsidRDefault="00907E4F">
      <w:pPr>
        <w:rPr>
          <w:rFonts w:asciiTheme="majorHAnsi" w:hAnsiTheme="majorHAnsi" w:cstheme="majorHAnsi"/>
        </w:rPr>
      </w:pPr>
    </w:p>
    <w:p w14:paraId="36600139" w14:textId="77777777" w:rsidR="00907E4F" w:rsidRPr="00D03FB6" w:rsidRDefault="00907E4F">
      <w:pPr>
        <w:rPr>
          <w:rFonts w:asciiTheme="majorHAnsi" w:hAnsiTheme="majorHAnsi" w:cstheme="majorHAnsi"/>
        </w:rPr>
      </w:pPr>
    </w:p>
    <w:p w14:paraId="3E81F972" w14:textId="77777777" w:rsidR="00907E4F" w:rsidRPr="00D03FB6" w:rsidRDefault="00907E4F" w:rsidP="00907E4F">
      <w:pPr>
        <w:spacing w:before="400" w:after="80"/>
        <w:rPr>
          <w:rFonts w:asciiTheme="majorHAnsi" w:hAnsiTheme="majorHAnsi" w:cstheme="majorHAnsi"/>
          <w:color w:val="auto"/>
        </w:rPr>
      </w:pPr>
      <w:r w:rsidRPr="00D03FB6">
        <w:rPr>
          <w:rFonts w:asciiTheme="majorHAnsi" w:hAnsiTheme="majorHAnsi" w:cstheme="majorHAnsi"/>
          <w:b/>
          <w:color w:val="auto"/>
        </w:rPr>
        <w:t>Navodila za oddajo:</w:t>
      </w:r>
      <w:r w:rsidRPr="00D03FB6">
        <w:rPr>
          <w:rFonts w:asciiTheme="majorHAnsi" w:hAnsiTheme="majorHAnsi" w:cstheme="majorHAnsi"/>
          <w:b/>
          <w:color w:val="auto"/>
        </w:rPr>
        <w:br/>
      </w:r>
      <w:r w:rsidRPr="00D03FB6">
        <w:rPr>
          <w:rFonts w:asciiTheme="majorHAnsi" w:hAnsiTheme="majorHAnsi" w:cstheme="majorHAnsi"/>
          <w:i/>
          <w:color w:val="auto"/>
          <w:sz w:val="18"/>
        </w:rPr>
        <w:t>Zahtevano dokumentacijo pošljite na naslov: Slovensko farmacevtsko društvo, Dunajska cesta 184A, 1000 Ljubljana (za OPDP) ter v elektronski obliki na e-naslov: pisarna@sfd.si. Besedilo utemeljitve pošljite tudi v ločenem Wordovem dokumentu.</w:t>
      </w:r>
    </w:p>
    <w:p w14:paraId="6DA3C323" w14:textId="77777777" w:rsidR="00907E4F" w:rsidRPr="00D03FB6" w:rsidRDefault="00907E4F">
      <w:pPr>
        <w:rPr>
          <w:rFonts w:asciiTheme="majorHAnsi" w:hAnsiTheme="majorHAnsi" w:cstheme="majorHAnsi"/>
        </w:rPr>
      </w:pPr>
    </w:p>
    <w:sectPr w:rsidR="00907E4F" w:rsidRPr="00D03FB6" w:rsidSect="00C013B9">
      <w:headerReference w:type="default" r:id="rId8"/>
      <w:footerReference w:type="default" r:id="rId9"/>
      <w:endnotePr>
        <w:numFmt w:val="decimal"/>
      </w:endnotePr>
      <w:pgSz w:w="12240" w:h="15840"/>
      <w:pgMar w:top="1151" w:right="1298" w:bottom="1151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4D0B" w14:textId="77777777" w:rsidR="00083069" w:rsidRPr="00761799" w:rsidRDefault="00083069" w:rsidP="002C3247">
      <w:pPr>
        <w:spacing w:after="0" w:line="240" w:lineRule="auto"/>
      </w:pPr>
      <w:r w:rsidRPr="00761799">
        <w:separator/>
      </w:r>
    </w:p>
  </w:endnote>
  <w:endnote w:type="continuationSeparator" w:id="0">
    <w:p w14:paraId="7C0B3703" w14:textId="77777777" w:rsidR="00083069" w:rsidRPr="00761799" w:rsidRDefault="00083069" w:rsidP="002C3247">
      <w:pPr>
        <w:spacing w:after="0" w:line="240" w:lineRule="auto"/>
      </w:pPr>
      <w:r w:rsidRPr="00761799">
        <w:continuationSeparator/>
      </w:r>
    </w:p>
  </w:endnote>
  <w:endnote w:id="1">
    <w:p w14:paraId="43073D2B" w14:textId="77777777" w:rsidR="00A220F3" w:rsidRPr="001311E6" w:rsidRDefault="00F86BF3" w:rsidP="00A220F3">
      <w:pPr>
        <w:pStyle w:val="Konnaopomba-besedilo"/>
        <w:rPr>
          <w:sz w:val="18"/>
          <w:szCs w:val="18"/>
        </w:rPr>
      </w:pPr>
      <w:r>
        <w:rPr>
          <w:rStyle w:val="Konnaopomba-sklic"/>
        </w:rPr>
        <w:endnoteRef/>
      </w:r>
      <w:r>
        <w:t xml:space="preserve"> </w:t>
      </w:r>
      <w:r w:rsidR="00A220F3" w:rsidRPr="001311E6">
        <w:rPr>
          <w:sz w:val="18"/>
          <w:szCs w:val="18"/>
        </w:rPr>
        <w:t>Minařikovo priznanje se lahko podeli članom SFD:</w:t>
      </w:r>
    </w:p>
    <w:p w14:paraId="07C283C0" w14:textId="4C84BAC3" w:rsidR="00A220F3" w:rsidRPr="001311E6" w:rsidRDefault="00A220F3" w:rsidP="001311E6">
      <w:pPr>
        <w:pStyle w:val="Konnaopomba-besedilo"/>
        <w:numPr>
          <w:ilvl w:val="0"/>
          <w:numId w:val="17"/>
        </w:numPr>
        <w:ind w:left="794" w:hanging="397"/>
        <w:rPr>
          <w:sz w:val="18"/>
          <w:szCs w:val="18"/>
        </w:rPr>
      </w:pPr>
      <w:r w:rsidRPr="001311E6">
        <w:rPr>
          <w:sz w:val="18"/>
          <w:szCs w:val="18"/>
        </w:rPr>
        <w:t>za uspešno, praviloma 10-letno organizacijsko in/ali strokovno delovanje v podružnicah, sekcijah ali organih Društva;</w:t>
      </w:r>
    </w:p>
    <w:p w14:paraId="4C450A28" w14:textId="7FDF1AC4" w:rsidR="00A220F3" w:rsidRPr="001311E6" w:rsidRDefault="00A220F3" w:rsidP="001311E6">
      <w:pPr>
        <w:pStyle w:val="Konnaopomba-besedilo"/>
        <w:numPr>
          <w:ilvl w:val="0"/>
          <w:numId w:val="17"/>
        </w:numPr>
        <w:ind w:left="794" w:hanging="397"/>
        <w:rPr>
          <w:sz w:val="18"/>
          <w:szCs w:val="18"/>
        </w:rPr>
      </w:pPr>
      <w:r w:rsidRPr="001311E6">
        <w:rPr>
          <w:sz w:val="18"/>
          <w:szCs w:val="18"/>
        </w:rPr>
        <w:t>za uspešno predstavitev dosežkov znanstveno-raziskovalnega dela strokovni javnosti in širši družbeni skupnosti (predavanja, publiciranje) in prenos rezultatov v prakso v lokalnem okolju ali širše, ali</w:t>
      </w:r>
    </w:p>
    <w:p w14:paraId="31E4955A" w14:textId="2D12D621" w:rsidR="00F86BF3" w:rsidRDefault="00A220F3" w:rsidP="001311E6">
      <w:pPr>
        <w:pStyle w:val="Konnaopomba-besedilo"/>
        <w:numPr>
          <w:ilvl w:val="0"/>
          <w:numId w:val="17"/>
        </w:numPr>
        <w:ind w:left="794" w:hanging="397"/>
      </w:pPr>
      <w:r w:rsidRPr="001311E6">
        <w:rPr>
          <w:sz w:val="18"/>
          <w:szCs w:val="18"/>
        </w:rPr>
        <w:t>za uspešno organizacijsko in/ali strokovno delo pri širjenju farmacevtske dejavnosti in uveljavitvi novih oblik delovanja, ki so prispevale k razvoju farmacije.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BB41" w14:textId="732C4A3C" w:rsidR="00824CBB" w:rsidRPr="000345C4" w:rsidRDefault="00824CBB" w:rsidP="00824CBB">
    <w:pPr>
      <w:pStyle w:val="Noga"/>
      <w:jc w:val="center"/>
      <w:rPr>
        <w:rFonts w:cs="Calibri"/>
        <w:sz w:val="20"/>
        <w:szCs w:val="20"/>
      </w:rPr>
    </w:pPr>
    <w:r w:rsidRPr="000345C4">
      <w:rPr>
        <w:rFonts w:cs="Calibri"/>
        <w:sz w:val="20"/>
        <w:szCs w:val="20"/>
      </w:rPr>
      <w:t xml:space="preserve">Stran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PAGE</w:instrText>
    </w:r>
    <w:r w:rsidRPr="000345C4">
      <w:rPr>
        <w:rFonts w:cs="Calibri"/>
        <w:b/>
        <w:bCs/>
        <w:sz w:val="20"/>
        <w:szCs w:val="20"/>
      </w:rPr>
      <w:fldChar w:fldCharType="separate"/>
    </w:r>
    <w:r>
      <w:rPr>
        <w:rFonts w:cs="Calibri"/>
        <w:b/>
        <w:bCs/>
        <w:sz w:val="20"/>
        <w:szCs w:val="20"/>
      </w:rPr>
      <w:t>1</w:t>
    </w:r>
    <w:r w:rsidRPr="000345C4">
      <w:rPr>
        <w:rFonts w:cs="Calibri"/>
        <w:b/>
        <w:bCs/>
        <w:sz w:val="20"/>
        <w:szCs w:val="20"/>
      </w:rPr>
      <w:fldChar w:fldCharType="end"/>
    </w:r>
    <w:r w:rsidRPr="000345C4">
      <w:rPr>
        <w:rFonts w:cs="Calibri"/>
        <w:sz w:val="20"/>
        <w:szCs w:val="20"/>
      </w:rPr>
      <w:t xml:space="preserve"> od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NUMPAGES</w:instrText>
    </w:r>
    <w:r w:rsidRPr="000345C4">
      <w:rPr>
        <w:rFonts w:cs="Calibri"/>
        <w:b/>
        <w:bCs/>
        <w:sz w:val="20"/>
        <w:szCs w:val="20"/>
      </w:rPr>
      <w:fldChar w:fldCharType="separate"/>
    </w:r>
    <w:r>
      <w:rPr>
        <w:rFonts w:cs="Calibri"/>
        <w:b/>
        <w:bCs/>
        <w:sz w:val="20"/>
        <w:szCs w:val="20"/>
      </w:rPr>
      <w:t>2</w:t>
    </w:r>
    <w:r w:rsidRPr="000345C4">
      <w:rPr>
        <w:rFonts w:cs="Calibri"/>
        <w:b/>
        <w:bCs/>
        <w:sz w:val="20"/>
        <w:szCs w:val="20"/>
      </w:rPr>
      <w:fldChar w:fldCharType="end"/>
    </w:r>
  </w:p>
  <w:p w14:paraId="3C3F5539" w14:textId="4D5C90D0" w:rsidR="00824CBB" w:rsidRDefault="00824CBB" w:rsidP="00824CB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9E49C" w14:textId="77777777" w:rsidR="00083069" w:rsidRPr="00761799" w:rsidRDefault="00083069" w:rsidP="002C3247">
      <w:pPr>
        <w:spacing w:after="0" w:line="240" w:lineRule="auto"/>
      </w:pPr>
      <w:r w:rsidRPr="00761799">
        <w:separator/>
      </w:r>
    </w:p>
  </w:footnote>
  <w:footnote w:type="continuationSeparator" w:id="0">
    <w:p w14:paraId="46ABE89D" w14:textId="77777777" w:rsidR="00083069" w:rsidRPr="00761799" w:rsidRDefault="00083069" w:rsidP="002C3247">
      <w:pPr>
        <w:spacing w:after="0" w:line="240" w:lineRule="auto"/>
      </w:pPr>
      <w:r w:rsidRPr="007617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DC0F8" w14:textId="18ACE48B" w:rsidR="002C3247" w:rsidRPr="00761799" w:rsidRDefault="00612764" w:rsidP="002C3247">
    <w:pPr>
      <w:pStyle w:val="Glava"/>
      <w:jc w:val="right"/>
      <w:rPr>
        <w:rFonts w:ascii="Calibri" w:hAnsi="Calibri" w:cs="Calibri"/>
        <w:sz w:val="18"/>
        <w:szCs w:val="18"/>
      </w:rPr>
    </w:pPr>
    <w:r w:rsidRPr="005B2E31">
      <w:rPr>
        <w:rFonts w:ascii="Calibri" w:hAnsi="Calibri" w:cs="Calibri"/>
        <w:sz w:val="18"/>
        <w:szCs w:val="18"/>
      </w:rPr>
      <w:t xml:space="preserve">Obr. M. </w:t>
    </w:r>
    <w:r>
      <w:rPr>
        <w:rFonts w:ascii="Calibri" w:hAnsi="Calibri" w:cs="Calibri"/>
        <w:sz w:val="18"/>
        <w:szCs w:val="18"/>
      </w:rPr>
      <w:t>PRIZNANJ</w:t>
    </w:r>
    <w:r w:rsidRPr="005B2E31">
      <w:rPr>
        <w:rFonts w:ascii="Calibri" w:hAnsi="Calibri" w:cs="Calibri"/>
        <w:sz w:val="18"/>
        <w:szCs w:val="18"/>
      </w:rPr>
      <w:t>E-</w:t>
    </w:r>
    <w:r w:rsidR="002C3247" w:rsidRPr="00761799">
      <w:rPr>
        <w:rFonts w:ascii="Calibri" w:hAnsi="Calibri" w:cs="Calibri"/>
        <w:sz w:val="18"/>
        <w:szCs w:val="18"/>
      </w:rPr>
      <w:t>2027</w:t>
    </w:r>
  </w:p>
  <w:p w14:paraId="4B2E41BF" w14:textId="77777777" w:rsidR="002C3247" w:rsidRPr="00761799" w:rsidRDefault="002C324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6374"/>
    <w:multiLevelType w:val="hybridMultilevel"/>
    <w:tmpl w:val="C16CD69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B23B18"/>
    <w:multiLevelType w:val="hybridMultilevel"/>
    <w:tmpl w:val="71DA482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AA6260"/>
    <w:multiLevelType w:val="hybridMultilevel"/>
    <w:tmpl w:val="3B48C08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CA1A45"/>
    <w:multiLevelType w:val="hybridMultilevel"/>
    <w:tmpl w:val="DF4618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E763D"/>
    <w:multiLevelType w:val="hybridMultilevel"/>
    <w:tmpl w:val="AAC25E0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D77EAA"/>
    <w:multiLevelType w:val="hybridMultilevel"/>
    <w:tmpl w:val="68B446AC"/>
    <w:lvl w:ilvl="0" w:tplc="805245CE">
      <w:start w:val="1"/>
      <w:numFmt w:val="upperRoman"/>
      <w:pStyle w:val="Naslov3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86981"/>
    <w:multiLevelType w:val="hybridMultilevel"/>
    <w:tmpl w:val="9B9E85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4F39A5"/>
    <w:multiLevelType w:val="hybridMultilevel"/>
    <w:tmpl w:val="6BA631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66476"/>
    <w:multiLevelType w:val="hybridMultilevel"/>
    <w:tmpl w:val="9B4E70AE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6833F1"/>
    <w:multiLevelType w:val="hybridMultilevel"/>
    <w:tmpl w:val="95A8B540"/>
    <w:lvl w:ilvl="0" w:tplc="8DAA516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4088894">
    <w:abstractNumId w:val="8"/>
  </w:num>
  <w:num w:numId="2" w16cid:durableId="2115519778">
    <w:abstractNumId w:val="6"/>
  </w:num>
  <w:num w:numId="3" w16cid:durableId="484467423">
    <w:abstractNumId w:val="5"/>
  </w:num>
  <w:num w:numId="4" w16cid:durableId="291637399">
    <w:abstractNumId w:val="4"/>
  </w:num>
  <w:num w:numId="5" w16cid:durableId="853494112">
    <w:abstractNumId w:val="7"/>
  </w:num>
  <w:num w:numId="6" w16cid:durableId="1910309560">
    <w:abstractNumId w:val="3"/>
  </w:num>
  <w:num w:numId="7" w16cid:durableId="1671250063">
    <w:abstractNumId w:val="2"/>
  </w:num>
  <w:num w:numId="8" w16cid:durableId="439181648">
    <w:abstractNumId w:val="1"/>
  </w:num>
  <w:num w:numId="9" w16cid:durableId="1684353975">
    <w:abstractNumId w:val="0"/>
  </w:num>
  <w:num w:numId="10" w16cid:durableId="2067875273">
    <w:abstractNumId w:val="16"/>
  </w:num>
  <w:num w:numId="11" w16cid:durableId="1595938654">
    <w:abstractNumId w:val="10"/>
  </w:num>
  <w:num w:numId="12" w16cid:durableId="1727416134">
    <w:abstractNumId w:val="9"/>
  </w:num>
  <w:num w:numId="13" w16cid:durableId="1326518281">
    <w:abstractNumId w:val="15"/>
  </w:num>
  <w:num w:numId="14" w16cid:durableId="1795320630">
    <w:abstractNumId w:val="13"/>
  </w:num>
  <w:num w:numId="15" w16cid:durableId="1232470494">
    <w:abstractNumId w:val="14"/>
  </w:num>
  <w:num w:numId="16" w16cid:durableId="46418547">
    <w:abstractNumId w:val="17"/>
  </w:num>
  <w:num w:numId="17" w16cid:durableId="1776173225">
    <w:abstractNumId w:val="18"/>
  </w:num>
  <w:num w:numId="18" w16cid:durableId="1344356801">
    <w:abstractNumId w:val="11"/>
  </w:num>
  <w:num w:numId="19" w16cid:durableId="20539937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E7A"/>
    <w:rsid w:val="00004825"/>
    <w:rsid w:val="00006C40"/>
    <w:rsid w:val="00013B36"/>
    <w:rsid w:val="00016C16"/>
    <w:rsid w:val="00034616"/>
    <w:rsid w:val="00043458"/>
    <w:rsid w:val="00050083"/>
    <w:rsid w:val="0006063C"/>
    <w:rsid w:val="00067761"/>
    <w:rsid w:val="00083069"/>
    <w:rsid w:val="000951DB"/>
    <w:rsid w:val="000C5E8C"/>
    <w:rsid w:val="000E0D7C"/>
    <w:rsid w:val="00130625"/>
    <w:rsid w:val="001311E6"/>
    <w:rsid w:val="0015074B"/>
    <w:rsid w:val="0015250D"/>
    <w:rsid w:val="00166D7C"/>
    <w:rsid w:val="0017115A"/>
    <w:rsid w:val="001766B9"/>
    <w:rsid w:val="0019736B"/>
    <w:rsid w:val="001D6F1D"/>
    <w:rsid w:val="001E4F6E"/>
    <w:rsid w:val="001F363B"/>
    <w:rsid w:val="001F45E9"/>
    <w:rsid w:val="00263D85"/>
    <w:rsid w:val="00277346"/>
    <w:rsid w:val="0029158E"/>
    <w:rsid w:val="0029639D"/>
    <w:rsid w:val="002B20F9"/>
    <w:rsid w:val="002B37C2"/>
    <w:rsid w:val="002C3247"/>
    <w:rsid w:val="002D2D27"/>
    <w:rsid w:val="002F6F1C"/>
    <w:rsid w:val="00301122"/>
    <w:rsid w:val="00326F90"/>
    <w:rsid w:val="0034415B"/>
    <w:rsid w:val="003A09AA"/>
    <w:rsid w:val="003A261D"/>
    <w:rsid w:val="003D599A"/>
    <w:rsid w:val="003E6B4B"/>
    <w:rsid w:val="003F4791"/>
    <w:rsid w:val="003F61FD"/>
    <w:rsid w:val="00410D0C"/>
    <w:rsid w:val="0041651A"/>
    <w:rsid w:val="004660E4"/>
    <w:rsid w:val="0047366F"/>
    <w:rsid w:val="004A57B7"/>
    <w:rsid w:val="004B743C"/>
    <w:rsid w:val="004C2FE1"/>
    <w:rsid w:val="004F6EEB"/>
    <w:rsid w:val="0050102D"/>
    <w:rsid w:val="00547093"/>
    <w:rsid w:val="00562C9A"/>
    <w:rsid w:val="0057596C"/>
    <w:rsid w:val="005B2A1B"/>
    <w:rsid w:val="005B3D07"/>
    <w:rsid w:val="00612764"/>
    <w:rsid w:val="006812DD"/>
    <w:rsid w:val="00685BF8"/>
    <w:rsid w:val="006A36A0"/>
    <w:rsid w:val="006A3C60"/>
    <w:rsid w:val="006D0711"/>
    <w:rsid w:val="006E324A"/>
    <w:rsid w:val="006F616D"/>
    <w:rsid w:val="00706B39"/>
    <w:rsid w:val="00711AE1"/>
    <w:rsid w:val="00761799"/>
    <w:rsid w:val="007968CF"/>
    <w:rsid w:val="007B721B"/>
    <w:rsid w:val="007F2FCD"/>
    <w:rsid w:val="00824CBB"/>
    <w:rsid w:val="008331E9"/>
    <w:rsid w:val="0085329D"/>
    <w:rsid w:val="00863BBF"/>
    <w:rsid w:val="00874C33"/>
    <w:rsid w:val="00884F0B"/>
    <w:rsid w:val="008C679F"/>
    <w:rsid w:val="008C7B0A"/>
    <w:rsid w:val="00907E4F"/>
    <w:rsid w:val="00916437"/>
    <w:rsid w:val="009327FE"/>
    <w:rsid w:val="009617E6"/>
    <w:rsid w:val="00962558"/>
    <w:rsid w:val="00967E3C"/>
    <w:rsid w:val="009A5F04"/>
    <w:rsid w:val="009D6E4E"/>
    <w:rsid w:val="009E058B"/>
    <w:rsid w:val="009E597D"/>
    <w:rsid w:val="00A003D4"/>
    <w:rsid w:val="00A05895"/>
    <w:rsid w:val="00A2098D"/>
    <w:rsid w:val="00A220F3"/>
    <w:rsid w:val="00A6622A"/>
    <w:rsid w:val="00A7615C"/>
    <w:rsid w:val="00AA1D8D"/>
    <w:rsid w:val="00AA422E"/>
    <w:rsid w:val="00AC5F28"/>
    <w:rsid w:val="00AF3D68"/>
    <w:rsid w:val="00B04AD8"/>
    <w:rsid w:val="00B22522"/>
    <w:rsid w:val="00B47730"/>
    <w:rsid w:val="00B54A31"/>
    <w:rsid w:val="00B92583"/>
    <w:rsid w:val="00B967B6"/>
    <w:rsid w:val="00BA4B2F"/>
    <w:rsid w:val="00BB1F08"/>
    <w:rsid w:val="00BD3505"/>
    <w:rsid w:val="00C013B9"/>
    <w:rsid w:val="00C06413"/>
    <w:rsid w:val="00C10D53"/>
    <w:rsid w:val="00C62A97"/>
    <w:rsid w:val="00C77EC4"/>
    <w:rsid w:val="00C800C7"/>
    <w:rsid w:val="00CB0664"/>
    <w:rsid w:val="00CE037C"/>
    <w:rsid w:val="00CF0C9E"/>
    <w:rsid w:val="00D03FB6"/>
    <w:rsid w:val="00D46ECB"/>
    <w:rsid w:val="00D4714B"/>
    <w:rsid w:val="00D513F5"/>
    <w:rsid w:val="00D73EBB"/>
    <w:rsid w:val="00D8290A"/>
    <w:rsid w:val="00D94AE7"/>
    <w:rsid w:val="00DE263E"/>
    <w:rsid w:val="00E37EA4"/>
    <w:rsid w:val="00E40B64"/>
    <w:rsid w:val="00E52963"/>
    <w:rsid w:val="00E64D5B"/>
    <w:rsid w:val="00E74AD1"/>
    <w:rsid w:val="00E90396"/>
    <w:rsid w:val="00EA1852"/>
    <w:rsid w:val="00EB2153"/>
    <w:rsid w:val="00EB5369"/>
    <w:rsid w:val="00EC03E3"/>
    <w:rsid w:val="00EC064F"/>
    <w:rsid w:val="00F238F3"/>
    <w:rsid w:val="00F27418"/>
    <w:rsid w:val="00F50ED6"/>
    <w:rsid w:val="00F51ECD"/>
    <w:rsid w:val="00F66A8E"/>
    <w:rsid w:val="00F71D00"/>
    <w:rsid w:val="00F86BF3"/>
    <w:rsid w:val="00F96B7C"/>
    <w:rsid w:val="00F970EF"/>
    <w:rsid w:val="00FA56AA"/>
    <w:rsid w:val="00FC693F"/>
    <w:rsid w:val="00FD1FC5"/>
    <w:rsid w:val="00FD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57BD6"/>
  <w14:defaultImageDpi w14:val="300"/>
  <w15:docId w15:val="{DD9FABC4-0477-4051-8164-E5773078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  <w:color w:val="333333"/>
      <w:sz w:val="19"/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D1D6A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2278F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autoRedefine/>
    <w:uiPriority w:val="9"/>
    <w:unhideWhenUsed/>
    <w:qFormat/>
    <w:rsid w:val="00C10D53"/>
    <w:pPr>
      <w:keepNext/>
      <w:keepLines/>
      <w:numPr>
        <w:numId w:val="15"/>
      </w:numPr>
      <w:spacing w:before="200" w:after="0"/>
      <w:ind w:left="360"/>
      <w:outlineLvl w:val="2"/>
    </w:pPr>
    <w:rPr>
      <w:rFonts w:asciiTheme="majorHAnsi" w:eastAsiaTheme="majorEastAsia" w:hAnsiTheme="majorHAnsi" w:cstheme="majorBidi"/>
      <w:b/>
      <w:bCs/>
      <w:color w:val="92278F" w:themeColor="accent1"/>
      <w:sz w:val="2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2278F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81346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81346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2278F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6D1D6A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92278F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C10D53"/>
    <w:rPr>
      <w:rFonts w:asciiTheme="majorHAnsi" w:eastAsiaTheme="majorEastAsia" w:hAnsiTheme="majorHAnsi" w:cstheme="majorBidi"/>
      <w:b/>
      <w:bCs/>
      <w:color w:val="92278F" w:themeColor="accent1"/>
      <w:sz w:val="2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92278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92249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492249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92278F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92278F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92278F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481346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481346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92278F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92278F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92278F" w:themeColor="accent1"/>
      </w:pBdr>
      <w:spacing w:before="200" w:after="280"/>
      <w:ind w:left="936" w:right="936"/>
    </w:pPr>
    <w:rPr>
      <w:b/>
      <w:bCs/>
      <w:i/>
      <w:iCs/>
      <w:color w:val="92278F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92278F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92278F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9B57D3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9B57D3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6D1D6A" w:themeColor="accent1" w:themeShade="BF"/>
    </w:rPr>
    <w:tblPr>
      <w:tblStyleRowBandSize w:val="1"/>
      <w:tblStyleColBandSize w:val="1"/>
      <w:tblBorders>
        <w:top w:val="single" w:sz="8" w:space="0" w:color="92278F" w:themeColor="accent1"/>
        <w:bottom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752EB0" w:themeColor="accent2" w:themeShade="BF"/>
    </w:rPr>
    <w:tblPr>
      <w:tblStyleRowBandSize w:val="1"/>
      <w:tblStyleColBandSize w:val="1"/>
      <w:tblBorders>
        <w:top w:val="single" w:sz="8" w:space="0" w:color="9B57D3" w:themeColor="accent2"/>
        <w:bottom w:val="single" w:sz="8" w:space="0" w:color="9B57D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57D3" w:themeColor="accent2"/>
          <w:left w:val="nil"/>
          <w:bottom w:val="single" w:sz="8" w:space="0" w:color="9B57D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57D3" w:themeColor="accent2"/>
          <w:left w:val="nil"/>
          <w:bottom w:val="single" w:sz="8" w:space="0" w:color="9B57D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5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5F4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472CBB" w:themeColor="accent3" w:themeShade="BF"/>
    </w:rPr>
    <w:tblPr>
      <w:tblStyleRowBandSize w:val="1"/>
      <w:tblStyleColBandSize w:val="1"/>
      <w:tblBorders>
        <w:top w:val="single" w:sz="8" w:space="0" w:color="755DD9" w:themeColor="accent3"/>
        <w:bottom w:val="single" w:sz="8" w:space="0" w:color="755DD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5DD9" w:themeColor="accent3"/>
          <w:left w:val="nil"/>
          <w:bottom w:val="single" w:sz="8" w:space="0" w:color="755DD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5DD9" w:themeColor="accent3"/>
          <w:left w:val="nil"/>
          <w:bottom w:val="single" w:sz="8" w:space="0" w:color="755DD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6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6F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463F90" w:themeColor="accent4" w:themeShade="BF"/>
    </w:rPr>
    <w:tblPr>
      <w:tblStyleRowBandSize w:val="1"/>
      <w:tblStyleColBandSize w:val="1"/>
      <w:tblBorders>
        <w:top w:val="single" w:sz="8" w:space="0" w:color="665EB8" w:themeColor="accent4"/>
        <w:bottom w:val="single" w:sz="8" w:space="0" w:color="665EB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EB8" w:themeColor="accent4"/>
          <w:left w:val="nil"/>
          <w:bottom w:val="single" w:sz="8" w:space="0" w:color="665EB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EB8" w:themeColor="accent4"/>
          <w:left w:val="nil"/>
          <w:bottom w:val="single" w:sz="8" w:space="0" w:color="665EB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7ED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147FD0" w:themeColor="accent5" w:themeShade="BF"/>
    </w:rPr>
    <w:tblPr>
      <w:tblStyleRowBandSize w:val="1"/>
      <w:tblStyleColBandSize w:val="1"/>
      <w:tblBorders>
        <w:top w:val="single" w:sz="8" w:space="0" w:color="45A5ED" w:themeColor="accent5"/>
        <w:bottom w:val="single" w:sz="8" w:space="0" w:color="45A5E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A5ED" w:themeColor="accent5"/>
          <w:left w:val="nil"/>
          <w:bottom w:val="single" w:sz="8" w:space="0" w:color="45A5E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A5ED" w:themeColor="accent5"/>
          <w:left w:val="nil"/>
          <w:bottom w:val="single" w:sz="8" w:space="0" w:color="45A5E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8F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8FA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2957BD" w:themeColor="accent6" w:themeShade="BF"/>
    </w:rPr>
    <w:tblPr>
      <w:tblStyleRowBandSize w:val="1"/>
      <w:tblStyleColBandSize w:val="1"/>
      <w:tblBorders>
        <w:top w:val="single" w:sz="8" w:space="0" w:color="5982DB" w:themeColor="accent6"/>
        <w:bottom w:val="single" w:sz="8" w:space="0" w:color="5982D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82DB" w:themeColor="accent6"/>
          <w:left w:val="nil"/>
          <w:bottom w:val="single" w:sz="8" w:space="0" w:color="5982D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82DB" w:themeColor="accent6"/>
          <w:left w:val="nil"/>
          <w:bottom w:val="single" w:sz="8" w:space="0" w:color="5982D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FF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FF6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2278F" w:themeColor="accent1"/>
        <w:left w:val="single" w:sz="8" w:space="0" w:color="92278F" w:themeColor="accent1"/>
        <w:bottom w:val="single" w:sz="8" w:space="0" w:color="92278F" w:themeColor="accent1"/>
        <w:right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27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  <w:tblStylePr w:type="band1Horz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57D3" w:themeColor="accent2"/>
        <w:left w:val="single" w:sz="8" w:space="0" w:color="9B57D3" w:themeColor="accent2"/>
        <w:bottom w:val="single" w:sz="8" w:space="0" w:color="9B57D3" w:themeColor="accent2"/>
        <w:right w:val="single" w:sz="8" w:space="0" w:color="9B57D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57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</w:tcPr>
    </w:tblStylePr>
    <w:tblStylePr w:type="band1Horz"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55DD9" w:themeColor="accent3"/>
        <w:left w:val="single" w:sz="8" w:space="0" w:color="755DD9" w:themeColor="accent3"/>
        <w:bottom w:val="single" w:sz="8" w:space="0" w:color="755DD9" w:themeColor="accent3"/>
        <w:right w:val="single" w:sz="8" w:space="0" w:color="755DD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5D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</w:tcBorders>
      </w:tcPr>
    </w:tblStylePr>
    <w:tblStylePr w:type="band1Horz">
      <w:tblPr/>
      <w:tcPr>
        <w:tcBorders>
          <w:top w:val="single" w:sz="8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65EB8" w:themeColor="accent4"/>
        <w:left w:val="single" w:sz="8" w:space="0" w:color="665EB8" w:themeColor="accent4"/>
        <w:bottom w:val="single" w:sz="8" w:space="0" w:color="665EB8" w:themeColor="accent4"/>
        <w:right w:val="single" w:sz="8" w:space="0" w:color="665EB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EB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</w:tcBorders>
      </w:tcPr>
    </w:tblStylePr>
    <w:tblStylePr w:type="band1Horz">
      <w:tblPr/>
      <w:tcPr>
        <w:tcBorders>
          <w:top w:val="single" w:sz="8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5A5ED" w:themeColor="accent5"/>
        <w:left w:val="single" w:sz="8" w:space="0" w:color="45A5ED" w:themeColor="accent5"/>
        <w:bottom w:val="single" w:sz="8" w:space="0" w:color="45A5ED" w:themeColor="accent5"/>
        <w:right w:val="single" w:sz="8" w:space="0" w:color="45A5E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5A5E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</w:tcBorders>
      </w:tcPr>
    </w:tblStylePr>
    <w:tblStylePr w:type="band1Horz">
      <w:tblPr/>
      <w:tcPr>
        <w:tcBorders>
          <w:top w:val="single" w:sz="8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982DB" w:themeColor="accent6"/>
        <w:left w:val="single" w:sz="8" w:space="0" w:color="5982DB" w:themeColor="accent6"/>
        <w:bottom w:val="single" w:sz="8" w:space="0" w:color="5982DB" w:themeColor="accent6"/>
        <w:right w:val="single" w:sz="8" w:space="0" w:color="5982D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82D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</w:tcBorders>
      </w:tcPr>
    </w:tblStylePr>
    <w:tblStylePr w:type="band1Horz">
      <w:tblPr/>
      <w:tcPr>
        <w:tcBorders>
          <w:top w:val="single" w:sz="8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2278F" w:themeColor="accent1"/>
        <w:left w:val="single" w:sz="8" w:space="0" w:color="92278F" w:themeColor="accent1"/>
        <w:bottom w:val="single" w:sz="8" w:space="0" w:color="92278F" w:themeColor="accent1"/>
        <w:right w:val="single" w:sz="8" w:space="0" w:color="92278F" w:themeColor="accent1"/>
        <w:insideH w:val="single" w:sz="8" w:space="0" w:color="92278F" w:themeColor="accent1"/>
        <w:insideV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18" w:space="0" w:color="92278F" w:themeColor="accent1"/>
          <w:right w:val="single" w:sz="8" w:space="0" w:color="92278F" w:themeColor="accent1"/>
          <w:insideH w:val="nil"/>
          <w:insideV w:val="single" w:sz="8" w:space="0" w:color="92278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  <w:insideH w:val="nil"/>
          <w:insideV w:val="single" w:sz="8" w:space="0" w:color="92278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  <w:tblStylePr w:type="band1Vert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  <w:shd w:val="clear" w:color="auto" w:fill="EEBFEC" w:themeFill="accent1" w:themeFillTint="3F"/>
      </w:tcPr>
    </w:tblStylePr>
    <w:tblStylePr w:type="band1Horz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  <w:insideV w:val="single" w:sz="8" w:space="0" w:color="92278F" w:themeColor="accent1"/>
        </w:tcBorders>
        <w:shd w:val="clear" w:color="auto" w:fill="EEBFEC" w:themeFill="accent1" w:themeFillTint="3F"/>
      </w:tcPr>
    </w:tblStylePr>
    <w:tblStylePr w:type="band2Horz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  <w:insideV w:val="single" w:sz="8" w:space="0" w:color="92278F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57D3" w:themeColor="accent2"/>
        <w:left w:val="single" w:sz="8" w:space="0" w:color="9B57D3" w:themeColor="accent2"/>
        <w:bottom w:val="single" w:sz="8" w:space="0" w:color="9B57D3" w:themeColor="accent2"/>
        <w:right w:val="single" w:sz="8" w:space="0" w:color="9B57D3" w:themeColor="accent2"/>
        <w:insideH w:val="single" w:sz="8" w:space="0" w:color="9B57D3" w:themeColor="accent2"/>
        <w:insideV w:val="single" w:sz="8" w:space="0" w:color="9B57D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18" w:space="0" w:color="9B57D3" w:themeColor="accent2"/>
          <w:right w:val="single" w:sz="8" w:space="0" w:color="9B57D3" w:themeColor="accent2"/>
          <w:insideH w:val="nil"/>
          <w:insideV w:val="single" w:sz="8" w:space="0" w:color="9B57D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  <w:insideH w:val="nil"/>
          <w:insideV w:val="single" w:sz="8" w:space="0" w:color="9B57D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</w:tcPr>
    </w:tblStylePr>
    <w:tblStylePr w:type="band1Vert"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  <w:shd w:val="clear" w:color="auto" w:fill="E6D5F4" w:themeFill="accent2" w:themeFillTint="3F"/>
      </w:tcPr>
    </w:tblStylePr>
    <w:tblStylePr w:type="band1Horz"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  <w:insideV w:val="single" w:sz="8" w:space="0" w:color="9B57D3" w:themeColor="accent2"/>
        </w:tcBorders>
        <w:shd w:val="clear" w:color="auto" w:fill="E6D5F4" w:themeFill="accent2" w:themeFillTint="3F"/>
      </w:tcPr>
    </w:tblStylePr>
    <w:tblStylePr w:type="band2Horz"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  <w:insideV w:val="single" w:sz="8" w:space="0" w:color="9B57D3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55DD9" w:themeColor="accent3"/>
        <w:left w:val="single" w:sz="8" w:space="0" w:color="755DD9" w:themeColor="accent3"/>
        <w:bottom w:val="single" w:sz="8" w:space="0" w:color="755DD9" w:themeColor="accent3"/>
        <w:right w:val="single" w:sz="8" w:space="0" w:color="755DD9" w:themeColor="accent3"/>
        <w:insideH w:val="single" w:sz="8" w:space="0" w:color="755DD9" w:themeColor="accent3"/>
        <w:insideV w:val="single" w:sz="8" w:space="0" w:color="755DD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5DD9" w:themeColor="accent3"/>
          <w:left w:val="single" w:sz="8" w:space="0" w:color="755DD9" w:themeColor="accent3"/>
          <w:bottom w:val="single" w:sz="18" w:space="0" w:color="755DD9" w:themeColor="accent3"/>
          <w:right w:val="single" w:sz="8" w:space="0" w:color="755DD9" w:themeColor="accent3"/>
          <w:insideH w:val="nil"/>
          <w:insideV w:val="single" w:sz="8" w:space="0" w:color="755DD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  <w:insideH w:val="nil"/>
          <w:insideV w:val="single" w:sz="8" w:space="0" w:color="755DD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</w:tcBorders>
      </w:tcPr>
    </w:tblStylePr>
    <w:tblStylePr w:type="band1Vert">
      <w:tblPr/>
      <w:tcPr>
        <w:tcBorders>
          <w:top w:val="single" w:sz="8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</w:tcBorders>
        <w:shd w:val="clear" w:color="auto" w:fill="DCD6F5" w:themeFill="accent3" w:themeFillTint="3F"/>
      </w:tcPr>
    </w:tblStylePr>
    <w:tblStylePr w:type="band1Horz">
      <w:tblPr/>
      <w:tcPr>
        <w:tcBorders>
          <w:top w:val="single" w:sz="8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  <w:insideV w:val="single" w:sz="8" w:space="0" w:color="755DD9" w:themeColor="accent3"/>
        </w:tcBorders>
        <w:shd w:val="clear" w:color="auto" w:fill="DCD6F5" w:themeFill="accent3" w:themeFillTint="3F"/>
      </w:tcPr>
    </w:tblStylePr>
    <w:tblStylePr w:type="band2Horz">
      <w:tblPr/>
      <w:tcPr>
        <w:tcBorders>
          <w:top w:val="single" w:sz="8" w:space="0" w:color="755DD9" w:themeColor="accent3"/>
          <w:left w:val="single" w:sz="8" w:space="0" w:color="755DD9" w:themeColor="accent3"/>
          <w:bottom w:val="single" w:sz="8" w:space="0" w:color="755DD9" w:themeColor="accent3"/>
          <w:right w:val="single" w:sz="8" w:space="0" w:color="755DD9" w:themeColor="accent3"/>
          <w:insideV w:val="single" w:sz="8" w:space="0" w:color="755DD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65EB8" w:themeColor="accent4"/>
        <w:left w:val="single" w:sz="8" w:space="0" w:color="665EB8" w:themeColor="accent4"/>
        <w:bottom w:val="single" w:sz="8" w:space="0" w:color="665EB8" w:themeColor="accent4"/>
        <w:right w:val="single" w:sz="8" w:space="0" w:color="665EB8" w:themeColor="accent4"/>
        <w:insideH w:val="single" w:sz="8" w:space="0" w:color="665EB8" w:themeColor="accent4"/>
        <w:insideV w:val="single" w:sz="8" w:space="0" w:color="665EB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EB8" w:themeColor="accent4"/>
          <w:left w:val="single" w:sz="8" w:space="0" w:color="665EB8" w:themeColor="accent4"/>
          <w:bottom w:val="single" w:sz="18" w:space="0" w:color="665EB8" w:themeColor="accent4"/>
          <w:right w:val="single" w:sz="8" w:space="0" w:color="665EB8" w:themeColor="accent4"/>
          <w:insideH w:val="nil"/>
          <w:insideV w:val="single" w:sz="8" w:space="0" w:color="665EB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  <w:insideH w:val="nil"/>
          <w:insideV w:val="single" w:sz="8" w:space="0" w:color="665EB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</w:tcBorders>
      </w:tcPr>
    </w:tblStylePr>
    <w:tblStylePr w:type="band1Vert">
      <w:tblPr/>
      <w:tcPr>
        <w:tcBorders>
          <w:top w:val="single" w:sz="8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</w:tcBorders>
        <w:shd w:val="clear" w:color="auto" w:fill="D9D7ED" w:themeFill="accent4" w:themeFillTint="3F"/>
      </w:tcPr>
    </w:tblStylePr>
    <w:tblStylePr w:type="band1Horz">
      <w:tblPr/>
      <w:tcPr>
        <w:tcBorders>
          <w:top w:val="single" w:sz="8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  <w:insideV w:val="single" w:sz="8" w:space="0" w:color="665EB8" w:themeColor="accent4"/>
        </w:tcBorders>
        <w:shd w:val="clear" w:color="auto" w:fill="D9D7ED" w:themeFill="accent4" w:themeFillTint="3F"/>
      </w:tcPr>
    </w:tblStylePr>
    <w:tblStylePr w:type="band2Horz">
      <w:tblPr/>
      <w:tcPr>
        <w:tcBorders>
          <w:top w:val="single" w:sz="8" w:space="0" w:color="665EB8" w:themeColor="accent4"/>
          <w:left w:val="single" w:sz="8" w:space="0" w:color="665EB8" w:themeColor="accent4"/>
          <w:bottom w:val="single" w:sz="8" w:space="0" w:color="665EB8" w:themeColor="accent4"/>
          <w:right w:val="single" w:sz="8" w:space="0" w:color="665EB8" w:themeColor="accent4"/>
          <w:insideV w:val="single" w:sz="8" w:space="0" w:color="665EB8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5A5ED" w:themeColor="accent5"/>
        <w:left w:val="single" w:sz="8" w:space="0" w:color="45A5ED" w:themeColor="accent5"/>
        <w:bottom w:val="single" w:sz="8" w:space="0" w:color="45A5ED" w:themeColor="accent5"/>
        <w:right w:val="single" w:sz="8" w:space="0" w:color="45A5ED" w:themeColor="accent5"/>
        <w:insideH w:val="single" w:sz="8" w:space="0" w:color="45A5ED" w:themeColor="accent5"/>
        <w:insideV w:val="single" w:sz="8" w:space="0" w:color="45A5E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5A5ED" w:themeColor="accent5"/>
          <w:left w:val="single" w:sz="8" w:space="0" w:color="45A5ED" w:themeColor="accent5"/>
          <w:bottom w:val="single" w:sz="18" w:space="0" w:color="45A5ED" w:themeColor="accent5"/>
          <w:right w:val="single" w:sz="8" w:space="0" w:color="45A5ED" w:themeColor="accent5"/>
          <w:insideH w:val="nil"/>
          <w:insideV w:val="single" w:sz="8" w:space="0" w:color="45A5E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  <w:insideH w:val="nil"/>
          <w:insideV w:val="single" w:sz="8" w:space="0" w:color="45A5E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</w:tcBorders>
      </w:tcPr>
    </w:tblStylePr>
    <w:tblStylePr w:type="band1Vert">
      <w:tblPr/>
      <w:tcPr>
        <w:tcBorders>
          <w:top w:val="single" w:sz="8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</w:tcBorders>
        <w:shd w:val="clear" w:color="auto" w:fill="D0E8FA" w:themeFill="accent5" w:themeFillTint="3F"/>
      </w:tcPr>
    </w:tblStylePr>
    <w:tblStylePr w:type="band1Horz">
      <w:tblPr/>
      <w:tcPr>
        <w:tcBorders>
          <w:top w:val="single" w:sz="8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  <w:insideV w:val="single" w:sz="8" w:space="0" w:color="45A5ED" w:themeColor="accent5"/>
        </w:tcBorders>
        <w:shd w:val="clear" w:color="auto" w:fill="D0E8FA" w:themeFill="accent5" w:themeFillTint="3F"/>
      </w:tcPr>
    </w:tblStylePr>
    <w:tblStylePr w:type="band2Horz">
      <w:tblPr/>
      <w:tcPr>
        <w:tcBorders>
          <w:top w:val="single" w:sz="8" w:space="0" w:color="45A5ED" w:themeColor="accent5"/>
          <w:left w:val="single" w:sz="8" w:space="0" w:color="45A5ED" w:themeColor="accent5"/>
          <w:bottom w:val="single" w:sz="8" w:space="0" w:color="45A5ED" w:themeColor="accent5"/>
          <w:right w:val="single" w:sz="8" w:space="0" w:color="45A5ED" w:themeColor="accent5"/>
          <w:insideV w:val="single" w:sz="8" w:space="0" w:color="45A5ED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982DB" w:themeColor="accent6"/>
        <w:left w:val="single" w:sz="8" w:space="0" w:color="5982DB" w:themeColor="accent6"/>
        <w:bottom w:val="single" w:sz="8" w:space="0" w:color="5982DB" w:themeColor="accent6"/>
        <w:right w:val="single" w:sz="8" w:space="0" w:color="5982DB" w:themeColor="accent6"/>
        <w:insideH w:val="single" w:sz="8" w:space="0" w:color="5982DB" w:themeColor="accent6"/>
        <w:insideV w:val="single" w:sz="8" w:space="0" w:color="5982D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82DB" w:themeColor="accent6"/>
          <w:left w:val="single" w:sz="8" w:space="0" w:color="5982DB" w:themeColor="accent6"/>
          <w:bottom w:val="single" w:sz="18" w:space="0" w:color="5982DB" w:themeColor="accent6"/>
          <w:right w:val="single" w:sz="8" w:space="0" w:color="5982DB" w:themeColor="accent6"/>
          <w:insideH w:val="nil"/>
          <w:insideV w:val="single" w:sz="8" w:space="0" w:color="5982D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  <w:insideH w:val="nil"/>
          <w:insideV w:val="single" w:sz="8" w:space="0" w:color="5982D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</w:tcBorders>
      </w:tcPr>
    </w:tblStylePr>
    <w:tblStylePr w:type="band1Vert">
      <w:tblPr/>
      <w:tcPr>
        <w:tcBorders>
          <w:top w:val="single" w:sz="8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</w:tcBorders>
        <w:shd w:val="clear" w:color="auto" w:fill="D5DFF6" w:themeFill="accent6" w:themeFillTint="3F"/>
      </w:tcPr>
    </w:tblStylePr>
    <w:tblStylePr w:type="band1Horz">
      <w:tblPr/>
      <w:tcPr>
        <w:tcBorders>
          <w:top w:val="single" w:sz="8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  <w:insideV w:val="single" w:sz="8" w:space="0" w:color="5982DB" w:themeColor="accent6"/>
        </w:tcBorders>
        <w:shd w:val="clear" w:color="auto" w:fill="D5DFF6" w:themeFill="accent6" w:themeFillTint="3F"/>
      </w:tcPr>
    </w:tblStylePr>
    <w:tblStylePr w:type="band2Horz">
      <w:tblPr/>
      <w:tcPr>
        <w:tcBorders>
          <w:top w:val="single" w:sz="8" w:space="0" w:color="5982DB" w:themeColor="accent6"/>
          <w:left w:val="single" w:sz="8" w:space="0" w:color="5982DB" w:themeColor="accent6"/>
          <w:bottom w:val="single" w:sz="8" w:space="0" w:color="5982DB" w:themeColor="accent6"/>
          <w:right w:val="single" w:sz="8" w:space="0" w:color="5982DB" w:themeColor="accent6"/>
          <w:insideV w:val="single" w:sz="8" w:space="0" w:color="5982DB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B3EC7" w:themeColor="accent1" w:themeTint="BF"/>
        <w:left w:val="single" w:sz="8" w:space="0" w:color="CB3EC7" w:themeColor="accent1" w:themeTint="BF"/>
        <w:bottom w:val="single" w:sz="8" w:space="0" w:color="CB3EC7" w:themeColor="accent1" w:themeTint="BF"/>
        <w:right w:val="single" w:sz="8" w:space="0" w:color="CB3EC7" w:themeColor="accent1" w:themeTint="BF"/>
        <w:insideH w:val="single" w:sz="8" w:space="0" w:color="CB3EC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3EC7" w:themeColor="accent1" w:themeTint="BF"/>
          <w:left w:val="single" w:sz="8" w:space="0" w:color="CB3EC7" w:themeColor="accent1" w:themeTint="BF"/>
          <w:bottom w:val="single" w:sz="8" w:space="0" w:color="CB3EC7" w:themeColor="accent1" w:themeTint="BF"/>
          <w:right w:val="single" w:sz="8" w:space="0" w:color="CB3EC7" w:themeColor="accent1" w:themeTint="BF"/>
          <w:insideH w:val="nil"/>
          <w:insideV w:val="nil"/>
        </w:tcBorders>
        <w:shd w:val="clear" w:color="auto" w:fill="9227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3EC7" w:themeColor="accent1" w:themeTint="BF"/>
          <w:left w:val="single" w:sz="8" w:space="0" w:color="CB3EC7" w:themeColor="accent1" w:themeTint="BF"/>
          <w:bottom w:val="single" w:sz="8" w:space="0" w:color="CB3EC7" w:themeColor="accent1" w:themeTint="BF"/>
          <w:right w:val="single" w:sz="8" w:space="0" w:color="CB3EC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B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81DE" w:themeColor="accent2" w:themeTint="BF"/>
        <w:left w:val="single" w:sz="8" w:space="0" w:color="B381DE" w:themeColor="accent2" w:themeTint="BF"/>
        <w:bottom w:val="single" w:sz="8" w:space="0" w:color="B381DE" w:themeColor="accent2" w:themeTint="BF"/>
        <w:right w:val="single" w:sz="8" w:space="0" w:color="B381DE" w:themeColor="accent2" w:themeTint="BF"/>
        <w:insideH w:val="single" w:sz="8" w:space="0" w:color="B381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81DE" w:themeColor="accent2" w:themeTint="BF"/>
          <w:left w:val="single" w:sz="8" w:space="0" w:color="B381DE" w:themeColor="accent2" w:themeTint="BF"/>
          <w:bottom w:val="single" w:sz="8" w:space="0" w:color="B381DE" w:themeColor="accent2" w:themeTint="BF"/>
          <w:right w:val="single" w:sz="8" w:space="0" w:color="B381DE" w:themeColor="accent2" w:themeTint="BF"/>
          <w:insideH w:val="nil"/>
          <w:insideV w:val="nil"/>
        </w:tcBorders>
        <w:shd w:val="clear" w:color="auto" w:fill="9B57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81DE" w:themeColor="accent2" w:themeTint="BF"/>
          <w:left w:val="single" w:sz="8" w:space="0" w:color="B381DE" w:themeColor="accent2" w:themeTint="BF"/>
          <w:bottom w:val="single" w:sz="8" w:space="0" w:color="B381DE" w:themeColor="accent2" w:themeTint="BF"/>
          <w:right w:val="single" w:sz="8" w:space="0" w:color="B381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5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5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785E2" w:themeColor="accent3" w:themeTint="BF"/>
        <w:left w:val="single" w:sz="8" w:space="0" w:color="9785E2" w:themeColor="accent3" w:themeTint="BF"/>
        <w:bottom w:val="single" w:sz="8" w:space="0" w:color="9785E2" w:themeColor="accent3" w:themeTint="BF"/>
        <w:right w:val="single" w:sz="8" w:space="0" w:color="9785E2" w:themeColor="accent3" w:themeTint="BF"/>
        <w:insideH w:val="single" w:sz="8" w:space="0" w:color="9785E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85E2" w:themeColor="accent3" w:themeTint="BF"/>
          <w:left w:val="single" w:sz="8" w:space="0" w:color="9785E2" w:themeColor="accent3" w:themeTint="BF"/>
          <w:bottom w:val="single" w:sz="8" w:space="0" w:color="9785E2" w:themeColor="accent3" w:themeTint="BF"/>
          <w:right w:val="single" w:sz="8" w:space="0" w:color="9785E2" w:themeColor="accent3" w:themeTint="BF"/>
          <w:insideH w:val="nil"/>
          <w:insideV w:val="nil"/>
        </w:tcBorders>
        <w:shd w:val="clear" w:color="auto" w:fill="755DD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85E2" w:themeColor="accent3" w:themeTint="BF"/>
          <w:left w:val="single" w:sz="8" w:space="0" w:color="9785E2" w:themeColor="accent3" w:themeTint="BF"/>
          <w:bottom w:val="single" w:sz="8" w:space="0" w:color="9785E2" w:themeColor="accent3" w:themeTint="BF"/>
          <w:right w:val="single" w:sz="8" w:space="0" w:color="9785E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6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6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C86C9" w:themeColor="accent4" w:themeTint="BF"/>
        <w:left w:val="single" w:sz="8" w:space="0" w:color="8C86C9" w:themeColor="accent4" w:themeTint="BF"/>
        <w:bottom w:val="single" w:sz="8" w:space="0" w:color="8C86C9" w:themeColor="accent4" w:themeTint="BF"/>
        <w:right w:val="single" w:sz="8" w:space="0" w:color="8C86C9" w:themeColor="accent4" w:themeTint="BF"/>
        <w:insideH w:val="single" w:sz="8" w:space="0" w:color="8C86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6C9" w:themeColor="accent4" w:themeTint="BF"/>
          <w:left w:val="single" w:sz="8" w:space="0" w:color="8C86C9" w:themeColor="accent4" w:themeTint="BF"/>
          <w:bottom w:val="single" w:sz="8" w:space="0" w:color="8C86C9" w:themeColor="accent4" w:themeTint="BF"/>
          <w:right w:val="single" w:sz="8" w:space="0" w:color="8C86C9" w:themeColor="accent4" w:themeTint="BF"/>
          <w:insideH w:val="nil"/>
          <w:insideV w:val="nil"/>
        </w:tcBorders>
        <w:shd w:val="clear" w:color="auto" w:fill="665EB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6C9" w:themeColor="accent4" w:themeTint="BF"/>
          <w:left w:val="single" w:sz="8" w:space="0" w:color="8C86C9" w:themeColor="accent4" w:themeTint="BF"/>
          <w:bottom w:val="single" w:sz="8" w:space="0" w:color="8C86C9" w:themeColor="accent4" w:themeTint="BF"/>
          <w:right w:val="single" w:sz="8" w:space="0" w:color="8C86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3BBF1" w:themeColor="accent5" w:themeTint="BF"/>
        <w:left w:val="single" w:sz="8" w:space="0" w:color="73BBF1" w:themeColor="accent5" w:themeTint="BF"/>
        <w:bottom w:val="single" w:sz="8" w:space="0" w:color="73BBF1" w:themeColor="accent5" w:themeTint="BF"/>
        <w:right w:val="single" w:sz="8" w:space="0" w:color="73BBF1" w:themeColor="accent5" w:themeTint="BF"/>
        <w:insideH w:val="single" w:sz="8" w:space="0" w:color="73BBF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3BBF1" w:themeColor="accent5" w:themeTint="BF"/>
          <w:left w:val="single" w:sz="8" w:space="0" w:color="73BBF1" w:themeColor="accent5" w:themeTint="BF"/>
          <w:bottom w:val="single" w:sz="8" w:space="0" w:color="73BBF1" w:themeColor="accent5" w:themeTint="BF"/>
          <w:right w:val="single" w:sz="8" w:space="0" w:color="73BBF1" w:themeColor="accent5" w:themeTint="BF"/>
          <w:insideH w:val="nil"/>
          <w:insideV w:val="nil"/>
        </w:tcBorders>
        <w:shd w:val="clear" w:color="auto" w:fill="45A5E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BBF1" w:themeColor="accent5" w:themeTint="BF"/>
          <w:left w:val="single" w:sz="8" w:space="0" w:color="73BBF1" w:themeColor="accent5" w:themeTint="BF"/>
          <w:bottom w:val="single" w:sz="8" w:space="0" w:color="73BBF1" w:themeColor="accent5" w:themeTint="BF"/>
          <w:right w:val="single" w:sz="8" w:space="0" w:color="73BBF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8F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8F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2A1E4" w:themeColor="accent6" w:themeTint="BF"/>
        <w:left w:val="single" w:sz="8" w:space="0" w:color="82A1E4" w:themeColor="accent6" w:themeTint="BF"/>
        <w:bottom w:val="single" w:sz="8" w:space="0" w:color="82A1E4" w:themeColor="accent6" w:themeTint="BF"/>
        <w:right w:val="single" w:sz="8" w:space="0" w:color="82A1E4" w:themeColor="accent6" w:themeTint="BF"/>
        <w:insideH w:val="single" w:sz="8" w:space="0" w:color="82A1E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A1E4" w:themeColor="accent6" w:themeTint="BF"/>
          <w:left w:val="single" w:sz="8" w:space="0" w:color="82A1E4" w:themeColor="accent6" w:themeTint="BF"/>
          <w:bottom w:val="single" w:sz="8" w:space="0" w:color="82A1E4" w:themeColor="accent6" w:themeTint="BF"/>
          <w:right w:val="single" w:sz="8" w:space="0" w:color="82A1E4" w:themeColor="accent6" w:themeTint="BF"/>
          <w:insideH w:val="nil"/>
          <w:insideV w:val="nil"/>
        </w:tcBorders>
        <w:shd w:val="clear" w:color="auto" w:fill="5982D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A1E4" w:themeColor="accent6" w:themeTint="BF"/>
          <w:left w:val="single" w:sz="8" w:space="0" w:color="82A1E4" w:themeColor="accent6" w:themeTint="BF"/>
          <w:bottom w:val="single" w:sz="8" w:space="0" w:color="82A1E4" w:themeColor="accent6" w:themeTint="BF"/>
          <w:right w:val="single" w:sz="8" w:space="0" w:color="82A1E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FF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FF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278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27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278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57D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57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57D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5DD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5DD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5DD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EB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EB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EB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5A5E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5A5E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5A5E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82D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82D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82D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2E6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278F" w:themeColor="accent1"/>
        <w:bottom w:val="single" w:sz="8" w:space="0" w:color="92278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278F" w:themeColor="accent1"/>
        </w:tcBorders>
      </w:tcPr>
    </w:tblStylePr>
    <w:tblStylePr w:type="lastRow">
      <w:rPr>
        <w:b/>
        <w:bCs/>
        <w:color w:val="632E62" w:themeColor="text2"/>
      </w:rPr>
      <w:tblPr/>
      <w:tcPr>
        <w:tcBorders>
          <w:top w:val="single" w:sz="8" w:space="0" w:color="92278F" w:themeColor="accent1"/>
          <w:bottom w:val="single" w:sz="8" w:space="0" w:color="9227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278F" w:themeColor="accent1"/>
          <w:bottom w:val="single" w:sz="8" w:space="0" w:color="92278F" w:themeColor="accent1"/>
        </w:tcBorders>
      </w:tcPr>
    </w:tblStylePr>
    <w:tblStylePr w:type="band1Vert">
      <w:tblPr/>
      <w:tcPr>
        <w:shd w:val="clear" w:color="auto" w:fill="EEBFEC" w:themeFill="accent1" w:themeFillTint="3F"/>
      </w:tcPr>
    </w:tblStylePr>
    <w:tblStylePr w:type="band1Horz">
      <w:tblPr/>
      <w:tcPr>
        <w:shd w:val="clear" w:color="auto" w:fill="EEBFEC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57D3" w:themeColor="accent2"/>
        <w:bottom w:val="single" w:sz="8" w:space="0" w:color="9B57D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57D3" w:themeColor="accent2"/>
        </w:tcBorders>
      </w:tcPr>
    </w:tblStylePr>
    <w:tblStylePr w:type="lastRow">
      <w:rPr>
        <w:b/>
        <w:bCs/>
        <w:color w:val="632E62" w:themeColor="text2"/>
      </w:rPr>
      <w:tblPr/>
      <w:tcPr>
        <w:tcBorders>
          <w:top w:val="single" w:sz="8" w:space="0" w:color="9B57D3" w:themeColor="accent2"/>
          <w:bottom w:val="single" w:sz="8" w:space="0" w:color="9B57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57D3" w:themeColor="accent2"/>
          <w:bottom w:val="single" w:sz="8" w:space="0" w:color="9B57D3" w:themeColor="accent2"/>
        </w:tcBorders>
      </w:tcPr>
    </w:tblStylePr>
    <w:tblStylePr w:type="band1Vert">
      <w:tblPr/>
      <w:tcPr>
        <w:shd w:val="clear" w:color="auto" w:fill="E6D5F4" w:themeFill="accent2" w:themeFillTint="3F"/>
      </w:tcPr>
    </w:tblStylePr>
    <w:tblStylePr w:type="band1Horz">
      <w:tblPr/>
      <w:tcPr>
        <w:shd w:val="clear" w:color="auto" w:fill="E6D5F4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5DD9" w:themeColor="accent3"/>
        <w:bottom w:val="single" w:sz="8" w:space="0" w:color="755DD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5DD9" w:themeColor="accent3"/>
        </w:tcBorders>
      </w:tcPr>
    </w:tblStylePr>
    <w:tblStylePr w:type="lastRow">
      <w:rPr>
        <w:b/>
        <w:bCs/>
        <w:color w:val="632E62" w:themeColor="text2"/>
      </w:rPr>
      <w:tblPr/>
      <w:tcPr>
        <w:tcBorders>
          <w:top w:val="single" w:sz="8" w:space="0" w:color="755DD9" w:themeColor="accent3"/>
          <w:bottom w:val="single" w:sz="8" w:space="0" w:color="755DD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5DD9" w:themeColor="accent3"/>
          <w:bottom w:val="single" w:sz="8" w:space="0" w:color="755DD9" w:themeColor="accent3"/>
        </w:tcBorders>
      </w:tcPr>
    </w:tblStylePr>
    <w:tblStylePr w:type="band1Vert">
      <w:tblPr/>
      <w:tcPr>
        <w:shd w:val="clear" w:color="auto" w:fill="DCD6F5" w:themeFill="accent3" w:themeFillTint="3F"/>
      </w:tcPr>
    </w:tblStylePr>
    <w:tblStylePr w:type="band1Horz">
      <w:tblPr/>
      <w:tcPr>
        <w:shd w:val="clear" w:color="auto" w:fill="DCD6F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EB8" w:themeColor="accent4"/>
        <w:bottom w:val="single" w:sz="8" w:space="0" w:color="665EB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EB8" w:themeColor="accent4"/>
        </w:tcBorders>
      </w:tcPr>
    </w:tblStylePr>
    <w:tblStylePr w:type="lastRow">
      <w:rPr>
        <w:b/>
        <w:bCs/>
        <w:color w:val="632E62" w:themeColor="text2"/>
      </w:rPr>
      <w:tblPr/>
      <w:tcPr>
        <w:tcBorders>
          <w:top w:val="single" w:sz="8" w:space="0" w:color="665EB8" w:themeColor="accent4"/>
          <w:bottom w:val="single" w:sz="8" w:space="0" w:color="665EB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EB8" w:themeColor="accent4"/>
          <w:bottom w:val="single" w:sz="8" w:space="0" w:color="665EB8" w:themeColor="accent4"/>
        </w:tcBorders>
      </w:tcPr>
    </w:tblStylePr>
    <w:tblStylePr w:type="band1Vert">
      <w:tblPr/>
      <w:tcPr>
        <w:shd w:val="clear" w:color="auto" w:fill="D9D7ED" w:themeFill="accent4" w:themeFillTint="3F"/>
      </w:tcPr>
    </w:tblStylePr>
    <w:tblStylePr w:type="band1Horz">
      <w:tblPr/>
      <w:tcPr>
        <w:shd w:val="clear" w:color="auto" w:fill="D9D7ED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5A5ED" w:themeColor="accent5"/>
        <w:bottom w:val="single" w:sz="8" w:space="0" w:color="45A5E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5A5ED" w:themeColor="accent5"/>
        </w:tcBorders>
      </w:tcPr>
    </w:tblStylePr>
    <w:tblStylePr w:type="lastRow">
      <w:rPr>
        <w:b/>
        <w:bCs/>
        <w:color w:val="632E62" w:themeColor="text2"/>
      </w:rPr>
      <w:tblPr/>
      <w:tcPr>
        <w:tcBorders>
          <w:top w:val="single" w:sz="8" w:space="0" w:color="45A5ED" w:themeColor="accent5"/>
          <w:bottom w:val="single" w:sz="8" w:space="0" w:color="45A5E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5A5ED" w:themeColor="accent5"/>
          <w:bottom w:val="single" w:sz="8" w:space="0" w:color="45A5ED" w:themeColor="accent5"/>
        </w:tcBorders>
      </w:tcPr>
    </w:tblStylePr>
    <w:tblStylePr w:type="band1Vert">
      <w:tblPr/>
      <w:tcPr>
        <w:shd w:val="clear" w:color="auto" w:fill="D0E8FA" w:themeFill="accent5" w:themeFillTint="3F"/>
      </w:tcPr>
    </w:tblStylePr>
    <w:tblStylePr w:type="band1Horz">
      <w:tblPr/>
      <w:tcPr>
        <w:shd w:val="clear" w:color="auto" w:fill="D0E8FA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82DB" w:themeColor="accent6"/>
        <w:bottom w:val="single" w:sz="8" w:space="0" w:color="5982D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82DB" w:themeColor="accent6"/>
        </w:tcBorders>
      </w:tcPr>
    </w:tblStylePr>
    <w:tblStylePr w:type="lastRow">
      <w:rPr>
        <w:b/>
        <w:bCs/>
        <w:color w:val="632E62" w:themeColor="text2"/>
      </w:rPr>
      <w:tblPr/>
      <w:tcPr>
        <w:tcBorders>
          <w:top w:val="single" w:sz="8" w:space="0" w:color="5982DB" w:themeColor="accent6"/>
          <w:bottom w:val="single" w:sz="8" w:space="0" w:color="5982D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82DB" w:themeColor="accent6"/>
          <w:bottom w:val="single" w:sz="8" w:space="0" w:color="5982DB" w:themeColor="accent6"/>
        </w:tcBorders>
      </w:tcPr>
    </w:tblStylePr>
    <w:tblStylePr w:type="band1Vert">
      <w:tblPr/>
      <w:tcPr>
        <w:shd w:val="clear" w:color="auto" w:fill="D5DFF6" w:themeFill="accent6" w:themeFillTint="3F"/>
      </w:tcPr>
    </w:tblStylePr>
    <w:tblStylePr w:type="band1Horz">
      <w:tblPr/>
      <w:tcPr>
        <w:shd w:val="clear" w:color="auto" w:fill="D5DFF6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278F" w:themeColor="accent1"/>
        <w:left w:val="single" w:sz="8" w:space="0" w:color="92278F" w:themeColor="accent1"/>
        <w:bottom w:val="single" w:sz="8" w:space="0" w:color="92278F" w:themeColor="accent1"/>
        <w:right w:val="single" w:sz="8" w:space="0" w:color="92278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278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278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278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278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B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57D3" w:themeColor="accent2"/>
        <w:left w:val="single" w:sz="8" w:space="0" w:color="9B57D3" w:themeColor="accent2"/>
        <w:bottom w:val="single" w:sz="8" w:space="0" w:color="9B57D3" w:themeColor="accent2"/>
        <w:right w:val="single" w:sz="8" w:space="0" w:color="9B57D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57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57D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57D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57D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5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5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5DD9" w:themeColor="accent3"/>
        <w:left w:val="single" w:sz="8" w:space="0" w:color="755DD9" w:themeColor="accent3"/>
        <w:bottom w:val="single" w:sz="8" w:space="0" w:color="755DD9" w:themeColor="accent3"/>
        <w:right w:val="single" w:sz="8" w:space="0" w:color="755DD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5D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5DD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5DD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5DD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6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6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EB8" w:themeColor="accent4"/>
        <w:left w:val="single" w:sz="8" w:space="0" w:color="665EB8" w:themeColor="accent4"/>
        <w:bottom w:val="single" w:sz="8" w:space="0" w:color="665EB8" w:themeColor="accent4"/>
        <w:right w:val="single" w:sz="8" w:space="0" w:color="665EB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EB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5EB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EB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EB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5A5ED" w:themeColor="accent5"/>
        <w:left w:val="single" w:sz="8" w:space="0" w:color="45A5ED" w:themeColor="accent5"/>
        <w:bottom w:val="single" w:sz="8" w:space="0" w:color="45A5ED" w:themeColor="accent5"/>
        <w:right w:val="single" w:sz="8" w:space="0" w:color="45A5E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5A5E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5A5E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5A5E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5A5E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8F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8F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82DB" w:themeColor="accent6"/>
        <w:left w:val="single" w:sz="8" w:space="0" w:color="5982DB" w:themeColor="accent6"/>
        <w:bottom w:val="single" w:sz="8" w:space="0" w:color="5982DB" w:themeColor="accent6"/>
        <w:right w:val="single" w:sz="8" w:space="0" w:color="5982D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82D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82D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82D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82D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FF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FF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B3EC7" w:themeColor="accent1" w:themeTint="BF"/>
        <w:left w:val="single" w:sz="8" w:space="0" w:color="CB3EC7" w:themeColor="accent1" w:themeTint="BF"/>
        <w:bottom w:val="single" w:sz="8" w:space="0" w:color="CB3EC7" w:themeColor="accent1" w:themeTint="BF"/>
        <w:right w:val="single" w:sz="8" w:space="0" w:color="CB3EC7" w:themeColor="accent1" w:themeTint="BF"/>
        <w:insideH w:val="single" w:sz="8" w:space="0" w:color="CB3EC7" w:themeColor="accent1" w:themeTint="BF"/>
        <w:insideV w:val="single" w:sz="8" w:space="0" w:color="CB3EC7" w:themeColor="accent1" w:themeTint="BF"/>
      </w:tblBorders>
    </w:tblPr>
    <w:tcPr>
      <w:shd w:val="clear" w:color="auto" w:fill="EEB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3EC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7FD9" w:themeFill="accent1" w:themeFillTint="7F"/>
      </w:tcPr>
    </w:tblStylePr>
    <w:tblStylePr w:type="band1Horz">
      <w:tblPr/>
      <w:tcPr>
        <w:shd w:val="clear" w:color="auto" w:fill="DC7FD9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81DE" w:themeColor="accent2" w:themeTint="BF"/>
        <w:left w:val="single" w:sz="8" w:space="0" w:color="B381DE" w:themeColor="accent2" w:themeTint="BF"/>
        <w:bottom w:val="single" w:sz="8" w:space="0" w:color="B381DE" w:themeColor="accent2" w:themeTint="BF"/>
        <w:right w:val="single" w:sz="8" w:space="0" w:color="B381DE" w:themeColor="accent2" w:themeTint="BF"/>
        <w:insideH w:val="single" w:sz="8" w:space="0" w:color="B381DE" w:themeColor="accent2" w:themeTint="BF"/>
        <w:insideV w:val="single" w:sz="8" w:space="0" w:color="B381DE" w:themeColor="accent2" w:themeTint="BF"/>
      </w:tblBorders>
    </w:tblPr>
    <w:tcPr>
      <w:shd w:val="clear" w:color="auto" w:fill="E6D5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81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BE9" w:themeFill="accent2" w:themeFillTint="7F"/>
      </w:tcPr>
    </w:tblStylePr>
    <w:tblStylePr w:type="band1Horz">
      <w:tblPr/>
      <w:tcPr>
        <w:shd w:val="clear" w:color="auto" w:fill="CCABE9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785E2" w:themeColor="accent3" w:themeTint="BF"/>
        <w:left w:val="single" w:sz="8" w:space="0" w:color="9785E2" w:themeColor="accent3" w:themeTint="BF"/>
        <w:bottom w:val="single" w:sz="8" w:space="0" w:color="9785E2" w:themeColor="accent3" w:themeTint="BF"/>
        <w:right w:val="single" w:sz="8" w:space="0" w:color="9785E2" w:themeColor="accent3" w:themeTint="BF"/>
        <w:insideH w:val="single" w:sz="8" w:space="0" w:color="9785E2" w:themeColor="accent3" w:themeTint="BF"/>
        <w:insideV w:val="single" w:sz="8" w:space="0" w:color="9785E2" w:themeColor="accent3" w:themeTint="BF"/>
      </w:tblBorders>
    </w:tblPr>
    <w:tcPr>
      <w:shd w:val="clear" w:color="auto" w:fill="DCD6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85E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AEEC" w:themeFill="accent3" w:themeFillTint="7F"/>
      </w:tcPr>
    </w:tblStylePr>
    <w:tblStylePr w:type="band1Horz">
      <w:tblPr/>
      <w:tcPr>
        <w:shd w:val="clear" w:color="auto" w:fill="BAAEE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C86C9" w:themeColor="accent4" w:themeTint="BF"/>
        <w:left w:val="single" w:sz="8" w:space="0" w:color="8C86C9" w:themeColor="accent4" w:themeTint="BF"/>
        <w:bottom w:val="single" w:sz="8" w:space="0" w:color="8C86C9" w:themeColor="accent4" w:themeTint="BF"/>
        <w:right w:val="single" w:sz="8" w:space="0" w:color="8C86C9" w:themeColor="accent4" w:themeTint="BF"/>
        <w:insideH w:val="single" w:sz="8" w:space="0" w:color="8C86C9" w:themeColor="accent4" w:themeTint="BF"/>
        <w:insideV w:val="single" w:sz="8" w:space="0" w:color="8C86C9" w:themeColor="accent4" w:themeTint="BF"/>
      </w:tblBorders>
    </w:tblPr>
    <w:tcPr>
      <w:shd w:val="clear" w:color="auto" w:fill="D9D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6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AEDB" w:themeFill="accent4" w:themeFillTint="7F"/>
      </w:tcPr>
    </w:tblStylePr>
    <w:tblStylePr w:type="band1Horz">
      <w:tblPr/>
      <w:tcPr>
        <w:shd w:val="clear" w:color="auto" w:fill="B2AEDB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3BBF1" w:themeColor="accent5" w:themeTint="BF"/>
        <w:left w:val="single" w:sz="8" w:space="0" w:color="73BBF1" w:themeColor="accent5" w:themeTint="BF"/>
        <w:bottom w:val="single" w:sz="8" w:space="0" w:color="73BBF1" w:themeColor="accent5" w:themeTint="BF"/>
        <w:right w:val="single" w:sz="8" w:space="0" w:color="73BBF1" w:themeColor="accent5" w:themeTint="BF"/>
        <w:insideH w:val="single" w:sz="8" w:space="0" w:color="73BBF1" w:themeColor="accent5" w:themeTint="BF"/>
        <w:insideV w:val="single" w:sz="8" w:space="0" w:color="73BBF1" w:themeColor="accent5" w:themeTint="BF"/>
      </w:tblBorders>
    </w:tblPr>
    <w:tcPr>
      <w:shd w:val="clear" w:color="auto" w:fill="D0E8F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3BBF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D1F6" w:themeFill="accent5" w:themeFillTint="7F"/>
      </w:tcPr>
    </w:tblStylePr>
    <w:tblStylePr w:type="band1Horz">
      <w:tblPr/>
      <w:tcPr>
        <w:shd w:val="clear" w:color="auto" w:fill="A2D1F6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2A1E4" w:themeColor="accent6" w:themeTint="BF"/>
        <w:left w:val="single" w:sz="8" w:space="0" w:color="82A1E4" w:themeColor="accent6" w:themeTint="BF"/>
        <w:bottom w:val="single" w:sz="8" w:space="0" w:color="82A1E4" w:themeColor="accent6" w:themeTint="BF"/>
        <w:right w:val="single" w:sz="8" w:space="0" w:color="82A1E4" w:themeColor="accent6" w:themeTint="BF"/>
        <w:insideH w:val="single" w:sz="8" w:space="0" w:color="82A1E4" w:themeColor="accent6" w:themeTint="BF"/>
        <w:insideV w:val="single" w:sz="8" w:space="0" w:color="82A1E4" w:themeColor="accent6" w:themeTint="BF"/>
      </w:tblBorders>
    </w:tblPr>
    <w:tcPr>
      <w:shd w:val="clear" w:color="auto" w:fill="D5DFF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A1E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0ED" w:themeFill="accent6" w:themeFillTint="7F"/>
      </w:tcPr>
    </w:tblStylePr>
    <w:tblStylePr w:type="band1Horz">
      <w:tblPr/>
      <w:tcPr>
        <w:shd w:val="clear" w:color="auto" w:fill="ACC0ED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278F" w:themeColor="accent1"/>
        <w:left w:val="single" w:sz="8" w:space="0" w:color="92278F" w:themeColor="accent1"/>
        <w:bottom w:val="single" w:sz="8" w:space="0" w:color="92278F" w:themeColor="accent1"/>
        <w:right w:val="single" w:sz="8" w:space="0" w:color="92278F" w:themeColor="accent1"/>
        <w:insideH w:val="single" w:sz="8" w:space="0" w:color="92278F" w:themeColor="accent1"/>
        <w:insideV w:val="single" w:sz="8" w:space="0" w:color="92278F" w:themeColor="accent1"/>
      </w:tblBorders>
    </w:tblPr>
    <w:tcPr>
      <w:shd w:val="clear" w:color="auto" w:fill="EEB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8E5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CBF0" w:themeFill="accent1" w:themeFillTint="33"/>
      </w:tcPr>
    </w:tblStylePr>
    <w:tblStylePr w:type="band1Vert">
      <w:tblPr/>
      <w:tcPr>
        <w:shd w:val="clear" w:color="auto" w:fill="DC7FD9" w:themeFill="accent1" w:themeFillTint="7F"/>
      </w:tcPr>
    </w:tblStylePr>
    <w:tblStylePr w:type="band1Horz">
      <w:tblPr/>
      <w:tcPr>
        <w:tcBorders>
          <w:insideH w:val="single" w:sz="6" w:space="0" w:color="92278F" w:themeColor="accent1"/>
          <w:insideV w:val="single" w:sz="6" w:space="0" w:color="92278F" w:themeColor="accent1"/>
        </w:tcBorders>
        <w:shd w:val="clear" w:color="auto" w:fill="DC7F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57D3" w:themeColor="accent2"/>
        <w:left w:val="single" w:sz="8" w:space="0" w:color="9B57D3" w:themeColor="accent2"/>
        <w:bottom w:val="single" w:sz="8" w:space="0" w:color="9B57D3" w:themeColor="accent2"/>
        <w:right w:val="single" w:sz="8" w:space="0" w:color="9B57D3" w:themeColor="accent2"/>
        <w:insideH w:val="single" w:sz="8" w:space="0" w:color="9B57D3" w:themeColor="accent2"/>
        <w:insideV w:val="single" w:sz="8" w:space="0" w:color="9B57D3" w:themeColor="accent2"/>
      </w:tblBorders>
    </w:tblPr>
    <w:tcPr>
      <w:shd w:val="clear" w:color="auto" w:fill="E6D5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EE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DF6" w:themeFill="accent2" w:themeFillTint="33"/>
      </w:tcPr>
    </w:tblStylePr>
    <w:tblStylePr w:type="band1Vert">
      <w:tblPr/>
      <w:tcPr>
        <w:shd w:val="clear" w:color="auto" w:fill="CCABE9" w:themeFill="accent2" w:themeFillTint="7F"/>
      </w:tcPr>
    </w:tblStylePr>
    <w:tblStylePr w:type="band1Horz">
      <w:tblPr/>
      <w:tcPr>
        <w:tcBorders>
          <w:insideH w:val="single" w:sz="6" w:space="0" w:color="9B57D3" w:themeColor="accent2"/>
          <w:insideV w:val="single" w:sz="6" w:space="0" w:color="9B57D3" w:themeColor="accent2"/>
        </w:tcBorders>
        <w:shd w:val="clear" w:color="auto" w:fill="CCAB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5DD9" w:themeColor="accent3"/>
        <w:left w:val="single" w:sz="8" w:space="0" w:color="755DD9" w:themeColor="accent3"/>
        <w:bottom w:val="single" w:sz="8" w:space="0" w:color="755DD9" w:themeColor="accent3"/>
        <w:right w:val="single" w:sz="8" w:space="0" w:color="755DD9" w:themeColor="accent3"/>
        <w:insideH w:val="single" w:sz="8" w:space="0" w:color="755DD9" w:themeColor="accent3"/>
        <w:insideV w:val="single" w:sz="8" w:space="0" w:color="755DD9" w:themeColor="accent3"/>
      </w:tblBorders>
    </w:tblPr>
    <w:tcPr>
      <w:shd w:val="clear" w:color="auto" w:fill="DCD6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F7" w:themeFill="accent3" w:themeFillTint="33"/>
      </w:tcPr>
    </w:tblStylePr>
    <w:tblStylePr w:type="band1Vert">
      <w:tblPr/>
      <w:tcPr>
        <w:shd w:val="clear" w:color="auto" w:fill="BAAEEC" w:themeFill="accent3" w:themeFillTint="7F"/>
      </w:tcPr>
    </w:tblStylePr>
    <w:tblStylePr w:type="band1Horz">
      <w:tblPr/>
      <w:tcPr>
        <w:tcBorders>
          <w:insideH w:val="single" w:sz="6" w:space="0" w:color="755DD9" w:themeColor="accent3"/>
          <w:insideV w:val="single" w:sz="6" w:space="0" w:color="755DD9" w:themeColor="accent3"/>
        </w:tcBorders>
        <w:shd w:val="clear" w:color="auto" w:fill="BAAEE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EB8" w:themeColor="accent4"/>
        <w:left w:val="single" w:sz="8" w:space="0" w:color="665EB8" w:themeColor="accent4"/>
        <w:bottom w:val="single" w:sz="8" w:space="0" w:color="665EB8" w:themeColor="accent4"/>
        <w:right w:val="single" w:sz="8" w:space="0" w:color="665EB8" w:themeColor="accent4"/>
        <w:insideH w:val="single" w:sz="8" w:space="0" w:color="665EB8" w:themeColor="accent4"/>
        <w:insideV w:val="single" w:sz="8" w:space="0" w:color="665EB8" w:themeColor="accent4"/>
      </w:tblBorders>
    </w:tblPr>
    <w:tcPr>
      <w:shd w:val="clear" w:color="auto" w:fill="D9D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EF0" w:themeFill="accent4" w:themeFillTint="33"/>
      </w:tcPr>
    </w:tblStylePr>
    <w:tblStylePr w:type="band1Vert">
      <w:tblPr/>
      <w:tcPr>
        <w:shd w:val="clear" w:color="auto" w:fill="B2AEDB" w:themeFill="accent4" w:themeFillTint="7F"/>
      </w:tcPr>
    </w:tblStylePr>
    <w:tblStylePr w:type="band1Horz">
      <w:tblPr/>
      <w:tcPr>
        <w:tcBorders>
          <w:insideH w:val="single" w:sz="6" w:space="0" w:color="665EB8" w:themeColor="accent4"/>
          <w:insideV w:val="single" w:sz="6" w:space="0" w:color="665EB8" w:themeColor="accent4"/>
        </w:tcBorders>
        <w:shd w:val="clear" w:color="auto" w:fill="B2AE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5A5ED" w:themeColor="accent5"/>
        <w:left w:val="single" w:sz="8" w:space="0" w:color="45A5ED" w:themeColor="accent5"/>
        <w:bottom w:val="single" w:sz="8" w:space="0" w:color="45A5ED" w:themeColor="accent5"/>
        <w:right w:val="single" w:sz="8" w:space="0" w:color="45A5ED" w:themeColor="accent5"/>
        <w:insideH w:val="single" w:sz="8" w:space="0" w:color="45A5ED" w:themeColor="accent5"/>
        <w:insideV w:val="single" w:sz="8" w:space="0" w:color="45A5ED" w:themeColor="accent5"/>
      </w:tblBorders>
    </w:tblPr>
    <w:tcPr>
      <w:shd w:val="clear" w:color="auto" w:fill="D0E8F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6F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CFB" w:themeFill="accent5" w:themeFillTint="33"/>
      </w:tcPr>
    </w:tblStylePr>
    <w:tblStylePr w:type="band1Vert">
      <w:tblPr/>
      <w:tcPr>
        <w:shd w:val="clear" w:color="auto" w:fill="A2D1F6" w:themeFill="accent5" w:themeFillTint="7F"/>
      </w:tcPr>
    </w:tblStylePr>
    <w:tblStylePr w:type="band1Horz">
      <w:tblPr/>
      <w:tcPr>
        <w:tcBorders>
          <w:insideH w:val="single" w:sz="6" w:space="0" w:color="45A5ED" w:themeColor="accent5"/>
          <w:insideV w:val="single" w:sz="6" w:space="0" w:color="45A5ED" w:themeColor="accent5"/>
        </w:tcBorders>
        <w:shd w:val="clear" w:color="auto" w:fill="A2D1F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82DB" w:themeColor="accent6"/>
        <w:left w:val="single" w:sz="8" w:space="0" w:color="5982DB" w:themeColor="accent6"/>
        <w:bottom w:val="single" w:sz="8" w:space="0" w:color="5982DB" w:themeColor="accent6"/>
        <w:right w:val="single" w:sz="8" w:space="0" w:color="5982DB" w:themeColor="accent6"/>
        <w:insideH w:val="single" w:sz="8" w:space="0" w:color="5982DB" w:themeColor="accent6"/>
        <w:insideV w:val="single" w:sz="8" w:space="0" w:color="5982DB" w:themeColor="accent6"/>
      </w:tblBorders>
    </w:tblPr>
    <w:tcPr>
      <w:shd w:val="clear" w:color="auto" w:fill="D5DFF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F2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5F7" w:themeFill="accent6" w:themeFillTint="33"/>
      </w:tcPr>
    </w:tblStylePr>
    <w:tblStylePr w:type="band1Vert">
      <w:tblPr/>
      <w:tcPr>
        <w:shd w:val="clear" w:color="auto" w:fill="ACC0ED" w:themeFill="accent6" w:themeFillTint="7F"/>
      </w:tcPr>
    </w:tblStylePr>
    <w:tblStylePr w:type="band1Horz">
      <w:tblPr/>
      <w:tcPr>
        <w:tcBorders>
          <w:insideH w:val="single" w:sz="6" w:space="0" w:color="5982DB" w:themeColor="accent6"/>
          <w:insideV w:val="single" w:sz="6" w:space="0" w:color="5982DB" w:themeColor="accent6"/>
        </w:tcBorders>
        <w:shd w:val="clear" w:color="auto" w:fill="ACC0E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B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278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278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278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278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7F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7FD9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5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57D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57D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57D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57D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B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BE9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6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5DD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5DD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5DD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5DD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AEE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AEE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EB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EB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EB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EB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AE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AEDB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8F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5A5E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5A5E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5A5E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5A5E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D1F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D1F6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FF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82D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82D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82D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82D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C0E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C0ED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278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34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1D6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1D6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1D6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1D6A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57D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1E7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52EB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52EB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2EB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2EB0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5DD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1D7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2CB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2CB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2CB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2CBB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EB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A5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63F9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63F9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3F9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3F90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5A5E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48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7FD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7FD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7FD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7FD0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982D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3A7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57B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57B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7B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7BD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57D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57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57D3" w:themeColor="accent2"/>
        <w:left w:val="single" w:sz="4" w:space="0" w:color="92278F" w:themeColor="accent1"/>
        <w:bottom w:val="single" w:sz="4" w:space="0" w:color="92278F" w:themeColor="accent1"/>
        <w:right w:val="single" w:sz="4" w:space="0" w:color="92278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57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175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1755" w:themeColor="accent1" w:themeShade="99"/>
          <w:insideV w:val="nil"/>
        </w:tcBorders>
        <w:shd w:val="clear" w:color="auto" w:fill="57175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1755" w:themeFill="accent1" w:themeFillShade="99"/>
      </w:tcPr>
    </w:tblStylePr>
    <w:tblStylePr w:type="band1Vert">
      <w:tblPr/>
      <w:tcPr>
        <w:shd w:val="clear" w:color="auto" w:fill="E398E1" w:themeFill="accent1" w:themeFillTint="66"/>
      </w:tcPr>
    </w:tblStylePr>
    <w:tblStylePr w:type="band1Horz">
      <w:tblPr/>
      <w:tcPr>
        <w:shd w:val="clear" w:color="auto" w:fill="DC7F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57D3" w:themeColor="accent2"/>
        <w:left w:val="single" w:sz="4" w:space="0" w:color="9B57D3" w:themeColor="accent2"/>
        <w:bottom w:val="single" w:sz="4" w:space="0" w:color="9B57D3" w:themeColor="accent2"/>
        <w:right w:val="single" w:sz="4" w:space="0" w:color="9B57D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E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57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258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258D" w:themeColor="accent2" w:themeShade="99"/>
          <w:insideV w:val="nil"/>
        </w:tcBorders>
        <w:shd w:val="clear" w:color="auto" w:fill="5E258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58D" w:themeFill="accent2" w:themeFillShade="99"/>
      </w:tcPr>
    </w:tblStylePr>
    <w:tblStylePr w:type="band1Vert">
      <w:tblPr/>
      <w:tcPr>
        <w:shd w:val="clear" w:color="auto" w:fill="D6BBED" w:themeFill="accent2" w:themeFillTint="66"/>
      </w:tcPr>
    </w:tblStylePr>
    <w:tblStylePr w:type="band1Horz">
      <w:tblPr/>
      <w:tcPr>
        <w:shd w:val="clear" w:color="auto" w:fill="CCAB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5EB8" w:themeColor="accent4"/>
        <w:left w:val="single" w:sz="4" w:space="0" w:color="755DD9" w:themeColor="accent3"/>
        <w:bottom w:val="single" w:sz="4" w:space="0" w:color="755DD9" w:themeColor="accent3"/>
        <w:right w:val="single" w:sz="4" w:space="0" w:color="755DD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5EB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39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396" w:themeColor="accent3" w:themeShade="99"/>
          <w:insideV w:val="nil"/>
        </w:tcBorders>
        <w:shd w:val="clear" w:color="auto" w:fill="39239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396" w:themeFill="accent3" w:themeFillShade="99"/>
      </w:tcPr>
    </w:tblStylePr>
    <w:tblStylePr w:type="band1Vert">
      <w:tblPr/>
      <w:tcPr>
        <w:shd w:val="clear" w:color="auto" w:fill="C7BEEF" w:themeFill="accent3" w:themeFillTint="66"/>
      </w:tcPr>
    </w:tblStylePr>
    <w:tblStylePr w:type="band1Horz">
      <w:tblPr/>
      <w:tcPr>
        <w:shd w:val="clear" w:color="auto" w:fill="BAAEE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5DD9" w:themeColor="accent3"/>
        <w:left w:val="single" w:sz="4" w:space="0" w:color="665EB8" w:themeColor="accent4"/>
        <w:bottom w:val="single" w:sz="4" w:space="0" w:color="665EB8" w:themeColor="accent4"/>
        <w:right w:val="single" w:sz="4" w:space="0" w:color="665EB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5DD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833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83373" w:themeColor="accent4" w:themeShade="99"/>
          <w:insideV w:val="nil"/>
        </w:tcBorders>
        <w:shd w:val="clear" w:color="auto" w:fill="3833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3373" w:themeFill="accent4" w:themeFillShade="99"/>
      </w:tcPr>
    </w:tblStylePr>
    <w:tblStylePr w:type="band1Vert">
      <w:tblPr/>
      <w:tcPr>
        <w:shd w:val="clear" w:color="auto" w:fill="C1BEE2" w:themeFill="accent4" w:themeFillTint="66"/>
      </w:tcPr>
    </w:tblStylePr>
    <w:tblStylePr w:type="band1Horz">
      <w:tblPr/>
      <w:tcPr>
        <w:shd w:val="clear" w:color="auto" w:fill="B2AE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82DB" w:themeColor="accent6"/>
        <w:left w:val="single" w:sz="4" w:space="0" w:color="45A5ED" w:themeColor="accent5"/>
        <w:bottom w:val="single" w:sz="4" w:space="0" w:color="45A5ED" w:themeColor="accent5"/>
        <w:right w:val="single" w:sz="4" w:space="0" w:color="45A5E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6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82D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66A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66A7" w:themeColor="accent5" w:themeShade="99"/>
          <w:insideV w:val="nil"/>
        </w:tcBorders>
        <w:shd w:val="clear" w:color="auto" w:fill="1066A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6A7" w:themeFill="accent5" w:themeFillShade="99"/>
      </w:tcPr>
    </w:tblStylePr>
    <w:tblStylePr w:type="band1Vert">
      <w:tblPr/>
      <w:tcPr>
        <w:shd w:val="clear" w:color="auto" w:fill="B4DAF7" w:themeFill="accent5" w:themeFillTint="66"/>
      </w:tcPr>
    </w:tblStylePr>
    <w:tblStylePr w:type="band1Horz">
      <w:tblPr/>
      <w:tcPr>
        <w:shd w:val="clear" w:color="auto" w:fill="A2D1F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5A5ED" w:themeColor="accent5"/>
        <w:left w:val="single" w:sz="4" w:space="0" w:color="5982DB" w:themeColor="accent6"/>
        <w:bottom w:val="single" w:sz="4" w:space="0" w:color="5982DB" w:themeColor="accent6"/>
        <w:right w:val="single" w:sz="4" w:space="0" w:color="5982D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2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5A5E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469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4697" w:themeColor="accent6" w:themeShade="99"/>
          <w:insideV w:val="nil"/>
        </w:tcBorders>
        <w:shd w:val="clear" w:color="auto" w:fill="21469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697" w:themeFill="accent6" w:themeFillShade="99"/>
      </w:tcPr>
    </w:tblStylePr>
    <w:tblStylePr w:type="band1Vert">
      <w:tblPr/>
      <w:tcPr>
        <w:shd w:val="clear" w:color="auto" w:fill="BCCCF0" w:themeFill="accent6" w:themeFillTint="66"/>
      </w:tcPr>
    </w:tblStylePr>
    <w:tblStylePr w:type="band1Horz">
      <w:tblPr/>
      <w:tcPr>
        <w:shd w:val="clear" w:color="auto" w:fill="ACC0E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D31BC" w:themeFill="accent2" w:themeFillShade="CC"/>
      </w:tcPr>
    </w:tblStylePr>
    <w:tblStylePr w:type="lastRow">
      <w:rPr>
        <w:b/>
        <w:bCs/>
        <w:color w:val="7D31B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5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D31BC" w:themeFill="accent2" w:themeFillShade="CC"/>
      </w:tcPr>
    </w:tblStylePr>
    <w:tblStylePr w:type="lastRow">
      <w:rPr>
        <w:b/>
        <w:bCs/>
        <w:color w:val="7D31B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  <w:tblStylePr w:type="band1Horz">
      <w:tblPr/>
      <w:tcPr>
        <w:shd w:val="clear" w:color="auto" w:fill="F1CBF0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E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D31BC" w:themeFill="accent2" w:themeFillShade="CC"/>
      </w:tcPr>
    </w:tblStylePr>
    <w:tblStylePr w:type="lastRow">
      <w:rPr>
        <w:b/>
        <w:bCs/>
        <w:color w:val="7D31B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5F4" w:themeFill="accent2" w:themeFillTint="3F"/>
      </w:tcPr>
    </w:tblStylePr>
    <w:tblStylePr w:type="band1Horz">
      <w:tblPr/>
      <w:tcPr>
        <w:shd w:val="clear" w:color="auto" w:fill="EADDF6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B449A" w:themeFill="accent4" w:themeFillShade="CC"/>
      </w:tcPr>
    </w:tblStylePr>
    <w:tblStylePr w:type="lastRow">
      <w:rPr>
        <w:b/>
        <w:bCs/>
        <w:color w:val="4B449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6F5" w:themeFill="accent3" w:themeFillTint="3F"/>
      </w:tcPr>
    </w:tblStylePr>
    <w:tblStylePr w:type="band1Horz">
      <w:tblPr/>
      <w:tcPr>
        <w:shd w:val="clear" w:color="auto" w:fill="E3DEF7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2FC8" w:themeFill="accent3" w:themeFillShade="CC"/>
      </w:tcPr>
    </w:tblStylePr>
    <w:tblStylePr w:type="lastRow">
      <w:rPr>
        <w:b/>
        <w:bCs/>
        <w:color w:val="4C2FC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7ED" w:themeFill="accent4" w:themeFillTint="3F"/>
      </w:tcPr>
    </w:tblStylePr>
    <w:tblStylePr w:type="band1Horz">
      <w:tblPr/>
      <w:tcPr>
        <w:shd w:val="clear" w:color="auto" w:fill="E0DEF0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6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5DCA" w:themeFill="accent6" w:themeFillShade="CC"/>
      </w:tcPr>
    </w:tblStylePr>
    <w:tblStylePr w:type="lastRow">
      <w:rPr>
        <w:b/>
        <w:bCs/>
        <w:color w:val="2C5DC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8FA" w:themeFill="accent5" w:themeFillTint="3F"/>
      </w:tcPr>
    </w:tblStylePr>
    <w:tblStylePr w:type="band1Horz">
      <w:tblPr/>
      <w:tcPr>
        <w:shd w:val="clear" w:color="auto" w:fill="D9ECFB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2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88DF" w:themeFill="accent5" w:themeFillShade="CC"/>
      </w:tcPr>
    </w:tblStylePr>
    <w:tblStylePr w:type="lastRow">
      <w:rPr>
        <w:b/>
        <w:bCs/>
        <w:color w:val="1588D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FF6" w:themeFill="accent6" w:themeFillTint="3F"/>
      </w:tcPr>
    </w:tblStylePr>
    <w:tblStylePr w:type="band1Horz">
      <w:tblPr/>
      <w:tcPr>
        <w:shd w:val="clear" w:color="auto" w:fill="DDE5F7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CBF0" w:themeFill="accent1" w:themeFillTint="33"/>
    </w:tcPr>
    <w:tblStylePr w:type="firstRow">
      <w:rPr>
        <w:b/>
        <w:bCs/>
      </w:rPr>
      <w:tblPr/>
      <w:tcPr>
        <w:shd w:val="clear" w:color="auto" w:fill="E398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98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D1D6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D1D6A" w:themeFill="accent1" w:themeFillShade="BF"/>
      </w:tcPr>
    </w:tblStylePr>
    <w:tblStylePr w:type="band1Vert">
      <w:tblPr/>
      <w:tcPr>
        <w:shd w:val="clear" w:color="auto" w:fill="DC7FD9" w:themeFill="accent1" w:themeFillTint="7F"/>
      </w:tcPr>
    </w:tblStylePr>
    <w:tblStylePr w:type="band1Horz">
      <w:tblPr/>
      <w:tcPr>
        <w:shd w:val="clear" w:color="auto" w:fill="DC7FD9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DF6" w:themeFill="accent2" w:themeFillTint="33"/>
    </w:tcPr>
    <w:tblStylePr w:type="firstRow">
      <w:rPr>
        <w:b/>
        <w:bCs/>
      </w:rPr>
      <w:tblPr/>
      <w:tcPr>
        <w:shd w:val="clear" w:color="auto" w:fill="D6BB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B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52EB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52EB0" w:themeFill="accent2" w:themeFillShade="BF"/>
      </w:tcPr>
    </w:tblStylePr>
    <w:tblStylePr w:type="band1Vert">
      <w:tblPr/>
      <w:tcPr>
        <w:shd w:val="clear" w:color="auto" w:fill="CCABE9" w:themeFill="accent2" w:themeFillTint="7F"/>
      </w:tcPr>
    </w:tblStylePr>
    <w:tblStylePr w:type="band1Horz">
      <w:tblPr/>
      <w:tcPr>
        <w:shd w:val="clear" w:color="auto" w:fill="CCABE9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EF7" w:themeFill="accent3" w:themeFillTint="33"/>
    </w:tcPr>
    <w:tblStylePr w:type="firstRow">
      <w:rPr>
        <w:b/>
        <w:bCs/>
      </w:rPr>
      <w:tblPr/>
      <w:tcPr>
        <w:shd w:val="clear" w:color="auto" w:fill="C7BE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E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72CB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72CBB" w:themeFill="accent3" w:themeFillShade="BF"/>
      </w:tcPr>
    </w:tblStylePr>
    <w:tblStylePr w:type="band1Vert">
      <w:tblPr/>
      <w:tcPr>
        <w:shd w:val="clear" w:color="auto" w:fill="BAAEEC" w:themeFill="accent3" w:themeFillTint="7F"/>
      </w:tcPr>
    </w:tblStylePr>
    <w:tblStylePr w:type="band1Horz">
      <w:tblPr/>
      <w:tcPr>
        <w:shd w:val="clear" w:color="auto" w:fill="BAAEE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DEF0" w:themeFill="accent4" w:themeFillTint="33"/>
    </w:tcPr>
    <w:tblStylePr w:type="firstRow">
      <w:rPr>
        <w:b/>
        <w:bCs/>
      </w:rPr>
      <w:tblPr/>
      <w:tcPr>
        <w:shd w:val="clear" w:color="auto" w:fill="C1BE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BE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63F9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63F90" w:themeFill="accent4" w:themeFillShade="BF"/>
      </w:tcPr>
    </w:tblStylePr>
    <w:tblStylePr w:type="band1Vert">
      <w:tblPr/>
      <w:tcPr>
        <w:shd w:val="clear" w:color="auto" w:fill="B2AEDB" w:themeFill="accent4" w:themeFillTint="7F"/>
      </w:tcPr>
    </w:tblStylePr>
    <w:tblStylePr w:type="band1Horz">
      <w:tblPr/>
      <w:tcPr>
        <w:shd w:val="clear" w:color="auto" w:fill="B2AEDB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CFB" w:themeFill="accent5" w:themeFillTint="33"/>
    </w:tcPr>
    <w:tblStylePr w:type="firstRow">
      <w:rPr>
        <w:b/>
        <w:bCs/>
      </w:rPr>
      <w:tblPr/>
      <w:tcPr>
        <w:shd w:val="clear" w:color="auto" w:fill="B4DAF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DAF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47FD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47FD0" w:themeFill="accent5" w:themeFillShade="BF"/>
      </w:tcPr>
    </w:tblStylePr>
    <w:tblStylePr w:type="band1Vert">
      <w:tblPr/>
      <w:tcPr>
        <w:shd w:val="clear" w:color="auto" w:fill="A2D1F6" w:themeFill="accent5" w:themeFillTint="7F"/>
      </w:tcPr>
    </w:tblStylePr>
    <w:tblStylePr w:type="band1Horz">
      <w:tblPr/>
      <w:tcPr>
        <w:shd w:val="clear" w:color="auto" w:fill="A2D1F6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5F7" w:themeFill="accent6" w:themeFillTint="33"/>
    </w:tcPr>
    <w:tblStylePr w:type="firstRow">
      <w:rPr>
        <w:b/>
        <w:bCs/>
      </w:rPr>
      <w:tblPr/>
      <w:tcPr>
        <w:shd w:val="clear" w:color="auto" w:fill="BCCCF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CCF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957B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957BD" w:themeFill="accent6" w:themeFillShade="BF"/>
      </w:tcPr>
    </w:tblStylePr>
    <w:tblStylePr w:type="band1Vert">
      <w:tblPr/>
      <w:tcPr>
        <w:shd w:val="clear" w:color="auto" w:fill="ACC0ED" w:themeFill="accent6" w:themeFillTint="7F"/>
      </w:tcPr>
    </w:tblStylePr>
    <w:tblStylePr w:type="band1Horz">
      <w:tblPr/>
      <w:tcPr>
        <w:shd w:val="clear" w:color="auto" w:fill="ACC0ED" w:themeFill="accent6" w:themeFillTint="7F"/>
      </w:tcPr>
    </w:tblStylePr>
  </w:style>
  <w:style w:type="character" w:styleId="Besedilooznabemesta">
    <w:name w:val="Placeholder Text"/>
    <w:basedOn w:val="Privzetapisavaodstavka"/>
    <w:uiPriority w:val="99"/>
    <w:semiHidden/>
    <w:rsid w:val="000C5E8C"/>
    <w:rPr>
      <w:color w:val="666666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9617E6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9617E6"/>
    <w:rPr>
      <w:rFonts w:ascii="Arial" w:hAnsi="Arial"/>
      <w:color w:val="333333"/>
      <w:sz w:val="20"/>
      <w:szCs w:val="20"/>
      <w:lang w:val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9617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0D7B34AA6346CFAFDBF04BB19E04D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6591857-AEF3-4D3D-8C89-EA3D316423CB}"/>
      </w:docPartPr>
      <w:docPartBody>
        <w:p w:rsidR="00F53BFE" w:rsidRDefault="00150114" w:rsidP="00150114">
          <w:pPr>
            <w:pStyle w:val="A70D7B34AA6346CFAFDBF04BB19E04D73"/>
          </w:pPr>
          <w:r w:rsidRPr="00761799">
            <w:rPr>
              <w:rStyle w:val="Besedilooznabemesta"/>
              <w:rFonts w:asciiTheme="majorHAnsi" w:hAnsiTheme="majorHAnsi" w:cstheme="majorHAnsi"/>
              <w:i/>
              <w:iCs/>
              <w:sz w:val="21"/>
              <w:szCs w:val="21"/>
            </w:rPr>
            <w:t>Vpišite kraj</w:t>
          </w:r>
        </w:p>
      </w:docPartBody>
    </w:docPart>
    <w:docPart>
      <w:docPartPr>
        <w:name w:val="CD14C279255F4A278F46BE0B734EA03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DD9B13-CC72-4BE7-B9B0-89A65FBF4261}"/>
      </w:docPartPr>
      <w:docPartBody>
        <w:p w:rsidR="00F53BFE" w:rsidRDefault="00150114" w:rsidP="00150114">
          <w:pPr>
            <w:pStyle w:val="CD14C279255F4A278F46BE0B734EA0393"/>
          </w:pP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Izberite datum...</w:t>
          </w:r>
        </w:p>
      </w:docPartBody>
    </w:docPart>
    <w:docPart>
      <w:docPartPr>
        <w:name w:val="DE43BED12BCB497195812955A5C8BDE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0139F2-1528-45CD-9854-818075CF6B63}"/>
      </w:docPartPr>
      <w:docPartBody>
        <w:p w:rsidR="00F53BFE" w:rsidRDefault="00150114" w:rsidP="00150114">
          <w:pPr>
            <w:pStyle w:val="DE43BED12BCB497195812955A5C8BDEC3"/>
          </w:pP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kraj občnega zbora...</w:t>
          </w:r>
        </w:p>
      </w:docPartBody>
    </w:docPart>
    <w:docPart>
      <w:docPartPr>
        <w:name w:val="57A95FD630F04516894427C1A0DE675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41B905D-05D0-4985-9B17-CB2647D5EACF}"/>
      </w:docPartPr>
      <w:docPartBody>
        <w:p w:rsidR="00F53BFE" w:rsidRDefault="00150114" w:rsidP="00150114">
          <w:pPr>
            <w:pStyle w:val="57A95FD630F04516894427C1A0DE67543"/>
          </w:pP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datum občnega zbora...</w:t>
          </w:r>
        </w:p>
      </w:docPartBody>
    </w:docPart>
    <w:docPart>
      <w:docPartPr>
        <w:name w:val="55A33C79A6EC4542954C1FAC838971F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0960E83-075F-46BB-AFF9-2693559A6E8C}"/>
      </w:docPartPr>
      <w:docPartBody>
        <w:p w:rsidR="00F53BFE" w:rsidRDefault="00150114" w:rsidP="00150114">
          <w:pPr>
            <w:pStyle w:val="55A33C79A6EC4542954C1FAC838971FD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Kliknite za izbiro datuma...</w:t>
          </w:r>
        </w:p>
      </w:docPartBody>
    </w:docPart>
    <w:docPart>
      <w:docPartPr>
        <w:name w:val="9A4773D0748942629EB19F20B8D576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7ACA1B-D274-4BAA-8CEF-0942729D6839}"/>
      </w:docPartPr>
      <w:docPartBody>
        <w:p w:rsidR="00F53BFE" w:rsidRDefault="00150114" w:rsidP="00150114">
          <w:pPr>
            <w:pStyle w:val="9A4773D0748942629EB19F20B8D57678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ime...</w:t>
          </w:r>
        </w:p>
      </w:docPartBody>
    </w:docPart>
    <w:docPart>
      <w:docPartPr>
        <w:name w:val="535FC28300394517A98231FF92D1E7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351F20-21B5-404C-A9E9-EA3137D0C915}"/>
      </w:docPartPr>
      <w:docPartBody>
        <w:p w:rsidR="00F53BFE" w:rsidRDefault="00150114" w:rsidP="00150114">
          <w:pPr>
            <w:pStyle w:val="535FC28300394517A98231FF92D1E732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priimek...</w:t>
          </w:r>
        </w:p>
      </w:docPartBody>
    </w:docPart>
    <w:docPart>
      <w:docPartPr>
        <w:name w:val="FDFF969D166C4A1E9B34328BCD0EC3D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5DA1B09-3B91-4E91-A0E5-4B8053E09E19}"/>
      </w:docPartPr>
      <w:docPartBody>
        <w:p w:rsidR="00F53BFE" w:rsidRDefault="00150114" w:rsidP="00150114">
          <w:pPr>
            <w:pStyle w:val="FDFF969D166C4A1E9B34328BCD0EC3DF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naslov...</w:t>
          </w:r>
        </w:p>
      </w:docPartBody>
    </w:docPart>
    <w:docPart>
      <w:docPartPr>
        <w:name w:val="AE4F78CB7BF24E72BFA0F2922C8D6D4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BDABA2-946C-4B53-929B-B2FAF43F78A1}"/>
      </w:docPartPr>
      <w:docPartBody>
        <w:p w:rsidR="00F53BFE" w:rsidRDefault="00150114" w:rsidP="00150114">
          <w:pPr>
            <w:pStyle w:val="AE4F78CB7BF24E72BFA0F2922C8D6D4F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državljanstvo in narodnost...</w:t>
          </w:r>
        </w:p>
      </w:docPartBody>
    </w:docPart>
    <w:docPart>
      <w:docPartPr>
        <w:name w:val="8D516539D7FB43788E53FAB131A9E1D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F31B4A9-A1A4-440C-A447-1D00F60727BB}"/>
      </w:docPartPr>
      <w:docPartBody>
        <w:p w:rsidR="00F53BFE" w:rsidRDefault="00150114" w:rsidP="00150114">
          <w:pPr>
            <w:pStyle w:val="8D516539D7FB43788E53FAB131A9E1D4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podatke o trenutni zaposlitvi...</w:t>
          </w:r>
        </w:p>
      </w:docPartBody>
    </w:docPart>
    <w:docPart>
      <w:docPartPr>
        <w:name w:val="2698790789D9413DB0DC86A9C7C43CC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DEB5CF6-8062-4D27-9EF5-92B927AEBB72}"/>
      </w:docPartPr>
      <w:docPartBody>
        <w:p w:rsidR="00F53BFE" w:rsidRDefault="00150114" w:rsidP="00150114">
          <w:pPr>
            <w:pStyle w:val="2698790789D9413DB0DC86A9C7C43CCC3"/>
          </w:pPr>
          <w:r w:rsidRPr="00761799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besedilo. Po pritisku na tipko ENTER se ustvari nova alineja</w:t>
          </w:r>
        </w:p>
      </w:docPartBody>
    </w:docPart>
    <w:docPart>
      <w:docPartPr>
        <w:name w:val="8E3813719B384D458627511A46F73B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D44EDDB-C2F1-4E77-B54B-28B9C8283E04}"/>
      </w:docPartPr>
      <w:docPartBody>
        <w:p w:rsidR="00F53BFE" w:rsidRDefault="00150114" w:rsidP="00150114">
          <w:pPr>
            <w:pStyle w:val="8E3813719B384D458627511A46F73BA6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podatke o izobrazbi(datum in ustanova). Po pritisku na tipko ENTER se ustvari nova alineja</w:t>
          </w:r>
        </w:p>
      </w:docPartBody>
    </w:docPart>
    <w:docPart>
      <w:docPartPr>
        <w:name w:val="140ED4AA5DA7478B97D87FFAB0CA927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E79A4F2-403F-4562-8D3D-FDC0C980A3A7}"/>
      </w:docPartPr>
      <w:docPartBody>
        <w:p w:rsidR="00F53BFE" w:rsidRDefault="00150114" w:rsidP="00150114">
          <w:pPr>
            <w:pStyle w:val="140ED4AA5DA7478B97D87FFAB0CA9277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opis poklicne poti. Po pritisku na tipko ENTER se ustvari nova alineja</w:t>
          </w:r>
        </w:p>
      </w:docPartBody>
    </w:docPart>
    <w:docPart>
      <w:docPartPr>
        <w:name w:val="F5B705EFC66D4B64842774AA0A5077D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F39CBF5-7BE4-473D-9FF5-5A9E243763DA}"/>
      </w:docPartPr>
      <w:docPartBody>
        <w:p w:rsidR="00F53BFE" w:rsidRDefault="00150114" w:rsidP="00150114">
          <w:pPr>
            <w:pStyle w:val="F5B705EFC66D4B64842774AA0A5077D0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Izberite datum...</w:t>
          </w:r>
        </w:p>
      </w:docPartBody>
    </w:docPart>
    <w:docPart>
      <w:docPartPr>
        <w:name w:val="2831DC1C4E4F4E31B7E2C7A55459D0E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726DE88-23EB-4B2E-839B-4866635AE94D}"/>
      </w:docPartPr>
      <w:docPartBody>
        <w:p w:rsidR="00F53BFE" w:rsidRDefault="00150114" w:rsidP="00150114">
          <w:pPr>
            <w:pStyle w:val="2831DC1C4E4F4E31B7E2C7A55459D0E3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kraj rojstva...</w:t>
          </w:r>
        </w:p>
      </w:docPartBody>
    </w:docPart>
    <w:docPart>
      <w:docPartPr>
        <w:name w:val="53E97E0FB8D14336A1F943DF7BAEC0B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1E99147-D073-461C-AC1F-07F564EDECAC}"/>
      </w:docPartPr>
      <w:docPartBody>
        <w:p w:rsidR="00F53BFE" w:rsidRDefault="00150114" w:rsidP="00150114">
          <w:pPr>
            <w:pStyle w:val="53E97E0FB8D14336A1F943DF7BAEC0BC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  <w:docPart>
      <w:docPartPr>
        <w:name w:val="942AE318A1294A9CB12CEEAB67B85E8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88EFDCA-6240-4599-91C3-D5E224DE726C}"/>
      </w:docPartPr>
      <w:docPartBody>
        <w:p w:rsidR="004365E8" w:rsidRDefault="00150114" w:rsidP="00150114">
          <w:pPr>
            <w:pStyle w:val="942AE318A1294A9CB12CEEAB67B85E833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 xml:space="preserve">Vnesite </w:t>
          </w:r>
          <w:r>
            <w:rPr>
              <w:rStyle w:val="Besedilooznabemesta"/>
              <w:rFonts w:cs="Calibri"/>
              <w:i/>
              <w:color w:val="787878"/>
              <w:szCs w:val="21"/>
            </w:rPr>
            <w:t>i</w:t>
          </w:r>
          <w:r>
            <w:rPr>
              <w:rStyle w:val="Besedilooznabemesta"/>
              <w:i/>
              <w:color w:val="787878"/>
              <w:szCs w:val="21"/>
            </w:rPr>
            <w:t>me in priimek</w:t>
          </w: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...</w:t>
          </w:r>
        </w:p>
      </w:docPartBody>
    </w:docPart>
    <w:docPart>
      <w:docPartPr>
        <w:name w:val="C109DFE0D9724D78A1F5F30488DCF89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9DEA2DF-D6C0-4023-A1B0-2849A55AD6C4}"/>
      </w:docPartPr>
      <w:docPartBody>
        <w:p w:rsidR="003507F2" w:rsidRDefault="00150114" w:rsidP="00150114">
          <w:pPr>
            <w:pStyle w:val="C109DFE0D9724D78A1F5F30488DCF8973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leto (npr. 1995)...</w:t>
          </w:r>
        </w:p>
      </w:docPartBody>
    </w:docPart>
    <w:docPart>
      <w:docPartPr>
        <w:name w:val="14F85D311D434AD09CADADDEF94F52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A60119D-47B6-45AB-9ADB-5DB54B460E94}"/>
      </w:docPartPr>
      <w:docPartBody>
        <w:p w:rsidR="003507F2" w:rsidRDefault="00150114" w:rsidP="00150114">
          <w:pPr>
            <w:pStyle w:val="14F85D311D434AD09CADADDEF94F52E83"/>
          </w:pPr>
          <w:r w:rsidRPr="00761799">
            <w:rPr>
              <w:rFonts w:ascii="Calibri" w:hAnsi="Calibri" w:cs="Calibri"/>
              <w:i/>
              <w:color w:val="787878"/>
              <w:sz w:val="21"/>
              <w:szCs w:val="21"/>
            </w:rPr>
            <w:t>Vnesite članstva in funkcije (naziv organa, funkcija, mandatno obdobje).</w:t>
          </w:r>
          <w:r w:rsidRPr="00630F17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B0D5CE3F669C473390D95EBE5AB1B2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CB2939-BAC5-4C18-8E74-3BB197C6AE21}"/>
      </w:docPartPr>
      <w:docPartBody>
        <w:p w:rsidR="003507F2" w:rsidRDefault="00150114" w:rsidP="00150114">
          <w:pPr>
            <w:pStyle w:val="B0D5CE3F669C473390D95EBE5AB1B2003"/>
          </w:pPr>
          <w:r w:rsidRPr="002068F6">
            <w:rPr>
              <w:rFonts w:asciiTheme="majorHAnsi" w:hAnsiTheme="majorHAnsi" w:cstheme="majorHAnsi"/>
              <w:i/>
              <w:color w:val="787878"/>
              <w:sz w:val="21"/>
              <w:szCs w:val="21"/>
            </w:rPr>
            <w:t>Vnesite članstva in funkcije.</w:t>
          </w:r>
          <w:r w:rsidRPr="002068F6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06BBB487F1C145DA807E27FBFDEB205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0856D2-1D32-4640-ACF6-07A3CDE74016}"/>
      </w:docPartPr>
      <w:docPartBody>
        <w:p w:rsidR="003507F2" w:rsidRDefault="00150114" w:rsidP="00150114">
          <w:pPr>
            <w:pStyle w:val="06BBB487F1C145DA807E27FBFDEB205D3"/>
          </w:pPr>
          <w:r w:rsidRPr="00761799">
            <w:rPr>
              <w:rFonts w:ascii="Calibri" w:hAnsi="Calibri" w:cs="Calibri"/>
              <w:i/>
              <w:color w:val="787878"/>
              <w:sz w:val="21"/>
              <w:szCs w:val="21"/>
            </w:rPr>
            <w:t>Navedite dosedanja priznanja (datum in naziv priznanja).</w:t>
          </w:r>
          <w:r w:rsidRPr="002068F6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B39EF079725A424F8C3CE4BD766068F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65E896C-90A0-4B19-98D2-9B580CA02402}"/>
      </w:docPartPr>
      <w:docPartBody>
        <w:p w:rsidR="00FE7617" w:rsidRDefault="00150114" w:rsidP="00150114">
          <w:pPr>
            <w:pStyle w:val="B39EF079725A424F8C3CE4BD766068F12"/>
          </w:pPr>
          <w:r w:rsidRPr="00983AE7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Izberite predlagatelja iz spustnega seznama...</w:t>
          </w:r>
        </w:p>
      </w:docPartBody>
    </w:docPart>
    <w:docPart>
      <w:docPartPr>
        <w:name w:val="38FA6921D45A4FC4A250FD043D6C3EB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FCBE3F-047C-43EE-8A6C-F15B0E0C397B}"/>
      </w:docPartPr>
      <w:docPartBody>
        <w:p w:rsidR="00FE7617" w:rsidRDefault="00150114" w:rsidP="00150114">
          <w:pPr>
            <w:pStyle w:val="38FA6921D45A4FC4A250FD043D6C3EB72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ime, priimek in e-poštni naslov...</w:t>
          </w:r>
        </w:p>
      </w:docPartBody>
    </w:docPart>
    <w:docPart>
      <w:docPartPr>
        <w:name w:val="4CDA73E5745747EA8E19234C9205EE2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E958748-74A6-4098-A1E1-430B58651FAB}"/>
      </w:docPartPr>
      <w:docPartBody>
        <w:p w:rsidR="00F563C0" w:rsidRDefault="00150114" w:rsidP="00150114">
          <w:pPr>
            <w:pStyle w:val="4CDA73E5745747EA8E19234C9205EE2B1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DA"/>
    <w:rsid w:val="0000164B"/>
    <w:rsid w:val="00083429"/>
    <w:rsid w:val="00150114"/>
    <w:rsid w:val="00173A88"/>
    <w:rsid w:val="001D1252"/>
    <w:rsid w:val="00307575"/>
    <w:rsid w:val="003507F2"/>
    <w:rsid w:val="003A261D"/>
    <w:rsid w:val="003D71E6"/>
    <w:rsid w:val="004365E8"/>
    <w:rsid w:val="004D1A14"/>
    <w:rsid w:val="0053067B"/>
    <w:rsid w:val="00706B39"/>
    <w:rsid w:val="00804F19"/>
    <w:rsid w:val="00836D2D"/>
    <w:rsid w:val="008725D8"/>
    <w:rsid w:val="00874C33"/>
    <w:rsid w:val="008C07AC"/>
    <w:rsid w:val="008E15C5"/>
    <w:rsid w:val="00967E3C"/>
    <w:rsid w:val="00A456CB"/>
    <w:rsid w:val="00A60F9F"/>
    <w:rsid w:val="00AB39CB"/>
    <w:rsid w:val="00B466DA"/>
    <w:rsid w:val="00B54A31"/>
    <w:rsid w:val="00C95107"/>
    <w:rsid w:val="00CF2B95"/>
    <w:rsid w:val="00D02DFF"/>
    <w:rsid w:val="00E35B85"/>
    <w:rsid w:val="00E90396"/>
    <w:rsid w:val="00EB42C8"/>
    <w:rsid w:val="00EB5369"/>
    <w:rsid w:val="00EC03E3"/>
    <w:rsid w:val="00F53BFE"/>
    <w:rsid w:val="00F563C0"/>
    <w:rsid w:val="00F71D00"/>
    <w:rsid w:val="00FE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150114"/>
    <w:rPr>
      <w:color w:val="666666"/>
    </w:rPr>
  </w:style>
  <w:style w:type="paragraph" w:customStyle="1" w:styleId="28FECA3DB3084F6AA049769A0C27C3E0">
    <w:name w:val="28FECA3DB3084F6AA049769A0C27C3E0"/>
    <w:rsid w:val="00B466DA"/>
  </w:style>
  <w:style w:type="paragraph" w:customStyle="1" w:styleId="D1B19F04083C4988A5588CCB0132CE0F">
    <w:name w:val="D1B19F04083C4988A5588CCB0132CE0F"/>
    <w:rsid w:val="00B466DA"/>
  </w:style>
  <w:style w:type="paragraph" w:customStyle="1" w:styleId="B94111B377204763BC0F22FA16B408FB">
    <w:name w:val="B94111B377204763BC0F22FA16B408FB"/>
    <w:rsid w:val="003D71E6"/>
  </w:style>
  <w:style w:type="paragraph" w:customStyle="1" w:styleId="C109DFE0D9724D78A1F5F30488DCF897">
    <w:name w:val="C109DFE0D9724D78A1F5F30488DCF897"/>
    <w:rsid w:val="00A456CB"/>
  </w:style>
  <w:style w:type="paragraph" w:customStyle="1" w:styleId="14F85D311D434AD09CADADDEF94F52E8">
    <w:name w:val="14F85D311D434AD09CADADDEF94F52E8"/>
    <w:rsid w:val="00A456CB"/>
  </w:style>
  <w:style w:type="paragraph" w:customStyle="1" w:styleId="B0D5CE3F669C473390D95EBE5AB1B200">
    <w:name w:val="B0D5CE3F669C473390D95EBE5AB1B200"/>
    <w:rsid w:val="00A456CB"/>
  </w:style>
  <w:style w:type="paragraph" w:customStyle="1" w:styleId="06BBB487F1C145DA807E27FBFDEB205D">
    <w:name w:val="06BBB487F1C145DA807E27FBFDEB205D"/>
    <w:rsid w:val="00A456CB"/>
  </w:style>
  <w:style w:type="paragraph" w:customStyle="1" w:styleId="55A33C79A6EC4542954C1FAC838971FD">
    <w:name w:val="55A33C79A6EC4542954C1FAC838971FD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71100F11AB54431BADB07DC698FB084A">
    <w:name w:val="71100F11AB54431BADB07DC698FB084A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47B618CE826E4C3AB83D0752A710D9301">
    <w:name w:val="47B618CE826E4C3AB83D0752A710D9301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A4773D0748942629EB19F20B8D57678">
    <w:name w:val="9A4773D0748942629EB19F20B8D57678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5FC28300394517A98231FF92D1E732">
    <w:name w:val="535FC28300394517A98231FF92D1E732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5B705EFC66D4B64842774AA0A5077D0">
    <w:name w:val="F5B705EFC66D4B64842774AA0A5077D0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831DC1C4E4F4E31B7E2C7A55459D0E3">
    <w:name w:val="2831DC1C4E4F4E31B7E2C7A55459D0E3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DFF969D166C4A1E9B34328BCD0EC3DF">
    <w:name w:val="FDFF969D166C4A1E9B34328BCD0EC3DF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E4F78CB7BF24E72BFA0F2922C8D6D4F">
    <w:name w:val="AE4F78CB7BF24E72BFA0F2922C8D6D4F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E97E0FB8D14336A1F943DF7BAEC0BC">
    <w:name w:val="53E97E0FB8D14336A1F943DF7BAEC0BC"/>
    <w:rsid w:val="00CF2B95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E3813719B384D458627511A46F73BA6">
    <w:name w:val="8E3813719B384D458627511A46F73BA6"/>
    <w:rsid w:val="00CF2B95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0ED4AA5DA7478B97D87FFAB0CA9277">
    <w:name w:val="140ED4AA5DA7478B97D87FFAB0CA9277"/>
    <w:rsid w:val="00CF2B95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D516539D7FB43788E53FAB131A9E1D4">
    <w:name w:val="8D516539D7FB43788E53FAB131A9E1D4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792312E19D6C4D89BF4DDD3E5802A207">
    <w:name w:val="792312E19D6C4D89BF4DDD3E5802A207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E43BED12BCB497195812955A5C8BDEC">
    <w:name w:val="DE43BED12BCB497195812955A5C8BDEC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7A95FD630F04516894427C1A0DE6754">
    <w:name w:val="57A95FD630F04516894427C1A0DE6754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698790789D9413DB0DC86A9C7C43CCC">
    <w:name w:val="2698790789D9413DB0DC86A9C7C43CCC"/>
    <w:rsid w:val="00CF2B95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70D7B34AA6346CFAFDBF04BB19E04D7">
    <w:name w:val="A70D7B34AA6346CFAFDBF04BB19E04D7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D14C279255F4A278F46BE0B734EA039">
    <w:name w:val="CD14C279255F4A278F46BE0B734EA039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42AE318A1294A9CB12CEEAB67B85E831">
    <w:name w:val="942AE318A1294A9CB12CEEAB67B85E831"/>
    <w:rsid w:val="00CF2B95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5A33C79A6EC4542954C1FAC838971FD1">
    <w:name w:val="55A33C79A6EC4542954C1FAC838971FD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71100F11AB54431BADB07DC698FB084A1">
    <w:name w:val="71100F11AB54431BADB07DC698FB084A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47B618CE826E4C3AB83D0752A710D930">
    <w:name w:val="47B618CE826E4C3AB83D0752A710D930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A4773D0748942629EB19F20B8D576781">
    <w:name w:val="9A4773D0748942629EB19F20B8D57678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5FC28300394517A98231FF92D1E7321">
    <w:name w:val="535FC28300394517A98231FF92D1E732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5B705EFC66D4B64842774AA0A5077D01">
    <w:name w:val="F5B705EFC66D4B64842774AA0A5077D0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831DC1C4E4F4E31B7E2C7A55459D0E31">
    <w:name w:val="2831DC1C4E4F4E31B7E2C7A55459D0E3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DFF969D166C4A1E9B34328BCD0EC3DF1">
    <w:name w:val="FDFF969D166C4A1E9B34328BCD0EC3DF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E4F78CB7BF24E72BFA0F2922C8D6D4F1">
    <w:name w:val="AE4F78CB7BF24E72BFA0F2922C8D6D4F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E97E0FB8D14336A1F943DF7BAEC0BC1">
    <w:name w:val="53E97E0FB8D14336A1F943DF7BAEC0BC1"/>
    <w:rsid w:val="003507F2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E3813719B384D458627511A46F73BA61">
    <w:name w:val="8E3813719B384D458627511A46F73BA61"/>
    <w:rsid w:val="003507F2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0ED4AA5DA7478B97D87FFAB0CA92771">
    <w:name w:val="140ED4AA5DA7478B97D87FFAB0CA92771"/>
    <w:rsid w:val="003507F2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D516539D7FB43788E53FAB131A9E1D41">
    <w:name w:val="8D516539D7FB43788E53FAB131A9E1D4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109DFE0D9724D78A1F5F30488DCF8971">
    <w:name w:val="C109DFE0D9724D78A1F5F30488DCF897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F85D311D434AD09CADADDEF94F52E81">
    <w:name w:val="14F85D311D434AD09CADADDEF94F52E81"/>
    <w:rsid w:val="003507F2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B0D5CE3F669C473390D95EBE5AB1B2001">
    <w:name w:val="B0D5CE3F669C473390D95EBE5AB1B2001"/>
    <w:rsid w:val="003507F2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06BBB487F1C145DA807E27FBFDEB205D1">
    <w:name w:val="06BBB487F1C145DA807E27FBFDEB205D1"/>
    <w:rsid w:val="003507F2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E43BED12BCB497195812955A5C8BDEC1">
    <w:name w:val="DE43BED12BCB497195812955A5C8BDEC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7A95FD630F04516894427C1A0DE67541">
    <w:name w:val="57A95FD630F04516894427C1A0DE6754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698790789D9413DB0DC86A9C7C43CCC1">
    <w:name w:val="2698790789D9413DB0DC86A9C7C43CCC1"/>
    <w:rsid w:val="003507F2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70D7B34AA6346CFAFDBF04BB19E04D71">
    <w:name w:val="A70D7B34AA6346CFAFDBF04BB19E04D7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D14C279255F4A278F46BE0B734EA0391">
    <w:name w:val="CD14C279255F4A278F46BE0B734EA0391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42AE318A1294A9CB12CEEAB67B85E83">
    <w:name w:val="942AE318A1294A9CB12CEEAB67B85E83"/>
    <w:rsid w:val="003507F2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B39EF079725A424F8C3CE4BD766068F1">
    <w:name w:val="B39EF079725A424F8C3CE4BD766068F1"/>
    <w:rsid w:val="008C07AC"/>
  </w:style>
  <w:style w:type="paragraph" w:customStyle="1" w:styleId="38FA6921D45A4FC4A250FD043D6C3EB7">
    <w:name w:val="38FA6921D45A4FC4A250FD043D6C3EB7"/>
    <w:rsid w:val="008C07AC"/>
  </w:style>
  <w:style w:type="paragraph" w:customStyle="1" w:styleId="55A33C79A6EC4542954C1FAC838971FD2">
    <w:name w:val="55A33C79A6EC4542954C1FAC838971FD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B39EF079725A424F8C3CE4BD766068F11">
    <w:name w:val="B39EF079725A424F8C3CE4BD766068F11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38FA6921D45A4FC4A250FD043D6C3EB71">
    <w:name w:val="38FA6921D45A4FC4A250FD043D6C3EB71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A4773D0748942629EB19F20B8D576782">
    <w:name w:val="9A4773D0748942629EB19F20B8D57678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5FC28300394517A98231FF92D1E7322">
    <w:name w:val="535FC28300394517A98231FF92D1E732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5B705EFC66D4B64842774AA0A5077D02">
    <w:name w:val="F5B705EFC66D4B64842774AA0A5077D0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831DC1C4E4F4E31B7E2C7A55459D0E32">
    <w:name w:val="2831DC1C4E4F4E31B7E2C7A55459D0E3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DFF969D166C4A1E9B34328BCD0EC3DF2">
    <w:name w:val="FDFF969D166C4A1E9B34328BCD0EC3DF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E4F78CB7BF24E72BFA0F2922C8D6D4F2">
    <w:name w:val="AE4F78CB7BF24E72BFA0F2922C8D6D4F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E97E0FB8D14336A1F943DF7BAEC0BC2">
    <w:name w:val="53E97E0FB8D14336A1F943DF7BAEC0BC2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E3813719B384D458627511A46F73BA62">
    <w:name w:val="8E3813719B384D458627511A46F73BA62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0ED4AA5DA7478B97D87FFAB0CA92772">
    <w:name w:val="140ED4AA5DA7478B97D87FFAB0CA92772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D516539D7FB43788E53FAB131A9E1D42">
    <w:name w:val="8D516539D7FB43788E53FAB131A9E1D4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109DFE0D9724D78A1F5F30488DCF8972">
    <w:name w:val="C109DFE0D9724D78A1F5F30488DCF897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F85D311D434AD09CADADDEF94F52E82">
    <w:name w:val="14F85D311D434AD09CADADDEF94F52E82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B0D5CE3F669C473390D95EBE5AB1B2002">
    <w:name w:val="B0D5CE3F669C473390D95EBE5AB1B2002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06BBB487F1C145DA807E27FBFDEB205D2">
    <w:name w:val="06BBB487F1C145DA807E27FBFDEB205D2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E43BED12BCB497195812955A5C8BDEC2">
    <w:name w:val="DE43BED12BCB497195812955A5C8BDEC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7A95FD630F04516894427C1A0DE67542">
    <w:name w:val="57A95FD630F04516894427C1A0DE6754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698790789D9413DB0DC86A9C7C43CCC2">
    <w:name w:val="2698790789D9413DB0DC86A9C7C43CCC2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70D7B34AA6346CFAFDBF04BB19E04D72">
    <w:name w:val="A70D7B34AA6346CFAFDBF04BB19E04D7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D14C279255F4A278F46BE0B734EA0392">
    <w:name w:val="CD14C279255F4A278F46BE0B734EA039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42AE318A1294A9CB12CEEAB67B85E832">
    <w:name w:val="942AE318A1294A9CB12CEEAB67B85E83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4CDA73E5745747EA8E19234C9205EE2B">
    <w:name w:val="4CDA73E5745747EA8E19234C9205EE2B"/>
    <w:rsid w:val="00150114"/>
  </w:style>
  <w:style w:type="paragraph" w:customStyle="1" w:styleId="55A33C79A6EC4542954C1FAC838971FD3">
    <w:name w:val="55A33C79A6EC4542954C1FAC838971FD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B39EF079725A424F8C3CE4BD766068F12">
    <w:name w:val="B39EF079725A424F8C3CE4BD766068F1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38FA6921D45A4FC4A250FD043D6C3EB72">
    <w:name w:val="38FA6921D45A4FC4A250FD043D6C3EB72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A4773D0748942629EB19F20B8D576783">
    <w:name w:val="9A4773D0748942629EB19F20B8D57678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5FC28300394517A98231FF92D1E7323">
    <w:name w:val="535FC28300394517A98231FF92D1E732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5B705EFC66D4B64842774AA0A5077D03">
    <w:name w:val="F5B705EFC66D4B64842774AA0A5077D0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831DC1C4E4F4E31B7E2C7A55459D0E33">
    <w:name w:val="2831DC1C4E4F4E31B7E2C7A55459D0E3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DFF969D166C4A1E9B34328BCD0EC3DF3">
    <w:name w:val="FDFF969D166C4A1E9B34328BCD0EC3DF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E4F78CB7BF24E72BFA0F2922C8D6D4F3">
    <w:name w:val="AE4F78CB7BF24E72BFA0F2922C8D6D4F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E97E0FB8D14336A1F943DF7BAEC0BC3">
    <w:name w:val="53E97E0FB8D14336A1F943DF7BAEC0BC3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4CDA73E5745747EA8E19234C9205EE2B1">
    <w:name w:val="4CDA73E5745747EA8E19234C9205EE2B1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E3813719B384D458627511A46F73BA63">
    <w:name w:val="8E3813719B384D458627511A46F73BA63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0ED4AA5DA7478B97D87FFAB0CA92773">
    <w:name w:val="140ED4AA5DA7478B97D87FFAB0CA92773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D516539D7FB43788E53FAB131A9E1D43">
    <w:name w:val="8D516539D7FB43788E53FAB131A9E1D4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109DFE0D9724D78A1F5F30488DCF8973">
    <w:name w:val="C109DFE0D9724D78A1F5F30488DCF897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F85D311D434AD09CADADDEF94F52E83">
    <w:name w:val="14F85D311D434AD09CADADDEF94F52E83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B0D5CE3F669C473390D95EBE5AB1B2003">
    <w:name w:val="B0D5CE3F669C473390D95EBE5AB1B2003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06BBB487F1C145DA807E27FBFDEB205D3">
    <w:name w:val="06BBB487F1C145DA807E27FBFDEB205D3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E43BED12BCB497195812955A5C8BDEC3">
    <w:name w:val="DE43BED12BCB497195812955A5C8BDEC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7A95FD630F04516894427C1A0DE67543">
    <w:name w:val="57A95FD630F04516894427C1A0DE6754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698790789D9413DB0DC86A9C7C43CCC3">
    <w:name w:val="2698790789D9413DB0DC86A9C7C43CCC3"/>
    <w:rsid w:val="00150114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70D7B34AA6346CFAFDBF04BB19E04D73">
    <w:name w:val="A70D7B34AA6346CFAFDBF04BB19E04D7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D14C279255F4A278F46BE0B734EA0393">
    <w:name w:val="CD14C279255F4A278F46BE0B734EA039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42AE318A1294A9CB12CEEAB67B85E833">
    <w:name w:val="942AE318A1294A9CB12CEEAB67B85E833"/>
    <w:rsid w:val="00150114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joličn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Franci Tratar</cp:lastModifiedBy>
  <cp:revision>50</cp:revision>
  <dcterms:created xsi:type="dcterms:W3CDTF">2026-08-03T17:56:00Z</dcterms:created>
  <dcterms:modified xsi:type="dcterms:W3CDTF">2026-09-08T11:54:00Z</dcterms:modified>
  <cp:category/>
</cp:coreProperties>
</file>