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128DA" w14:textId="77777777" w:rsidR="006E324A" w:rsidRPr="00F8655D" w:rsidRDefault="00A7615C">
      <w:pPr>
        <w:jc w:val="center"/>
        <w:rPr>
          <w:rFonts w:ascii="Calibri" w:hAnsi="Calibri" w:cs="Calibri"/>
        </w:rPr>
      </w:pPr>
      <w:r w:rsidRPr="00F8655D">
        <w:rPr>
          <w:rFonts w:ascii="Calibri" w:hAnsi="Calibri" w:cs="Calibri"/>
          <w:b/>
          <w:color w:val="183C6C"/>
          <w:sz w:val="26"/>
        </w:rPr>
        <w:t>SLOVENSKO FARMACEVTSKO DRUŠTVO</w:t>
      </w:r>
      <w:r w:rsidRPr="00F8655D">
        <w:rPr>
          <w:rFonts w:ascii="Calibri" w:hAnsi="Calibri" w:cs="Calibri"/>
          <w:b/>
          <w:color w:val="183C6C"/>
          <w:sz w:val="26"/>
        </w:rPr>
        <w:br/>
      </w:r>
      <w:r w:rsidRPr="00F8655D">
        <w:rPr>
          <w:rFonts w:ascii="Calibri" w:hAnsi="Calibri" w:cs="Calibri"/>
          <w:color w:val="666666"/>
          <w:sz w:val="17"/>
        </w:rPr>
        <w:t>Dunajska cesta 184 A, 1000 Ljubljana  |  e-pošta: pisarna@sfd.si  |  www.sfd.si</w:t>
      </w:r>
      <w:r w:rsidRPr="00F8655D">
        <w:rPr>
          <w:rFonts w:ascii="Calibri" w:hAnsi="Calibri" w:cs="Calibri"/>
          <w:color w:val="666666"/>
          <w:sz w:val="17"/>
        </w:rPr>
        <w:br/>
      </w:r>
    </w:p>
    <w:p w14:paraId="33C927B6" w14:textId="13475069" w:rsidR="006E324A" w:rsidRPr="00F8655D" w:rsidRDefault="00A7615C">
      <w:pPr>
        <w:spacing w:before="200" w:after="300"/>
        <w:jc w:val="center"/>
        <w:rPr>
          <w:rFonts w:ascii="Calibri" w:hAnsi="Calibri" w:cs="Calibri"/>
        </w:rPr>
      </w:pPr>
      <w:r w:rsidRPr="00F8655D">
        <w:rPr>
          <w:rFonts w:ascii="Calibri" w:hAnsi="Calibri" w:cs="Calibri"/>
          <w:b/>
          <w:color w:val="183C6C"/>
          <w:sz w:val="28"/>
        </w:rPr>
        <w:t>PREDLOG ZA PODELITEV PRIZNANJA ČASTNEGA ČLANA</w:t>
      </w:r>
      <w:r w:rsidR="00F86BF3" w:rsidRPr="00F8655D">
        <w:rPr>
          <w:rStyle w:val="Konnaopomba-sklic"/>
          <w:rFonts w:ascii="Calibri" w:hAnsi="Calibri" w:cs="Calibri"/>
          <w:b/>
          <w:color w:val="183C6C"/>
          <w:sz w:val="28"/>
        </w:rPr>
        <w:endnoteReference w:id="1"/>
      </w:r>
    </w:p>
    <w:p w14:paraId="470535E7" w14:textId="77619B7C" w:rsidR="006E324A" w:rsidRPr="00F8655D" w:rsidRDefault="00A7615C" w:rsidP="00C10D53">
      <w:pPr>
        <w:pStyle w:val="Naslov3"/>
      </w:pPr>
      <w:r w:rsidRPr="00F8655D">
        <w:t>PODATKI O PREDLAGATELJU</w:t>
      </w:r>
    </w:p>
    <w:tbl>
      <w:tblPr>
        <w:tblW w:w="0" w:type="auto"/>
        <w:jc w:val="center"/>
        <w:tblBorders>
          <w:top w:val="single" w:sz="4" w:space="0" w:color="DBE5F1" w:themeColor="accent1" w:themeTint="33"/>
          <w:bottom w:val="single" w:sz="4" w:space="0" w:color="DBE5F1" w:themeColor="accent1" w:themeTint="33"/>
          <w:insideH w:val="single" w:sz="4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3580"/>
        <w:gridCol w:w="6064"/>
      </w:tblGrid>
      <w:tr w:rsidR="006E324A" w:rsidRPr="00F8655D" w14:paraId="01021169" w14:textId="77777777" w:rsidTr="00AA422E">
        <w:trPr>
          <w:jc w:val="center"/>
        </w:trPr>
        <w:tc>
          <w:tcPr>
            <w:tcW w:w="358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F1AF05" w14:textId="77777777" w:rsidR="006E324A" w:rsidRPr="00F8655D" w:rsidRDefault="00A7615C" w:rsidP="00AA422E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Datum predloga:</w:t>
            </w:r>
          </w:p>
        </w:tc>
        <w:tc>
          <w:tcPr>
            <w:tcW w:w="60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D40CF6" w14:textId="55D36304" w:rsidR="006E324A" w:rsidRPr="00F8655D" w:rsidRDefault="002B3979" w:rsidP="00AA422E">
            <w:pPr>
              <w:spacing w:after="0" w:line="240" w:lineRule="auto"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Datum_predloga"/>
                <w:id w:val="87654321"/>
                <w:placeholder>
                  <w:docPart w:val="55A33C79A6EC4542954C1FAC838971FD"/>
                </w:placeholder>
                <w:showingPlcHdr/>
                <w:date w:fullDate="2026-07-31T00:00:00Z">
                  <w:dateFormat w:val="dd.MM.yyyy"/>
                  <w:lid w:val="sl-SI"/>
                  <w:storeMappedDataAs w:val="text"/>
                  <w:calendar w:val="gregorian"/>
                </w:date>
              </w:sdtPr>
              <w:sdtEndPr/>
              <w:sdtContent>
                <w:r w:rsidR="00C77EC4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Kliknite za izbiro datuma...</w:t>
                </w:r>
              </w:sdtContent>
            </w:sdt>
          </w:p>
        </w:tc>
      </w:tr>
      <w:tr w:rsidR="006E324A" w:rsidRPr="00F8655D" w14:paraId="7BC08A3B" w14:textId="77777777" w:rsidTr="00AA422E">
        <w:trPr>
          <w:jc w:val="center"/>
        </w:trPr>
        <w:tc>
          <w:tcPr>
            <w:tcW w:w="358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62AD08" w14:textId="77777777" w:rsidR="006E324A" w:rsidRPr="00F8655D" w:rsidRDefault="00A7615C" w:rsidP="00AA422E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F8655D">
              <w:rPr>
                <w:rFonts w:asciiTheme="majorHAnsi" w:hAnsiTheme="majorHAnsi" w:cstheme="majorHAnsi"/>
                <w:b/>
                <w:sz w:val="21"/>
                <w:szCs w:val="21"/>
              </w:rPr>
              <w:t>Predlagatelj (podružnica / sekcija):</w:t>
            </w:r>
          </w:p>
        </w:tc>
        <w:tc>
          <w:tcPr>
            <w:tcW w:w="60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94D51D" w14:textId="1663B48B" w:rsidR="006E324A" w:rsidRPr="00F8655D" w:rsidRDefault="002B3979" w:rsidP="00B84154">
            <w:pPr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alias w:val="Seznam podružnic/sekcij"/>
                <w:tag w:val="cmbSeznam"/>
                <w:id w:val="786701862"/>
                <w:placeholder>
                  <w:docPart w:val="98C9778839994C16A1EDFDA3578BDAD0"/>
                </w:placeholder>
                <w:showingPlcHdr/>
                <w:comboBox>
                  <w:listItem w:displayText="•  Celjska podružnica" w:value="•  Celjska podružnica"/>
                  <w:listItem w:displayText="•  Gorenjska podružnica" w:value="•  Gorenjska podružnica"/>
                  <w:listItem w:displayText="•  Dolenjska podružnica" w:value="•  Dolenjska podružnica"/>
                  <w:listItem w:displayText="•  Ljubljanska podružnica" w:value="•  Ljubljanska podružnica"/>
                  <w:listItem w:displayText="•  Mariborska podružnica" w:value="•  Mariborska podružnica"/>
                  <w:listItem w:displayText="•  Pomurska podružnica" w:value="•  Pomurska podružnica"/>
                  <w:listItem w:displayText="•  Posavska podružnica" w:value="•  Posavska podružnica"/>
                  <w:listItem w:displayText="•  Primorska podružnica" w:value="•  Primorska podružnica"/>
                  <w:listItem w:displayText="•  Zasavska podružnica" w:value="•  Zasavska podružnica"/>
                  <w:listItem w:displayText="•  Sekcija farmacevtskih tehnologov" w:value="•  Sekcija farmacevtskih tehnologov"/>
                  <w:listItem w:displayText="•  Sekcija farmacevtskih znanosti" w:value="•  Sekcija farmacevtskih znanosti"/>
                  <w:listItem w:displayText="•  Sekcija bolnišničnih farmacevtov" w:value="•  Sekcija bolnišničnih farmacevtov"/>
                  <w:listItem w:displayText="•  Sekcija kliničnih farmacevtov" w:value="•  Sekcija kliničnih farmacevtov"/>
                  <w:listItem w:displayText="•  Homeopatska sekcija" w:value="•  Homeopatska sekcija"/>
                  <w:listItem w:displayText="•  Sekcija farmacevtov javnih lekarn" w:value="•  Sekcija farmacevtov javnih lekarn"/>
                  <w:listItem w:displayText="•  Sekcija farmacevtskih tehnikov" w:value="•  Sekcija farmacevtskih tehnikov"/>
                  <w:listItem w:displayText="•  Sekcija seniorjev" w:value="•  Sekcija seniorjev"/>
                  <w:listItem w:displayText="•  Študentska sekcija" w:value="•  Študentska sekcija"/>
                  <w:listItem w:displayText="•  Regulatorna sekcija" w:value="•  Regulatorna sekcija"/>
                  <w:listItem w:displayText="•  Sekcija za farmacevtsko kemijo" w:value="•  Sekcija za farmacevtsko kemijo"/>
                  <w:listItem w:displayText="•  Sekcija za zgodovino farmacije" w:value="•  Sekcija za zgodovino farmacije"/>
                </w:comboBox>
              </w:sdtPr>
              <w:sdtEndPr/>
              <w:sdtContent>
                <w:r w:rsidR="008C7592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Izberite</w:t>
                </w:r>
                <w:r w:rsidR="00B84154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predlagatelja</w:t>
                </w:r>
                <w:r w:rsidR="004C3482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iz spustnega seznama</w:t>
                </w:r>
                <w:r w:rsidR="00B84154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...</w:t>
                </w:r>
              </w:sdtContent>
            </w:sdt>
          </w:p>
        </w:tc>
      </w:tr>
      <w:tr w:rsidR="00FA56AA" w:rsidRPr="00F8655D" w14:paraId="50DACAD9" w14:textId="77777777" w:rsidTr="00AA422E">
        <w:trPr>
          <w:jc w:val="center"/>
        </w:trPr>
        <w:tc>
          <w:tcPr>
            <w:tcW w:w="3580" w:type="dxa"/>
            <w:tcBorders>
              <w:top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32F383" w14:textId="77777777" w:rsidR="00FA56AA" w:rsidRPr="00F8655D" w:rsidRDefault="00FA56AA" w:rsidP="00AA422E">
            <w:pPr>
              <w:spacing w:after="0" w:line="240" w:lineRule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Kontaktna oseba in e-naslov:</w:t>
            </w:r>
          </w:p>
        </w:tc>
        <w:tc>
          <w:tcPr>
            <w:tcW w:w="6064" w:type="dxa"/>
            <w:tcBorders>
              <w:top w:val="single" w:sz="4" w:space="0" w:color="DBE5F1" w:themeColor="accent1" w:themeTint="33"/>
              <w:bottom w:val="single" w:sz="4" w:space="0" w:color="DBE5F1" w:themeColor="accent1" w:themeTint="3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="Calibri" w:hAnsi="Calibri" w:cs="Calibri"/>
                <w:sz w:val="21"/>
                <w:szCs w:val="21"/>
              </w:rPr>
              <w:tag w:val="Kontakt"/>
              <w:id w:val="-856963874"/>
              <w:placeholder>
                <w:docPart w:val="D05C364D297E4DDDAFDDB941152D1203"/>
              </w:placeholder>
              <w:showingPlcHdr/>
              <w:text/>
            </w:sdtPr>
            <w:sdtEndPr/>
            <w:sdtContent>
              <w:p w14:paraId="62B4E5A5" w14:textId="62500495" w:rsidR="00FA56AA" w:rsidRPr="00F8655D" w:rsidRDefault="00F66A8E" w:rsidP="00AA422E">
                <w:p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ime, priimek in e-poštni naslov...</w:t>
                </w:r>
              </w:p>
            </w:sdtContent>
          </w:sdt>
        </w:tc>
      </w:tr>
    </w:tbl>
    <w:p w14:paraId="2483EB54" w14:textId="36A97417" w:rsidR="006E324A" w:rsidRPr="00F8655D" w:rsidRDefault="00A7615C" w:rsidP="00C10D53">
      <w:pPr>
        <w:pStyle w:val="Naslov3"/>
      </w:pPr>
      <w:r w:rsidRPr="00F8655D">
        <w:t>PODATKI O KANDIDATU / KANDIDATKI</w:t>
      </w:r>
    </w:p>
    <w:tbl>
      <w:tblPr>
        <w:tblW w:w="0" w:type="auto"/>
        <w:jc w:val="center"/>
        <w:tblBorders>
          <w:top w:val="single" w:sz="4" w:space="0" w:color="DBE5F1" w:themeColor="accent1" w:themeTint="33"/>
          <w:bottom w:val="single" w:sz="4" w:space="0" w:color="DBE5F1" w:themeColor="accent1" w:themeTint="33"/>
          <w:insideH w:val="single" w:sz="4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566"/>
        <w:gridCol w:w="3016"/>
        <w:gridCol w:w="6062"/>
      </w:tblGrid>
      <w:tr w:rsidR="006E324A" w:rsidRPr="00F8655D" w14:paraId="6568C209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E7AC96" w14:textId="09F8FE7B" w:rsidR="006E324A" w:rsidRPr="00F8655D" w:rsidRDefault="006E324A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color w:val="auto"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D4E3BE" w14:textId="0786EDBD" w:rsidR="006E324A" w:rsidRPr="00F8655D" w:rsidRDefault="00A7615C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Ime: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319D35" w14:textId="08017CBD" w:rsidR="006E324A" w:rsidRPr="00F8655D" w:rsidRDefault="002B3979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Ime"/>
                <w:id w:val="54511969"/>
                <w:placeholder>
                  <w:docPart w:val="9A4773D0748942629EB19F20B8D57678"/>
                </w:placeholder>
                <w:showingPlcHdr/>
                <w:text/>
              </w:sdtPr>
              <w:sdtEndPr/>
              <w:sdtContent>
                <w:r w:rsidR="00C77EC4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ime...</w:t>
                </w:r>
              </w:sdtContent>
            </w:sdt>
          </w:p>
        </w:tc>
      </w:tr>
      <w:tr w:rsidR="006E324A" w:rsidRPr="00F8655D" w14:paraId="29D45E5E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E8AD8E" w14:textId="3FFAACFA" w:rsidR="006E324A" w:rsidRPr="00F8655D" w:rsidRDefault="006E324A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571C11" w14:textId="77777777" w:rsidR="006E324A" w:rsidRPr="00F8655D" w:rsidRDefault="00A7615C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 xml:space="preserve">Priimek </w:t>
            </w:r>
            <w:r w:rsidRPr="00F8655D">
              <w:rPr>
                <w:rFonts w:ascii="Calibri" w:hAnsi="Calibri" w:cs="Calibri"/>
                <w:b/>
                <w:sz w:val="16"/>
                <w:szCs w:val="16"/>
              </w:rPr>
              <w:t>(za poročene tudi dekliški)</w:t>
            </w: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DC9F35" w14:textId="5CA5379F" w:rsidR="006E324A" w:rsidRPr="00F8655D" w:rsidRDefault="002B3979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Priimek"/>
                <w:id w:val="-326442986"/>
                <w:placeholder>
                  <w:docPart w:val="535FC28300394517A98231FF92D1E732"/>
                </w:placeholder>
                <w:showingPlcHdr/>
                <w:text/>
              </w:sdtPr>
              <w:sdtEndPr/>
              <w:sdtContent>
                <w:r w:rsidR="00C77EC4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priimek...</w:t>
                </w:r>
              </w:sdtContent>
            </w:sdt>
          </w:p>
        </w:tc>
      </w:tr>
      <w:tr w:rsidR="006E324A" w:rsidRPr="00F8655D" w14:paraId="5CD0123D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34F2C5" w14:textId="1747E7FB" w:rsidR="006E324A" w:rsidRPr="00F8655D" w:rsidRDefault="006E324A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52595E" w14:textId="77777777" w:rsidR="006E324A" w:rsidRPr="00F8655D" w:rsidRDefault="00A7615C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Datum in kraj rojstva: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3B30E8" w14:textId="675080FE" w:rsidR="006E324A" w:rsidRPr="00F8655D" w:rsidRDefault="002B3979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DatRojstva"/>
                <w:id w:val="520589448"/>
                <w:placeholder>
                  <w:docPart w:val="F5B705EFC66D4B64842774AA0A5077D0"/>
                </w:placeholder>
                <w:showingPlcHdr/>
                <w:date>
                  <w:dateFormat w:val="dd.MM.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="00C10D53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Izberite datum...</w:t>
                </w:r>
              </w:sdtContent>
            </w:sdt>
            <w:r w:rsidR="00C10D53" w:rsidRPr="00F8655D">
              <w:rPr>
                <w:rFonts w:ascii="Calibri" w:hAnsi="Calibri" w:cs="Calibri"/>
                <w:sz w:val="21"/>
                <w:szCs w:val="21"/>
              </w:rPr>
              <w:t xml:space="preserve">,  </w:t>
            </w: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Kraj_rojstva"/>
                <w:id w:val="-1415163031"/>
                <w:placeholder>
                  <w:docPart w:val="2831DC1C4E4F4E31B7E2C7A55459D0E3"/>
                </w:placeholder>
                <w:showingPlcHdr/>
                <w:text/>
              </w:sdtPr>
              <w:sdtEndPr/>
              <w:sdtContent>
                <w:r w:rsidR="00C10D53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kraj rojstva...</w:t>
                </w:r>
              </w:sdtContent>
            </w:sdt>
          </w:p>
        </w:tc>
      </w:tr>
      <w:tr w:rsidR="006E324A" w:rsidRPr="00F8655D" w14:paraId="43CC944D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58A5D2" w14:textId="2B270A3D" w:rsidR="006E324A" w:rsidRPr="00F8655D" w:rsidRDefault="006E324A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DE4634" w14:textId="77777777" w:rsidR="006E324A" w:rsidRPr="00F8655D" w:rsidRDefault="00A7615C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Naslov stalnega bivališča: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37F55B" w14:textId="3A0769A5" w:rsidR="006E324A" w:rsidRPr="00F8655D" w:rsidRDefault="002B3979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Prebivalisce"/>
                <w:id w:val="970332822"/>
                <w:placeholder>
                  <w:docPart w:val="FDFF969D166C4A1E9B34328BCD0EC3DF"/>
                </w:placeholder>
                <w:showingPlcHdr/>
                <w:text/>
              </w:sdtPr>
              <w:sdtEndPr/>
              <w:sdtContent>
                <w:r w:rsidR="00C77EC4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naslov...</w:t>
                </w:r>
              </w:sdtContent>
            </w:sdt>
          </w:p>
        </w:tc>
      </w:tr>
      <w:tr w:rsidR="006E324A" w:rsidRPr="00F8655D" w14:paraId="4522CD35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622BB6" w14:textId="5EC43D4F" w:rsidR="006E324A" w:rsidRPr="00F8655D" w:rsidRDefault="006E324A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33A182" w14:textId="4EE0C96F" w:rsidR="006E324A" w:rsidRPr="00F8655D" w:rsidRDefault="005B3D07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Državljanstvo / Narodnost</w:t>
            </w:r>
            <w:r w:rsidR="00A7615C" w:rsidRPr="00F8655D">
              <w:rPr>
                <w:rFonts w:ascii="Calibri" w:hAnsi="Calibri" w:cs="Calibri"/>
                <w:b/>
                <w:sz w:val="21"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C7E181" w14:textId="6F49474F" w:rsidR="006E324A" w:rsidRPr="00F8655D" w:rsidRDefault="002B3979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Drzavljanstvo"/>
                <w:id w:val="701366418"/>
                <w:placeholder>
                  <w:docPart w:val="AE4F78CB7BF24E72BFA0F2922C8D6D4F"/>
                </w:placeholder>
                <w:showingPlcHdr/>
                <w:text/>
              </w:sdtPr>
              <w:sdtEndPr/>
              <w:sdtContent>
                <w:r w:rsidR="00C77EC4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 xml:space="preserve">Vnesite </w:t>
                </w:r>
                <w:r w:rsidR="005B3D07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državljanstvo</w:t>
                </w:r>
                <w:r w:rsidR="00E74AD1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 xml:space="preserve"> in </w:t>
                </w:r>
                <w:r w:rsidR="00C77EC4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narodnost...</w:t>
                </w:r>
              </w:sdtContent>
            </w:sdt>
          </w:p>
        </w:tc>
      </w:tr>
      <w:tr w:rsidR="00F46F90" w:rsidRPr="00F8655D" w14:paraId="4575C18B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273EB2" w14:textId="6D1C2959" w:rsidR="00F46F90" w:rsidRPr="00F8655D" w:rsidRDefault="00F46F90" w:rsidP="00F46F90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9D27B3" w14:textId="38BD0495" w:rsidR="00F46F90" w:rsidRPr="00F8655D" w:rsidRDefault="00F46F90" w:rsidP="00F46F90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Strokovni nazivi: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="Calibri" w:hAnsi="Calibri" w:cs="Calibri"/>
                <w:sz w:val="21"/>
                <w:szCs w:val="21"/>
              </w:rPr>
              <w:id w:val="-533653208"/>
              <w:placeholder>
                <w:docPart w:val="59883D5FC4BA42C982B52BB88211157E"/>
              </w:placeholder>
              <w:showingPlcHdr/>
            </w:sdtPr>
            <w:sdtEndPr/>
            <w:sdtContent>
              <w:p w14:paraId="6F08F396" w14:textId="44D82F32" w:rsidR="00F46F90" w:rsidRPr="00F8655D" w:rsidRDefault="00F46F90" w:rsidP="00F46F90">
                <w:pPr>
                  <w:pStyle w:val="Odstavekseznama"/>
                  <w:numPr>
                    <w:ilvl w:val="0"/>
                    <w:numId w:val="14"/>
                  </w:num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nazive. Po pritisku na tipko ENTER se ustvari nova alineja</w:t>
                </w:r>
              </w:p>
            </w:sdtContent>
          </w:sdt>
        </w:tc>
      </w:tr>
      <w:tr w:rsidR="00F46F90" w:rsidRPr="00F8655D" w14:paraId="1BEE0956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76BF6F" w14:textId="77777777" w:rsidR="00F46F90" w:rsidRPr="00F8655D" w:rsidRDefault="00F46F90" w:rsidP="00F46F90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9AC636" w14:textId="338D143A" w:rsidR="00F46F90" w:rsidRPr="00F8655D" w:rsidRDefault="00F46F90" w:rsidP="00F46F90">
            <w:pPr>
              <w:spacing w:after="0" w:line="240" w:lineRule="auto"/>
              <w:contextualSpacing/>
              <w:rPr>
                <w:rFonts w:ascii="Calibri" w:hAnsi="Calibri" w:cs="Calibri"/>
                <w:b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Znanstveni nazivi</w:t>
            </w:r>
            <w:r w:rsidR="008636BC">
              <w:rPr>
                <w:rFonts w:ascii="Calibri" w:hAnsi="Calibri" w:cs="Calibri"/>
                <w:b/>
                <w:sz w:val="21"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="Calibri" w:hAnsi="Calibri" w:cs="Calibri"/>
                <w:sz w:val="21"/>
                <w:szCs w:val="21"/>
              </w:rPr>
              <w:id w:val="2122104287"/>
              <w:placeholder>
                <w:docPart w:val="E9066940E85348FABF6EF8A9C2912AC2"/>
              </w:placeholder>
              <w:showingPlcHdr/>
            </w:sdtPr>
            <w:sdtEndPr/>
            <w:sdtContent>
              <w:p w14:paraId="65B2EAFE" w14:textId="672914A0" w:rsidR="00F46F90" w:rsidRPr="00F8655D" w:rsidRDefault="00F46F90" w:rsidP="00F46F90">
                <w:pPr>
                  <w:pStyle w:val="Odstavekseznama"/>
                  <w:numPr>
                    <w:ilvl w:val="0"/>
                    <w:numId w:val="14"/>
                  </w:num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nazive. Po pritisku na tipko ENTER se ustvari nova alineja</w:t>
                </w:r>
              </w:p>
            </w:sdtContent>
          </w:sdt>
        </w:tc>
      </w:tr>
      <w:tr w:rsidR="006E324A" w:rsidRPr="00F8655D" w14:paraId="6BB0B08E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8EDBAB" w14:textId="683C8F7F" w:rsidR="006E324A" w:rsidRPr="00F8655D" w:rsidRDefault="006E324A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8E17B8" w14:textId="4CD7BEE7" w:rsidR="006E324A" w:rsidRPr="00F8655D" w:rsidRDefault="00A7615C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Šolska izobrazba:</w:t>
            </w:r>
            <w:r w:rsidRPr="00F8655D">
              <w:rPr>
                <w:rFonts w:ascii="Calibri" w:hAnsi="Calibri" w:cs="Calibri"/>
                <w:b/>
                <w:sz w:val="21"/>
                <w:szCs w:val="21"/>
              </w:rPr>
              <w:br/>
            </w:r>
            <w:r w:rsidRPr="00F8655D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r w:rsidR="00166D7C" w:rsidRPr="00F8655D">
              <w:rPr>
                <w:rFonts w:ascii="Calibri" w:hAnsi="Calibri" w:cs="Calibri"/>
                <w:b/>
                <w:sz w:val="16"/>
                <w:szCs w:val="16"/>
              </w:rPr>
              <w:t xml:space="preserve">datum </w:t>
            </w:r>
            <w:r w:rsidR="000951DB" w:rsidRPr="00F8655D">
              <w:rPr>
                <w:rFonts w:ascii="Calibri" w:hAnsi="Calibri" w:cs="Calibri"/>
                <w:b/>
                <w:sz w:val="16"/>
                <w:szCs w:val="16"/>
              </w:rPr>
              <w:t xml:space="preserve">zaključka šolanja </w:t>
            </w:r>
            <w:r w:rsidR="00166D7C" w:rsidRPr="00F8655D">
              <w:rPr>
                <w:rFonts w:ascii="Calibri" w:hAnsi="Calibri" w:cs="Calibri"/>
                <w:b/>
                <w:sz w:val="16"/>
                <w:szCs w:val="16"/>
              </w:rPr>
              <w:t>in ustanova: dodiplomsko in podiplomsko izobraževanje</w:t>
            </w:r>
            <w:r w:rsidRPr="00F8655D">
              <w:rPr>
                <w:rFonts w:ascii="Calibri" w:hAnsi="Calibri" w:cs="Calibri"/>
                <w:b/>
                <w:sz w:val="16"/>
                <w:szCs w:val="16"/>
              </w:rPr>
              <w:t>)</w:t>
            </w:r>
          </w:p>
        </w:tc>
        <w:sdt>
          <w:sdtPr>
            <w:rPr>
              <w:rFonts w:ascii="Calibri" w:hAnsi="Calibri" w:cs="Calibri"/>
              <w:sz w:val="21"/>
              <w:szCs w:val="21"/>
            </w:rPr>
            <w:tag w:val="cmbIzobrazba"/>
            <w:id w:val="955683291"/>
            <w:placeholder>
              <w:docPart w:val="8E3813719B384D458627511A46F73BA6"/>
            </w:placeholder>
            <w:showingPlcHdr/>
          </w:sdtPr>
          <w:sdtEndPr/>
          <w:sdtContent>
            <w:tc>
              <w:tcPr>
                <w:tcW w:w="6062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1630DD91" w14:textId="0E64F7D3" w:rsidR="006E324A" w:rsidRPr="00F8655D" w:rsidRDefault="00D513F5" w:rsidP="00D513F5">
                <w:pPr>
                  <w:pStyle w:val="Odstavekseznama"/>
                  <w:numPr>
                    <w:ilvl w:val="0"/>
                    <w:numId w:val="13"/>
                  </w:num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podatke o izobrazbi</w:t>
                </w:r>
                <w:r w:rsidR="002C3247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(datum in ustanova)</w:t>
                </w:r>
                <w:r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. Po pritisku na tipko ENTER se ustvari nova alineja</w:t>
                </w:r>
              </w:p>
            </w:tc>
          </w:sdtContent>
        </w:sdt>
      </w:tr>
      <w:tr w:rsidR="006E324A" w:rsidRPr="00F8655D" w14:paraId="5AF031B7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723038" w14:textId="74E3CC16" w:rsidR="006E324A" w:rsidRPr="00F8655D" w:rsidRDefault="006E324A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B0BF44" w14:textId="77777777" w:rsidR="006E324A" w:rsidRPr="00F8655D" w:rsidRDefault="00A7615C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Poklic:</w:t>
            </w:r>
            <w:r w:rsidRPr="00F8655D">
              <w:rPr>
                <w:rFonts w:ascii="Calibri" w:hAnsi="Calibri" w:cs="Calibri"/>
                <w:b/>
                <w:sz w:val="21"/>
                <w:szCs w:val="21"/>
              </w:rPr>
              <w:br/>
            </w:r>
            <w:r w:rsidRPr="00F8655D">
              <w:rPr>
                <w:rFonts w:ascii="Calibri" w:hAnsi="Calibri" w:cs="Calibri"/>
                <w:b/>
                <w:sz w:val="16"/>
                <w:szCs w:val="16"/>
              </w:rPr>
              <w:t>(dela, ki jih je opravljal po šolanju)</w:t>
            </w:r>
          </w:p>
        </w:tc>
        <w:sdt>
          <w:sdtPr>
            <w:rPr>
              <w:rFonts w:ascii="Calibri" w:hAnsi="Calibri" w:cs="Calibri"/>
              <w:sz w:val="21"/>
              <w:szCs w:val="21"/>
            </w:rPr>
            <w:tag w:val="cmbPoklic"/>
            <w:id w:val="-1330360551"/>
            <w:placeholder>
              <w:docPart w:val="140ED4AA5DA7478B97D87FFAB0CA9277"/>
            </w:placeholder>
            <w:showingPlcHdr/>
          </w:sdtPr>
          <w:sdtEndPr/>
          <w:sdtContent>
            <w:tc>
              <w:tcPr>
                <w:tcW w:w="6062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26A67556" w14:textId="155DD947" w:rsidR="006E324A" w:rsidRPr="00F8655D" w:rsidRDefault="00D513F5" w:rsidP="00D513F5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opis poklicne poti. Po pritisku na tipko ENTER se ustvari nova alineja</w:t>
                </w:r>
              </w:p>
            </w:tc>
          </w:sdtContent>
        </w:sdt>
      </w:tr>
      <w:tr w:rsidR="006E324A" w:rsidRPr="00F8655D" w14:paraId="06E6A0F6" w14:textId="77777777" w:rsidTr="00C62A97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B032A4" w14:textId="00D3B98A" w:rsidR="006E324A" w:rsidRPr="00F8655D" w:rsidRDefault="006E324A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938C67" w14:textId="7D30B85D" w:rsidR="006E324A" w:rsidRPr="00F8655D" w:rsidRDefault="0011364E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Podatki o zaposlitvi</w:t>
            </w:r>
            <w:r w:rsidR="008636BC">
              <w:rPr>
                <w:rFonts w:ascii="Calibri" w:hAnsi="Calibri" w:cs="Calibri"/>
                <w:b/>
                <w:sz w:val="21"/>
                <w:szCs w:val="21"/>
              </w:rPr>
              <w:t>:</w:t>
            </w:r>
            <w:r w:rsidRPr="00F8655D">
              <w:rPr>
                <w:rFonts w:ascii="Calibri" w:hAnsi="Calibri" w:cs="Calibri"/>
                <w:b/>
                <w:sz w:val="21"/>
                <w:szCs w:val="21"/>
              </w:rPr>
              <w:t xml:space="preserve"> </w:t>
            </w:r>
            <w:r w:rsidR="0010567B">
              <w:rPr>
                <w:rFonts w:ascii="Calibri" w:hAnsi="Calibri" w:cs="Calibri"/>
                <w:b/>
                <w:sz w:val="21"/>
                <w:szCs w:val="21"/>
              </w:rPr>
              <w:br/>
            </w:r>
            <w:r w:rsidRPr="00F8655D">
              <w:rPr>
                <w:rFonts w:ascii="Calibri" w:hAnsi="Calibri" w:cs="Calibri"/>
                <w:b/>
                <w:sz w:val="16"/>
                <w:szCs w:val="16"/>
              </w:rPr>
              <w:t>(naslov delodajalca)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E288E" w14:textId="6D54CD9F" w:rsidR="006E324A" w:rsidRPr="00F8655D" w:rsidRDefault="002B3979" w:rsidP="00C013B9">
            <w:pPr>
              <w:spacing w:after="0" w:line="240" w:lineRule="auto"/>
              <w:contextualSpacing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="Calibri" w:hAnsi="Calibri" w:cs="Calibri"/>
                  <w:sz w:val="21"/>
                  <w:szCs w:val="21"/>
                </w:rPr>
                <w:tag w:val="Delodajalec"/>
                <w:id w:val="-179975422"/>
                <w:placeholder>
                  <w:docPart w:val="8D516539D7FB43788E53FAB131A9E1D4"/>
                </w:placeholder>
                <w:showingPlcHdr/>
                <w:text/>
              </w:sdtPr>
              <w:sdtEndPr/>
              <w:sdtContent>
                <w:r w:rsidR="00C77EC4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 xml:space="preserve">Vnesite podatke o </w:t>
                </w:r>
                <w:r w:rsidR="00C10D53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 xml:space="preserve">trenutni </w:t>
                </w:r>
                <w:r w:rsidR="00C77EC4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zaposlitvi...</w:t>
                </w:r>
              </w:sdtContent>
            </w:sdt>
          </w:p>
        </w:tc>
      </w:tr>
    </w:tbl>
    <w:p w14:paraId="58B9BAE2" w14:textId="1C87CBB8" w:rsidR="006E324A" w:rsidRPr="00F8655D" w:rsidRDefault="00166D7C" w:rsidP="00C10D53">
      <w:pPr>
        <w:pStyle w:val="Naslov3"/>
      </w:pPr>
      <w:r w:rsidRPr="00F8655D">
        <w:rPr>
          <w:rFonts w:cstheme="majorHAnsi"/>
          <w:szCs w:val="21"/>
        </w:rPr>
        <w:t xml:space="preserve">DELOVANJE V DRUŠTVU IN </w:t>
      </w:r>
      <w:r w:rsidR="00EB2153" w:rsidRPr="00F8655D">
        <w:rPr>
          <w:rFonts w:cstheme="majorHAnsi"/>
          <w:szCs w:val="21"/>
        </w:rPr>
        <w:t xml:space="preserve">DRUGIH </w:t>
      </w:r>
      <w:r w:rsidRPr="00F8655D">
        <w:rPr>
          <w:rFonts w:cstheme="majorHAnsi"/>
          <w:szCs w:val="21"/>
        </w:rPr>
        <w:t>ORGANIZACIJAH</w:t>
      </w:r>
    </w:p>
    <w:tbl>
      <w:tblPr>
        <w:tblW w:w="0" w:type="auto"/>
        <w:jc w:val="center"/>
        <w:tblBorders>
          <w:top w:val="single" w:sz="4" w:space="0" w:color="DBE5F1" w:themeColor="accent1" w:themeTint="33"/>
          <w:bottom w:val="single" w:sz="4" w:space="0" w:color="DBE5F1" w:themeColor="accent1" w:themeTint="33"/>
          <w:insideH w:val="single" w:sz="4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569"/>
        <w:gridCol w:w="3017"/>
        <w:gridCol w:w="6058"/>
      </w:tblGrid>
      <w:tr w:rsidR="00F50ED6" w:rsidRPr="00F8655D" w14:paraId="72436F7C" w14:textId="77777777" w:rsidTr="00A2098D">
        <w:trPr>
          <w:trHeight w:val="388"/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A17296" w14:textId="40F4C454" w:rsidR="00F50ED6" w:rsidRPr="00F8655D" w:rsidRDefault="00F50ED6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B5BDBB" w14:textId="12853CD9" w:rsidR="00F50ED6" w:rsidRPr="00F8655D" w:rsidRDefault="00F50ED6" w:rsidP="005F3FD7">
            <w:pPr>
              <w:spacing w:after="0" w:line="240" w:lineRule="auto"/>
              <w:contextualSpacing/>
              <w:rPr>
                <w:rFonts w:ascii="Calibri" w:hAnsi="Calibri" w:cs="Calibri"/>
                <w:b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Član</w:t>
            </w:r>
            <w:r w:rsidR="004863AC" w:rsidRPr="00F8655D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stvo v</w:t>
            </w:r>
            <w:r w:rsidRPr="00F8655D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 xml:space="preserve"> SFD:</w:t>
            </w:r>
          </w:p>
        </w:tc>
        <w:sdt>
          <w:sdtPr>
            <w:rPr>
              <w:rFonts w:asciiTheme="majorHAnsi" w:hAnsiTheme="majorHAnsi" w:cstheme="majorHAnsi"/>
              <w:sz w:val="21"/>
              <w:szCs w:val="21"/>
            </w:rPr>
            <w:id w:val="1702442961"/>
            <w:placeholder>
              <w:docPart w:val="9095357B4A1C4B9F9A1AC72E874326A3"/>
            </w:placeholder>
            <w:showingPlcHdr/>
            <w:comboBox>
              <w:listItem w:displayText="Da" w:value="Da"/>
              <w:listItem w:displayText="Ne" w:value="Ne"/>
            </w:comboBox>
          </w:sdtPr>
          <w:sdtEndPr/>
          <w:sdtContent>
            <w:tc>
              <w:tcPr>
                <w:tcW w:w="6058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1F3C9596" w14:textId="5F11E131" w:rsidR="00F50ED6" w:rsidRPr="00F8655D" w:rsidRDefault="00846B47" w:rsidP="005F3FD7">
                <w:pPr>
                  <w:spacing w:after="0" w:line="240" w:lineRule="auto"/>
                  <w:contextualSpacing/>
                  <w:rPr>
                    <w:rFonts w:asciiTheme="majorHAnsi" w:hAnsiTheme="majorHAnsi" w:cstheme="majorHAnsi"/>
                    <w:sz w:val="21"/>
                    <w:szCs w:val="21"/>
                  </w:rPr>
                </w:pPr>
                <w:r w:rsidRPr="00F8655D">
                  <w:rPr>
                    <w:rStyle w:val="Besedilooznabemesta"/>
                    <w:rFonts w:asciiTheme="majorHAnsi" w:hAnsiTheme="majorHAnsi" w:cstheme="majorHAnsi"/>
                    <w:i/>
                    <w:iCs/>
                    <w:sz w:val="21"/>
                    <w:szCs w:val="21"/>
                  </w:rPr>
                  <w:t xml:space="preserve">Izberite </w:t>
                </w:r>
                <w:r w:rsidR="00F8655D" w:rsidRPr="00F8655D">
                  <w:rPr>
                    <w:rStyle w:val="Besedilooznabemesta"/>
                    <w:rFonts w:asciiTheme="majorHAnsi" w:hAnsiTheme="majorHAnsi" w:cstheme="majorHAnsi"/>
                    <w:i/>
                    <w:iCs/>
                    <w:sz w:val="21"/>
                    <w:szCs w:val="21"/>
                  </w:rPr>
                  <w:t>ustrezno</w:t>
                </w:r>
                <w:r w:rsidRPr="00F8655D">
                  <w:rPr>
                    <w:rStyle w:val="Besedilooznabemesta"/>
                    <w:rFonts w:asciiTheme="majorHAnsi" w:hAnsiTheme="majorHAnsi" w:cstheme="majorHAnsi"/>
                    <w:i/>
                    <w:iCs/>
                    <w:sz w:val="21"/>
                    <w:szCs w:val="21"/>
                  </w:rPr>
                  <w:t>.</w:t>
                </w:r>
              </w:p>
            </w:tc>
          </w:sdtContent>
        </w:sdt>
      </w:tr>
      <w:tr w:rsidR="002C3247" w:rsidRPr="00F8655D" w14:paraId="3C5E61B0" w14:textId="77777777" w:rsidTr="002C3247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59BD95" w14:textId="7B82DC3B" w:rsidR="002C3247" w:rsidRPr="00F8655D" w:rsidRDefault="002C3247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CAC090" w14:textId="77777777" w:rsidR="002C3247" w:rsidRPr="00F8655D" w:rsidRDefault="002C3247" w:rsidP="005F3FD7">
            <w:pPr>
              <w:spacing w:after="0" w:line="240" w:lineRule="auto"/>
              <w:contextualSpacing/>
              <w:rPr>
                <w:rFonts w:ascii="Calibri" w:hAnsi="Calibri" w:cs="Calibri"/>
                <w:b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Članstvo v organih društva SFD:</w:t>
            </w:r>
            <w:r w:rsidRPr="00F8655D">
              <w:rPr>
                <w:rFonts w:ascii="Calibri" w:hAnsi="Calibri" w:cs="Calibri"/>
                <w:b/>
                <w:sz w:val="21"/>
                <w:szCs w:val="21"/>
              </w:rPr>
              <w:br/>
            </w:r>
            <w:r w:rsidRPr="00F8655D">
              <w:rPr>
                <w:rFonts w:ascii="Calibri" w:hAnsi="Calibri" w:cs="Calibri"/>
                <w:b/>
                <w:sz w:val="16"/>
                <w:szCs w:val="16"/>
              </w:rPr>
              <w:t>(naziv organa, funkcija in mandatno obdobje)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tag w:val="cmbOrgani"/>
              <w:id w:val="-620382182"/>
              <w:placeholder>
                <w:docPart w:val="407A6A555C8A40E1B59C622F4A89D6F9"/>
              </w:placeholder>
              <w:showingPlcHdr/>
            </w:sdtPr>
            <w:sdtEndPr/>
            <w:sdtContent>
              <w:p w14:paraId="1296C05D" w14:textId="491BF3F8" w:rsidR="00630F17" w:rsidRPr="00F8655D" w:rsidRDefault="006D03AE" w:rsidP="00630F17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F8655D">
                  <w:rPr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>Vnesite članstva in funkcije (naziv organa, funkcija, mandatno obdobje).</w:t>
                </w:r>
                <w:r w:rsidR="00630F17" w:rsidRPr="00F8655D">
                  <w:rPr>
                    <w:rStyle w:val="Besedilooznabemesta"/>
                    <w:rFonts w:ascii="Calibri" w:hAnsi="Calibri" w:cs="Calibri"/>
                    <w:i/>
                    <w:color w:val="787878"/>
                    <w:sz w:val="21"/>
                    <w:szCs w:val="21"/>
                  </w:rPr>
                  <w:t xml:space="preserve"> Po pritisku na tipko ENTER se ustvari nova alineja</w:t>
                </w:r>
              </w:p>
            </w:sdtContent>
          </w:sdt>
        </w:tc>
      </w:tr>
      <w:tr w:rsidR="002C3247" w:rsidRPr="00F8655D" w14:paraId="1BC99126" w14:textId="77777777" w:rsidTr="002C3247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D675BB" w14:textId="2D92C215" w:rsidR="002C3247" w:rsidRPr="00F8655D" w:rsidRDefault="002C3247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6F43C7" w14:textId="77777777" w:rsidR="002C3247" w:rsidRPr="00F8655D" w:rsidRDefault="002C3247" w:rsidP="005F3FD7">
            <w:pPr>
              <w:spacing w:after="0" w:line="240" w:lineRule="auto"/>
              <w:contextualSpacing/>
              <w:rPr>
                <w:rFonts w:ascii="Calibri" w:hAnsi="Calibri" w:cs="Calibri"/>
                <w:b/>
                <w:sz w:val="21"/>
                <w:szCs w:val="21"/>
              </w:rPr>
            </w:pPr>
            <w:r w:rsidRPr="00F8655D">
              <w:rPr>
                <w:rFonts w:ascii="Calibri" w:hAnsi="Calibri" w:cs="Calibri"/>
                <w:b/>
                <w:sz w:val="21"/>
                <w:szCs w:val="21"/>
              </w:rPr>
              <w:t>Članstvo in funkcije v drugih organizacijah: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sz w:val="21"/>
                <w:szCs w:val="21"/>
              </w:rPr>
              <w:tag w:val="cmbOrgani_drugje"/>
              <w:id w:val="-1333069526"/>
              <w:placeholder>
                <w:docPart w:val="5B309C1401F940E2A49FB2B31D0487ED"/>
              </w:placeholder>
              <w:showingPlcHdr/>
            </w:sdtPr>
            <w:sdtEndPr/>
            <w:sdtContent>
              <w:p w14:paraId="2A01A2A6" w14:textId="1C584669" w:rsidR="002068F6" w:rsidRPr="00F8655D" w:rsidRDefault="002068F6" w:rsidP="002068F6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Calibri" w:hAnsi="Calibri" w:cs="Calibri"/>
                    <w:sz w:val="21"/>
                    <w:szCs w:val="21"/>
                  </w:rPr>
                </w:pPr>
                <w:r w:rsidRPr="00F8655D">
                  <w:rPr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članstva in funkcije.</w:t>
                </w:r>
                <w:r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Po pritisku na tipko ENTER se ustvari nova alineja</w:t>
                </w:r>
              </w:p>
            </w:sdtContent>
          </w:sdt>
        </w:tc>
      </w:tr>
      <w:tr w:rsidR="003F61FD" w:rsidRPr="00F8655D" w14:paraId="38D02DDE" w14:textId="77777777" w:rsidTr="002C3247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E0AA31" w14:textId="2BB3787F" w:rsidR="003F61FD" w:rsidRPr="00F8655D" w:rsidRDefault="003F61FD" w:rsidP="008E7385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Calibri" w:hAnsi="Calibri" w:cs="Calibri"/>
                <w:b/>
                <w:color w:val="auto"/>
                <w:sz w:val="21"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EE0E50" w14:textId="249248EF" w:rsidR="003F61FD" w:rsidRPr="00F8655D" w:rsidRDefault="003F61FD" w:rsidP="005F3FD7">
            <w:pPr>
              <w:spacing w:after="0" w:line="240" w:lineRule="auto"/>
              <w:contextualSpacing/>
              <w:rPr>
                <w:rFonts w:ascii="Calibri" w:hAnsi="Calibri" w:cs="Calibri"/>
                <w:b/>
                <w:color w:val="auto"/>
                <w:sz w:val="21"/>
                <w:szCs w:val="21"/>
              </w:rPr>
            </w:pPr>
            <w:r w:rsidRPr="00F8655D">
              <w:rPr>
                <w:rFonts w:asciiTheme="majorHAnsi" w:hAnsiTheme="majorHAnsi" w:cstheme="majorHAnsi"/>
                <w:b/>
                <w:color w:val="auto"/>
                <w:sz w:val="21"/>
                <w:szCs w:val="21"/>
              </w:rPr>
              <w:t>Dosedanja priznanja:</w:t>
            </w:r>
            <w:r w:rsidRPr="00F8655D">
              <w:rPr>
                <w:rFonts w:asciiTheme="majorHAnsi" w:hAnsiTheme="majorHAnsi" w:cstheme="majorHAnsi"/>
                <w:b/>
                <w:color w:val="auto"/>
                <w:sz w:val="21"/>
                <w:szCs w:val="21"/>
              </w:rPr>
              <w:br/>
              <w:t>(datum in naziv priznanja)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color w:val="auto"/>
                <w:sz w:val="21"/>
                <w:szCs w:val="21"/>
              </w:rPr>
              <w:tag w:val="cmbPriznanja"/>
              <w:id w:val="1086568714"/>
              <w:placeholder>
                <w:docPart w:val="CBBE94D3F2DB49C3A2A1D6CFFF19F451"/>
              </w:placeholder>
              <w:showingPlcHdr/>
            </w:sdtPr>
            <w:sdtEndPr/>
            <w:sdtContent>
              <w:p w14:paraId="25A7FE36" w14:textId="0D0EB577" w:rsidR="002068F6" w:rsidRPr="00F8655D" w:rsidRDefault="002068F6" w:rsidP="002068F6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cs="Calibri"/>
                    <w:i/>
                    <w:color w:val="auto"/>
                    <w:sz w:val="21"/>
                    <w:szCs w:val="21"/>
                  </w:rPr>
                </w:pPr>
                <w:r w:rsidRPr="00F8655D">
                  <w:rPr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Navedite dosedanja priznanja (datum in naziv priznanja).</w:t>
                </w:r>
                <w:r w:rsidRPr="00F8655D">
                  <w:rPr>
                    <w:color w:val="787878"/>
                  </w:rPr>
                  <w:t xml:space="preserve"> Po pritisku na tipko ENTER se ustvari nova alineja</w:t>
                </w:r>
              </w:p>
            </w:sdtContent>
          </w:sdt>
        </w:tc>
      </w:tr>
    </w:tbl>
    <w:p w14:paraId="2240A9F4" w14:textId="22028DBD" w:rsidR="00166D7C" w:rsidRPr="00F8655D" w:rsidRDefault="00166D7C" w:rsidP="00166D7C">
      <w:pPr>
        <w:pStyle w:val="Naslov3"/>
        <w:rPr>
          <w:rFonts w:cstheme="majorHAnsi"/>
          <w:szCs w:val="21"/>
        </w:rPr>
      </w:pPr>
      <w:r w:rsidRPr="00F8655D">
        <w:rPr>
          <w:rFonts w:cstheme="majorHAnsi"/>
          <w:szCs w:val="21"/>
        </w:rPr>
        <w:t>UTEMELJITEV IN DOSEŽKI</w:t>
      </w:r>
    </w:p>
    <w:tbl>
      <w:tblPr>
        <w:tblW w:w="0" w:type="auto"/>
        <w:jc w:val="center"/>
        <w:tblBorders>
          <w:top w:val="single" w:sz="4" w:space="0" w:color="DBE5F1" w:themeColor="accent1" w:themeTint="33"/>
          <w:bottom w:val="single" w:sz="4" w:space="0" w:color="DBE5F1" w:themeColor="accent1" w:themeTint="33"/>
          <w:insideH w:val="single" w:sz="4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566"/>
        <w:gridCol w:w="3017"/>
        <w:gridCol w:w="6061"/>
      </w:tblGrid>
      <w:tr w:rsidR="000C5E8C" w:rsidRPr="00F8655D" w14:paraId="590333EA" w14:textId="77777777" w:rsidTr="000C5E8C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0122D" w14:textId="69CD1118" w:rsidR="000C5E8C" w:rsidRPr="00F8655D" w:rsidRDefault="000C5E8C" w:rsidP="00125A67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33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4635D0" w14:textId="4C54063B" w:rsidR="000C5E8C" w:rsidRPr="00F8655D" w:rsidRDefault="000C5E8C" w:rsidP="000C5E8C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F8655D">
              <w:rPr>
                <w:rFonts w:asciiTheme="majorHAnsi" w:hAnsiTheme="majorHAnsi" w:cstheme="majorHAnsi"/>
                <w:b/>
                <w:sz w:val="21"/>
                <w:szCs w:val="21"/>
              </w:rPr>
              <w:t>Utemeljitev predloga potrdil občni zbor:</w:t>
            </w:r>
          </w:p>
        </w:tc>
        <w:tc>
          <w:tcPr>
            <w:tcW w:w="61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8B7B3A" w14:textId="4D4367CC" w:rsidR="000C5E8C" w:rsidRPr="00F8655D" w:rsidRDefault="002B3979" w:rsidP="00D513F5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Kraj_OZ"/>
                <w:id w:val="-9068505"/>
                <w:placeholder>
                  <w:docPart w:val="DE43BED12BCB497195812955A5C8BDEC"/>
                </w:placeholder>
                <w:showingPlcHdr/>
                <w:text/>
              </w:sdtPr>
              <w:sdtEndPr/>
              <w:sdtContent>
                <w:r w:rsidR="000C5E8C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kraj občnega zbora...</w:t>
                </w:r>
              </w:sdtContent>
            </w:sdt>
            <w:r w:rsidR="000C5E8C" w:rsidRPr="00F8655D">
              <w:rPr>
                <w:rFonts w:asciiTheme="majorHAnsi" w:hAnsiTheme="majorHAnsi" w:cstheme="majorHAnsi"/>
                <w:sz w:val="21"/>
                <w:szCs w:val="21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Datum_OZ"/>
                <w:id w:val="1958909714"/>
                <w:placeholder>
                  <w:docPart w:val="57A95FD630F04516894427C1A0DE6754"/>
                </w:placeholder>
                <w:showingPlcHdr/>
                <w:date w:fullDate="2026-01-01T00:00:00Z">
                  <w:dateFormat w:val="dd.MM.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="000C5E8C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Vnesite datum občnega zbora...</w:t>
                </w:r>
              </w:sdtContent>
            </w:sdt>
          </w:p>
        </w:tc>
      </w:tr>
      <w:tr w:rsidR="006E324A" w:rsidRPr="00F8655D" w14:paraId="0FA2E746" w14:textId="77777777" w:rsidTr="000C5E8C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EB7BA9" w14:textId="5007DD48" w:rsidR="006E324A" w:rsidRPr="00F8655D" w:rsidRDefault="006E324A" w:rsidP="00125A67">
            <w:pPr>
              <w:pStyle w:val="Odstavekseznam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  <w:tc>
          <w:tcPr>
            <w:tcW w:w="3033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F3F28F" w14:textId="06BF6846" w:rsidR="006E324A" w:rsidRPr="00F8655D" w:rsidRDefault="00A7615C" w:rsidP="00AF3D68">
            <w:pPr>
              <w:spacing w:after="0"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 w:rsidRPr="00F8655D">
              <w:rPr>
                <w:rFonts w:asciiTheme="majorHAnsi" w:hAnsiTheme="majorHAnsi" w:cstheme="majorHAnsi"/>
                <w:b/>
                <w:sz w:val="21"/>
                <w:szCs w:val="21"/>
              </w:rPr>
              <w:t>Glavni dosežki v stroki:</w:t>
            </w:r>
            <w:r w:rsidRPr="00F8655D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r w:rsidRPr="00F8655D">
              <w:rPr>
                <w:rFonts w:asciiTheme="majorHAnsi" w:hAnsiTheme="majorHAnsi" w:cstheme="majorHAnsi"/>
                <w:b/>
                <w:sz w:val="16"/>
                <w:szCs w:val="16"/>
              </w:rPr>
              <w:t>(</w:t>
            </w:r>
            <w:r w:rsidR="006A3C60" w:rsidRPr="00F8655D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našteti </w:t>
            </w:r>
            <w:r w:rsidRPr="00F8655D">
              <w:rPr>
                <w:rFonts w:asciiTheme="majorHAnsi" w:hAnsiTheme="majorHAnsi" w:cstheme="majorHAnsi"/>
                <w:b/>
                <w:sz w:val="16"/>
                <w:szCs w:val="16"/>
              </w:rPr>
              <w:t>po alinejah)</w:t>
            </w:r>
          </w:p>
        </w:tc>
        <w:sdt>
          <w:sdtPr>
            <w:tag w:val="cmbDosezki"/>
            <w:id w:val="1720935300"/>
            <w:lock w:val="sdtLocked"/>
            <w:placeholder>
              <w:docPart w:val="2698790789D9413DB0DC86A9C7C43CCC"/>
            </w:placeholder>
            <w:showingPlcHdr/>
          </w:sdtPr>
          <w:sdtEndPr/>
          <w:sdtContent>
            <w:tc>
              <w:tcPr>
                <w:tcW w:w="6106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37AD5501" w14:textId="009A216C" w:rsidR="006E324A" w:rsidRPr="00F8655D" w:rsidRDefault="00D513F5" w:rsidP="00D513F5">
                <w:pPr>
                  <w:pStyle w:val="Odstavekseznama"/>
                  <w:numPr>
                    <w:ilvl w:val="0"/>
                    <w:numId w:val="11"/>
                  </w:numPr>
                  <w:spacing w:after="0" w:line="240" w:lineRule="auto"/>
                  <w:rPr>
                    <w:rFonts w:asciiTheme="majorHAnsi" w:hAnsiTheme="majorHAnsi" w:cstheme="majorHAnsi"/>
                    <w:szCs w:val="21"/>
                  </w:rPr>
                </w:pPr>
                <w:r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V</w:t>
                </w:r>
                <w:r w:rsidR="00B92583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nes</w:t>
                </w:r>
                <w:r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i</w:t>
                </w:r>
                <w:r w:rsidR="00B92583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t</w:t>
                </w:r>
                <w:r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e</w:t>
                </w:r>
                <w:r w:rsidR="00B92583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besedilo.</w:t>
                </w:r>
                <w:r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 xml:space="preserve"> Po pritisku na tipko ENTER se ustvari nova alineja</w:t>
                </w:r>
              </w:p>
            </w:tc>
          </w:sdtContent>
        </w:sdt>
      </w:tr>
    </w:tbl>
    <w:p w14:paraId="778F2F16" w14:textId="47A7A33A" w:rsidR="006E324A" w:rsidRPr="00F8655D" w:rsidRDefault="00A7615C" w:rsidP="002C3247">
      <w:pPr>
        <w:pStyle w:val="Naslov3"/>
      </w:pPr>
      <w:r w:rsidRPr="00F8655D">
        <w:t>OBVEZNE PRILOGE</w:t>
      </w:r>
    </w:p>
    <w:p w14:paraId="4B0E43D8" w14:textId="77777777" w:rsidR="006E324A" w:rsidRPr="00F8655D" w:rsidRDefault="00A7615C" w:rsidP="002C3247">
      <w:pPr>
        <w:keepNext/>
        <w:keepLines/>
        <w:spacing w:after="40"/>
        <w:rPr>
          <w:rFonts w:asciiTheme="majorHAnsi" w:hAnsiTheme="majorHAnsi" w:cstheme="majorHAnsi"/>
          <w:sz w:val="21"/>
          <w:szCs w:val="21"/>
        </w:rPr>
      </w:pPr>
      <w:r w:rsidRPr="00F8655D">
        <w:rPr>
          <w:rFonts w:asciiTheme="majorHAnsi" w:hAnsiTheme="majorHAnsi" w:cstheme="majorHAnsi"/>
          <w:sz w:val="21"/>
          <w:szCs w:val="21"/>
        </w:rPr>
        <w:t>Označite priložene dokumente:</w:t>
      </w:r>
    </w:p>
    <w:p w14:paraId="3587410C" w14:textId="25851886" w:rsidR="00C10D53" w:rsidRPr="00F8655D" w:rsidRDefault="002B3979" w:rsidP="002C3247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 w:val="21"/>
          <w:szCs w:val="21"/>
        </w:rPr>
      </w:pPr>
      <w:sdt>
        <w:sdtPr>
          <w:rPr>
            <w:rFonts w:asciiTheme="majorHAnsi" w:hAnsiTheme="majorHAnsi" w:cstheme="majorHAnsi"/>
            <w:color w:val="auto"/>
            <w:sz w:val="21"/>
            <w:szCs w:val="21"/>
          </w:rPr>
          <w:tag w:val="chkBox_1"/>
          <w:id w:val="1284154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0D53" w:rsidRPr="00F8655D">
            <w:rPr>
              <w:rFonts w:ascii="Segoe UI Symbol" w:eastAsia="MS Gothic" w:hAnsi="Segoe UI Symbol" w:cs="Segoe UI Symbol"/>
              <w:color w:val="auto"/>
              <w:sz w:val="21"/>
              <w:szCs w:val="21"/>
            </w:rPr>
            <w:t>☐</w:t>
          </w:r>
        </w:sdtContent>
      </w:sdt>
      <w:r w:rsidR="00C10D53" w:rsidRPr="00F8655D">
        <w:rPr>
          <w:rFonts w:asciiTheme="majorHAnsi" w:hAnsiTheme="majorHAnsi" w:cstheme="majorHAnsi"/>
          <w:color w:val="auto"/>
          <w:sz w:val="21"/>
          <w:szCs w:val="21"/>
        </w:rPr>
        <w:t xml:space="preserve"> Utemeljitev predloga (vključno z Wordov</w:t>
      </w:r>
      <w:r w:rsidR="002D2D27" w:rsidRPr="00F8655D">
        <w:rPr>
          <w:rFonts w:asciiTheme="majorHAnsi" w:hAnsiTheme="majorHAnsi" w:cstheme="majorHAnsi"/>
          <w:color w:val="auto"/>
          <w:sz w:val="21"/>
          <w:szCs w:val="21"/>
        </w:rPr>
        <w:t>im</w:t>
      </w:r>
      <w:r w:rsidR="00C10D53" w:rsidRPr="00F8655D">
        <w:rPr>
          <w:rFonts w:asciiTheme="majorHAnsi" w:hAnsiTheme="majorHAnsi" w:cstheme="majorHAnsi"/>
          <w:color w:val="auto"/>
          <w:sz w:val="21"/>
          <w:szCs w:val="21"/>
        </w:rPr>
        <w:t xml:space="preserve"> </w:t>
      </w:r>
      <w:r w:rsidR="002D2D27" w:rsidRPr="00F8655D">
        <w:rPr>
          <w:rFonts w:asciiTheme="majorHAnsi" w:hAnsiTheme="majorHAnsi" w:cstheme="majorHAnsi"/>
          <w:color w:val="auto"/>
          <w:sz w:val="21"/>
          <w:szCs w:val="21"/>
        </w:rPr>
        <w:t>dokumentom</w:t>
      </w:r>
      <w:r w:rsidR="00A003D4" w:rsidRPr="00F8655D">
        <w:rPr>
          <w:rFonts w:asciiTheme="majorHAnsi" w:hAnsiTheme="majorHAnsi" w:cstheme="majorHAnsi"/>
          <w:color w:val="auto"/>
          <w:sz w:val="21"/>
          <w:szCs w:val="21"/>
        </w:rPr>
        <w:t>, primerna za objavo v Farmacevtskem vestniku</w:t>
      </w:r>
      <w:r w:rsidR="00C10D53" w:rsidRPr="00F8655D">
        <w:rPr>
          <w:rFonts w:asciiTheme="majorHAnsi" w:hAnsiTheme="majorHAnsi" w:cstheme="majorHAnsi"/>
          <w:color w:val="auto"/>
          <w:sz w:val="21"/>
          <w:szCs w:val="21"/>
        </w:rPr>
        <w:t>)</w:t>
      </w:r>
    </w:p>
    <w:p w14:paraId="20D7424D" w14:textId="77777777" w:rsidR="00C10D53" w:rsidRPr="00F8655D" w:rsidRDefault="002B3979" w:rsidP="002C3247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 w:val="21"/>
          <w:szCs w:val="21"/>
        </w:rPr>
      </w:pPr>
      <w:sdt>
        <w:sdtPr>
          <w:rPr>
            <w:rFonts w:asciiTheme="majorHAnsi" w:hAnsiTheme="majorHAnsi" w:cstheme="majorHAnsi"/>
            <w:color w:val="auto"/>
            <w:sz w:val="21"/>
            <w:szCs w:val="21"/>
          </w:rPr>
          <w:tag w:val="chkBox_2"/>
          <w:id w:val="1449358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0D53" w:rsidRPr="00F8655D">
            <w:rPr>
              <w:rFonts w:ascii="Segoe UI Symbol" w:hAnsi="Segoe UI Symbol" w:cs="Segoe UI Symbol"/>
              <w:color w:val="auto"/>
              <w:sz w:val="21"/>
              <w:szCs w:val="21"/>
            </w:rPr>
            <w:t>☐</w:t>
          </w:r>
        </w:sdtContent>
      </w:sdt>
      <w:r w:rsidR="00C10D53" w:rsidRPr="00F8655D">
        <w:rPr>
          <w:rFonts w:asciiTheme="majorHAnsi" w:hAnsiTheme="majorHAnsi" w:cstheme="majorHAnsi"/>
          <w:color w:val="auto"/>
          <w:sz w:val="21"/>
          <w:szCs w:val="21"/>
        </w:rPr>
        <w:t xml:space="preserve"> Bibliografija kandidata / kandidatke</w:t>
      </w:r>
    </w:p>
    <w:p w14:paraId="7D174EBF" w14:textId="0CDC5675" w:rsidR="00C10D53" w:rsidRPr="00F8655D" w:rsidRDefault="002B3979" w:rsidP="002C3247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 w:val="21"/>
          <w:szCs w:val="21"/>
        </w:rPr>
      </w:pPr>
      <w:sdt>
        <w:sdtPr>
          <w:rPr>
            <w:rFonts w:asciiTheme="majorHAnsi" w:hAnsiTheme="majorHAnsi" w:cstheme="majorHAnsi"/>
            <w:color w:val="auto"/>
            <w:sz w:val="21"/>
            <w:szCs w:val="21"/>
          </w:rPr>
          <w:tag w:val="chkBox_3"/>
          <w:id w:val="1855541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0D53" w:rsidRPr="00F8655D">
            <w:rPr>
              <w:rFonts w:ascii="Segoe UI Symbol" w:hAnsi="Segoe UI Symbol" w:cs="Segoe UI Symbol"/>
              <w:color w:val="auto"/>
              <w:sz w:val="21"/>
              <w:szCs w:val="21"/>
            </w:rPr>
            <w:t>☐</w:t>
          </w:r>
        </w:sdtContent>
      </w:sdt>
      <w:r w:rsidR="00C10D53" w:rsidRPr="00F8655D">
        <w:rPr>
          <w:rFonts w:asciiTheme="majorHAnsi" w:hAnsiTheme="majorHAnsi" w:cstheme="majorHAnsi"/>
          <w:color w:val="auto"/>
          <w:sz w:val="21"/>
          <w:szCs w:val="21"/>
        </w:rPr>
        <w:t xml:space="preserve"> Kopija zapisnika občnega zbora s sklepom </w:t>
      </w:r>
      <w:r w:rsidR="00EB2153" w:rsidRPr="00F8655D">
        <w:rPr>
          <w:rFonts w:asciiTheme="majorHAnsi" w:hAnsiTheme="majorHAnsi" w:cstheme="majorHAnsi"/>
          <w:color w:val="auto"/>
          <w:sz w:val="21"/>
          <w:szCs w:val="21"/>
        </w:rPr>
        <w:t>občnega zbora</w:t>
      </w:r>
      <w:r w:rsidR="00C10D53" w:rsidRPr="00F8655D">
        <w:rPr>
          <w:rFonts w:asciiTheme="majorHAnsi" w:hAnsiTheme="majorHAnsi" w:cstheme="majorHAnsi"/>
          <w:color w:val="auto"/>
          <w:sz w:val="21"/>
          <w:szCs w:val="21"/>
        </w:rPr>
        <w:t>, ki je predlog potrdil</w:t>
      </w:r>
    </w:p>
    <w:p w14:paraId="0235003C" w14:textId="77777777" w:rsidR="00C10D53" w:rsidRPr="00F8655D" w:rsidRDefault="002B3979" w:rsidP="002C3247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 w:val="21"/>
          <w:szCs w:val="21"/>
        </w:rPr>
      </w:pPr>
      <w:sdt>
        <w:sdtPr>
          <w:rPr>
            <w:rFonts w:asciiTheme="majorHAnsi" w:hAnsiTheme="majorHAnsi" w:cstheme="majorHAnsi"/>
            <w:color w:val="auto"/>
            <w:sz w:val="21"/>
            <w:szCs w:val="21"/>
          </w:rPr>
          <w:tag w:val="chkBox_4"/>
          <w:id w:val="1240442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0D53" w:rsidRPr="00F8655D">
            <w:rPr>
              <w:rFonts w:ascii="Segoe UI Symbol" w:hAnsi="Segoe UI Symbol" w:cs="Segoe UI Symbol"/>
              <w:color w:val="auto"/>
              <w:sz w:val="21"/>
              <w:szCs w:val="21"/>
            </w:rPr>
            <w:t>☐</w:t>
          </w:r>
        </w:sdtContent>
      </w:sdt>
      <w:r w:rsidR="00C10D53" w:rsidRPr="00F8655D">
        <w:rPr>
          <w:rFonts w:asciiTheme="majorHAnsi" w:hAnsiTheme="majorHAnsi" w:cstheme="majorHAnsi"/>
          <w:color w:val="auto"/>
          <w:sz w:val="21"/>
          <w:szCs w:val="21"/>
        </w:rPr>
        <w:t xml:space="preserve"> Pisno soglasje kandidata / kandidatke</w:t>
      </w:r>
    </w:p>
    <w:p w14:paraId="7D8FEC1C" w14:textId="2407507D" w:rsidR="006E324A" w:rsidRPr="00F8655D" w:rsidRDefault="00A7615C" w:rsidP="00C10D53">
      <w:pPr>
        <w:pStyle w:val="Naslov3"/>
      </w:pPr>
      <w:r w:rsidRPr="00F8655D">
        <w:t>IZJAVA IN PODPIS</w:t>
      </w:r>
    </w:p>
    <w:p w14:paraId="1561E1CA" w14:textId="77777777" w:rsidR="006E324A" w:rsidRPr="00F8655D" w:rsidRDefault="00A7615C">
      <w:pPr>
        <w:spacing w:before="80" w:after="240"/>
        <w:rPr>
          <w:rFonts w:asciiTheme="majorHAnsi" w:hAnsiTheme="majorHAnsi" w:cstheme="majorHAnsi"/>
          <w:sz w:val="21"/>
          <w:szCs w:val="21"/>
        </w:rPr>
      </w:pPr>
      <w:r w:rsidRPr="00F8655D">
        <w:rPr>
          <w:rFonts w:asciiTheme="majorHAnsi" w:hAnsiTheme="majorHAnsi" w:cstheme="majorHAnsi"/>
          <w:i/>
          <w:sz w:val="21"/>
          <w:szCs w:val="21"/>
        </w:rPr>
        <w:t>S podpisom predlagatelj jamči za resničnost podatkov, vključenih v predlog, in zagotavlja, da je pri izboru upošteval Kodeks farmacevtske etike članov SFD.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61"/>
        <w:gridCol w:w="4883"/>
      </w:tblGrid>
      <w:tr w:rsidR="006E324A" w:rsidRPr="00F8655D" w14:paraId="00A3AB4E" w14:textId="77777777">
        <w:trPr>
          <w:jc w:val="center"/>
        </w:trPr>
        <w:tc>
          <w:tcPr>
            <w:tcW w:w="4896" w:type="dxa"/>
          </w:tcPr>
          <w:p w14:paraId="671FC059" w14:textId="1D3FEB00" w:rsidR="006E324A" w:rsidRPr="00F8655D" w:rsidRDefault="00A7615C">
            <w:pPr>
              <w:rPr>
                <w:rFonts w:asciiTheme="majorHAnsi" w:hAnsiTheme="majorHAnsi" w:cstheme="majorHAnsi"/>
                <w:sz w:val="21"/>
                <w:szCs w:val="21"/>
              </w:rPr>
            </w:pPr>
            <w:r w:rsidRPr="00F8655D">
              <w:rPr>
                <w:rFonts w:asciiTheme="majorHAnsi" w:hAnsiTheme="majorHAnsi" w:cstheme="majorHAnsi"/>
                <w:b/>
                <w:sz w:val="21"/>
                <w:szCs w:val="21"/>
              </w:rPr>
              <w:t>Kraj in datum:</w:t>
            </w:r>
            <w:r w:rsidRPr="00F8655D">
              <w:rPr>
                <w:rFonts w:asciiTheme="majorHAnsi" w:hAnsiTheme="majorHAnsi" w:cstheme="majorHAnsi"/>
                <w:b/>
                <w:sz w:val="21"/>
                <w:szCs w:val="21"/>
              </w:rPr>
              <w:br/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Kraj_predloga"/>
                <w:id w:val="-374314148"/>
                <w:placeholder>
                  <w:docPart w:val="A70D7B34AA6346CFAFDBF04BB19E04D7"/>
                </w:placeholder>
                <w:showingPlcHdr/>
              </w:sdtPr>
              <w:sdtEndPr/>
              <w:sdtContent>
                <w:r w:rsidR="000C5E8C" w:rsidRPr="00F8655D">
                  <w:rPr>
                    <w:rStyle w:val="Besedilooznabemesta"/>
                    <w:rFonts w:asciiTheme="majorHAnsi" w:hAnsiTheme="majorHAnsi" w:cstheme="majorHAnsi"/>
                    <w:i/>
                    <w:iCs/>
                    <w:sz w:val="21"/>
                    <w:szCs w:val="21"/>
                  </w:rPr>
                  <w:t>Vpišite kraj</w:t>
                </w:r>
              </w:sdtContent>
            </w:sdt>
            <w:r w:rsidR="000C5E8C" w:rsidRPr="00F8655D">
              <w:rPr>
                <w:rFonts w:asciiTheme="majorHAnsi" w:hAnsiTheme="majorHAnsi" w:cstheme="majorHAnsi"/>
                <w:sz w:val="21"/>
                <w:szCs w:val="21"/>
              </w:rPr>
              <w:t xml:space="preserve">, </w:t>
            </w:r>
            <w:sdt>
              <w:sdtPr>
                <w:rPr>
                  <w:rFonts w:asciiTheme="majorHAnsi" w:hAnsiTheme="majorHAnsi" w:cstheme="majorHAnsi"/>
                  <w:sz w:val="21"/>
                  <w:szCs w:val="21"/>
                </w:rPr>
                <w:tag w:val="Datum_predloga"/>
                <w:id w:val="1522360232"/>
                <w:placeholder>
                  <w:docPart w:val="CD14C279255F4A278F46BE0B734EA039"/>
                </w:placeholder>
                <w:showingPlcHdr/>
                <w:date w:fullDate="2026-01-01T00:00:00Z">
                  <w:dateFormat w:val="dd.MM.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="000C5E8C" w:rsidRPr="00F8655D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 w:val="21"/>
                    <w:szCs w:val="21"/>
                  </w:rPr>
                  <w:t>Izberite datum...</w:t>
                </w:r>
              </w:sdtContent>
            </w:sdt>
          </w:p>
        </w:tc>
        <w:tc>
          <w:tcPr>
            <w:tcW w:w="4896" w:type="dxa"/>
          </w:tcPr>
          <w:p w14:paraId="4822F87D" w14:textId="3FF3D0D9" w:rsidR="006E324A" w:rsidRPr="00F8655D" w:rsidRDefault="00A7615C">
            <w:pPr>
              <w:rPr>
                <w:rFonts w:asciiTheme="majorHAnsi" w:hAnsiTheme="majorHAnsi" w:cstheme="majorHAnsi"/>
                <w:sz w:val="21"/>
                <w:szCs w:val="21"/>
              </w:rPr>
            </w:pPr>
            <w:r w:rsidRPr="00F8655D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Žig in podpis predsednika/ce podružnice/sekcije:</w:t>
            </w:r>
            <w:r w:rsidRPr="00F8655D">
              <w:rPr>
                <w:rFonts w:asciiTheme="majorHAnsi" w:hAnsiTheme="majorHAnsi" w:cstheme="majorHAnsi"/>
                <w:sz w:val="21"/>
                <w:szCs w:val="21"/>
              </w:rPr>
              <w:br/>
            </w:r>
            <w:sdt>
              <w:sdtPr>
                <w:rPr>
                  <w:rFonts w:cs="Calibri"/>
                  <w:szCs w:val="21"/>
                </w:rPr>
                <w:tag w:val="Predsednik"/>
                <w:id w:val="-615065761"/>
                <w:placeholder>
                  <w:docPart w:val="942AE318A1294A9CB12CEEAB67B85E83"/>
                </w:placeholder>
                <w:showingPlcHdr/>
                <w:text/>
              </w:sdtPr>
              <w:sdtEndPr/>
              <w:sdtContent>
                <w:r w:rsidR="004B743C" w:rsidRPr="00F8655D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i</w:t>
                </w:r>
                <w:r w:rsidR="004B743C" w:rsidRPr="00F8655D">
                  <w:rPr>
                    <w:rStyle w:val="Besedilooznabemesta"/>
                    <w:i/>
                    <w:color w:val="787878"/>
                    <w:szCs w:val="21"/>
                  </w:rPr>
                  <w:t>me in priimek</w:t>
                </w:r>
                <w:r w:rsidR="004B743C" w:rsidRPr="00F8655D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...</w:t>
                </w:r>
              </w:sdtContent>
            </w:sdt>
            <w:r w:rsidRPr="00F8655D">
              <w:rPr>
                <w:rFonts w:asciiTheme="majorHAnsi" w:hAnsiTheme="majorHAnsi" w:cstheme="majorHAnsi"/>
                <w:sz w:val="21"/>
                <w:szCs w:val="21"/>
              </w:rPr>
              <w:br/>
            </w:r>
            <w:r w:rsidRPr="00F8655D">
              <w:rPr>
                <w:rFonts w:asciiTheme="majorHAnsi" w:hAnsiTheme="majorHAnsi" w:cstheme="majorHAnsi"/>
                <w:sz w:val="21"/>
                <w:szCs w:val="21"/>
              </w:rPr>
              <w:br/>
              <w:t>_________________________________________</w:t>
            </w:r>
          </w:p>
        </w:tc>
      </w:tr>
    </w:tbl>
    <w:p w14:paraId="21EF8549" w14:textId="77777777" w:rsidR="00E52963" w:rsidRPr="00F8655D" w:rsidRDefault="00E52963">
      <w:pPr>
        <w:rPr>
          <w:rFonts w:ascii="Calibri" w:hAnsi="Calibri" w:cs="Calibri"/>
        </w:rPr>
      </w:pPr>
    </w:p>
    <w:p w14:paraId="521799CF" w14:textId="77777777" w:rsidR="00907E4F" w:rsidRPr="00F8655D" w:rsidRDefault="00907E4F">
      <w:pPr>
        <w:rPr>
          <w:rFonts w:ascii="Calibri" w:hAnsi="Calibri" w:cs="Calibri"/>
        </w:rPr>
      </w:pPr>
    </w:p>
    <w:p w14:paraId="06C4FC17" w14:textId="77777777" w:rsidR="00907E4F" w:rsidRPr="00F8655D" w:rsidRDefault="00907E4F">
      <w:pPr>
        <w:rPr>
          <w:rFonts w:ascii="Calibri" w:hAnsi="Calibri" w:cs="Calibri"/>
        </w:rPr>
      </w:pPr>
    </w:p>
    <w:p w14:paraId="187D4735" w14:textId="77777777" w:rsidR="00907E4F" w:rsidRPr="00F8655D" w:rsidRDefault="00907E4F">
      <w:pPr>
        <w:rPr>
          <w:rFonts w:ascii="Calibri" w:hAnsi="Calibri" w:cs="Calibri"/>
        </w:rPr>
      </w:pPr>
    </w:p>
    <w:p w14:paraId="36600139" w14:textId="77777777" w:rsidR="00907E4F" w:rsidRPr="00F8655D" w:rsidRDefault="00907E4F">
      <w:pPr>
        <w:rPr>
          <w:rFonts w:ascii="Calibri" w:hAnsi="Calibri" w:cs="Calibri"/>
        </w:rPr>
      </w:pPr>
    </w:p>
    <w:p w14:paraId="3E81F972" w14:textId="77777777" w:rsidR="00907E4F" w:rsidRPr="00F8655D" w:rsidRDefault="00907E4F" w:rsidP="00907E4F">
      <w:pPr>
        <w:spacing w:before="400" w:after="80"/>
        <w:rPr>
          <w:color w:val="auto"/>
        </w:rPr>
      </w:pPr>
      <w:r w:rsidRPr="00F8655D">
        <w:rPr>
          <w:b/>
          <w:color w:val="auto"/>
        </w:rPr>
        <w:t>Navodila za oddajo:</w:t>
      </w:r>
      <w:r w:rsidRPr="00F8655D">
        <w:rPr>
          <w:b/>
          <w:color w:val="auto"/>
        </w:rPr>
        <w:br/>
      </w:r>
      <w:r w:rsidRPr="00F8655D">
        <w:rPr>
          <w:i/>
          <w:color w:val="auto"/>
          <w:sz w:val="18"/>
        </w:rPr>
        <w:t>Zahtevano dokumentacijo pošljite na naslov: Slovensko farmacevtsko društvo, Dunajska cesta 184A, 1000 Ljubljana (za OPDP) ter v elektronski obliki na e-naslov: pisarna@sfd.si. Besedilo utemeljitve pošljite tudi v ločenem Wordovem dokumentu.</w:t>
      </w:r>
    </w:p>
    <w:p w14:paraId="6DA3C323" w14:textId="77777777" w:rsidR="00907E4F" w:rsidRPr="00F8655D" w:rsidRDefault="00907E4F">
      <w:pPr>
        <w:rPr>
          <w:rFonts w:ascii="Calibri" w:hAnsi="Calibri" w:cs="Calibri"/>
        </w:rPr>
      </w:pPr>
    </w:p>
    <w:sectPr w:rsidR="00907E4F" w:rsidRPr="00F8655D" w:rsidSect="00C013B9">
      <w:headerReference w:type="default" r:id="rId8"/>
      <w:footerReference w:type="default" r:id="rId9"/>
      <w:endnotePr>
        <w:numFmt w:val="decimal"/>
      </w:endnotePr>
      <w:pgSz w:w="12240" w:h="15840"/>
      <w:pgMar w:top="1151" w:right="1298" w:bottom="1151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02CAE" w14:textId="77777777" w:rsidR="002B3979" w:rsidRPr="00761799" w:rsidRDefault="002B3979" w:rsidP="002C3247">
      <w:pPr>
        <w:spacing w:after="0" w:line="240" w:lineRule="auto"/>
      </w:pPr>
      <w:r w:rsidRPr="00761799">
        <w:separator/>
      </w:r>
    </w:p>
  </w:endnote>
  <w:endnote w:type="continuationSeparator" w:id="0">
    <w:p w14:paraId="071F5EFF" w14:textId="77777777" w:rsidR="002B3979" w:rsidRPr="00761799" w:rsidRDefault="002B3979" w:rsidP="002C3247">
      <w:pPr>
        <w:spacing w:after="0" w:line="240" w:lineRule="auto"/>
      </w:pPr>
      <w:r w:rsidRPr="00761799">
        <w:continuationSeparator/>
      </w:r>
    </w:p>
  </w:endnote>
  <w:endnote w:id="1">
    <w:p w14:paraId="31E4955A" w14:textId="42D32A95" w:rsidR="00F86BF3" w:rsidRPr="00EA355D" w:rsidRDefault="00F86BF3">
      <w:pPr>
        <w:pStyle w:val="Konnaopomba-besedilo"/>
        <w:rPr>
          <w:rFonts w:ascii="Calibri" w:hAnsi="Calibri" w:cs="Calibri"/>
          <w:sz w:val="18"/>
          <w:szCs w:val="18"/>
        </w:rPr>
      </w:pPr>
      <w:r w:rsidRPr="00EA355D">
        <w:rPr>
          <w:rStyle w:val="Konnaopomba-sklic"/>
          <w:rFonts w:ascii="Calibri" w:hAnsi="Calibri" w:cs="Calibri"/>
          <w:sz w:val="18"/>
          <w:szCs w:val="18"/>
        </w:rPr>
        <w:endnoteRef/>
      </w:r>
      <w:r w:rsidRPr="00EA355D">
        <w:rPr>
          <w:rFonts w:ascii="Calibri" w:hAnsi="Calibri" w:cs="Calibri"/>
          <w:sz w:val="18"/>
          <w:szCs w:val="18"/>
        </w:rPr>
        <w:t xml:space="preserve"> </w:t>
      </w:r>
      <w:r w:rsidR="00130625" w:rsidRPr="00EA355D">
        <w:rPr>
          <w:rFonts w:ascii="Calibri" w:hAnsi="Calibri" w:cs="Calibri"/>
          <w:sz w:val="18"/>
          <w:szCs w:val="18"/>
        </w:rPr>
        <w:t>Priznanje častnega člana se podeli za izredne zasluge pri razvoju farmacevtske dejavnosti, njej sorodne stroke ali za posebne zasluge za Društvo.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BB41" w14:textId="732C4A3C" w:rsidR="00824CBB" w:rsidRPr="000345C4" w:rsidRDefault="00824CBB" w:rsidP="00824CBB">
    <w:pPr>
      <w:pStyle w:val="Noga"/>
      <w:jc w:val="center"/>
      <w:rPr>
        <w:rFonts w:cs="Calibri"/>
        <w:sz w:val="20"/>
        <w:szCs w:val="20"/>
      </w:rPr>
    </w:pPr>
    <w:r w:rsidRPr="000345C4">
      <w:rPr>
        <w:rFonts w:cs="Calibri"/>
        <w:sz w:val="20"/>
        <w:szCs w:val="20"/>
      </w:rPr>
      <w:t xml:space="preserve">Stran </w:t>
    </w:r>
    <w:r w:rsidRPr="000345C4">
      <w:rPr>
        <w:rFonts w:cs="Calibri"/>
        <w:b/>
        <w:bCs/>
        <w:sz w:val="20"/>
        <w:szCs w:val="20"/>
      </w:rPr>
      <w:fldChar w:fldCharType="begin"/>
    </w:r>
    <w:r w:rsidRPr="000345C4">
      <w:rPr>
        <w:rFonts w:cs="Calibri"/>
        <w:b/>
        <w:bCs/>
        <w:sz w:val="20"/>
        <w:szCs w:val="20"/>
      </w:rPr>
      <w:instrText>PAGE</w:instrText>
    </w:r>
    <w:r w:rsidRPr="000345C4">
      <w:rPr>
        <w:rFonts w:cs="Calibri"/>
        <w:b/>
        <w:bCs/>
        <w:sz w:val="20"/>
        <w:szCs w:val="20"/>
      </w:rPr>
      <w:fldChar w:fldCharType="separate"/>
    </w:r>
    <w:r>
      <w:rPr>
        <w:rFonts w:cs="Calibri"/>
        <w:b/>
        <w:bCs/>
        <w:sz w:val="20"/>
        <w:szCs w:val="20"/>
      </w:rPr>
      <w:t>1</w:t>
    </w:r>
    <w:r w:rsidRPr="000345C4">
      <w:rPr>
        <w:rFonts w:cs="Calibri"/>
        <w:b/>
        <w:bCs/>
        <w:sz w:val="20"/>
        <w:szCs w:val="20"/>
      </w:rPr>
      <w:fldChar w:fldCharType="end"/>
    </w:r>
    <w:r w:rsidRPr="000345C4">
      <w:rPr>
        <w:rFonts w:cs="Calibri"/>
        <w:sz w:val="20"/>
        <w:szCs w:val="20"/>
      </w:rPr>
      <w:t xml:space="preserve"> od </w:t>
    </w:r>
    <w:r w:rsidRPr="000345C4">
      <w:rPr>
        <w:rFonts w:cs="Calibri"/>
        <w:b/>
        <w:bCs/>
        <w:sz w:val="20"/>
        <w:szCs w:val="20"/>
      </w:rPr>
      <w:fldChar w:fldCharType="begin"/>
    </w:r>
    <w:r w:rsidRPr="000345C4">
      <w:rPr>
        <w:rFonts w:cs="Calibri"/>
        <w:b/>
        <w:bCs/>
        <w:sz w:val="20"/>
        <w:szCs w:val="20"/>
      </w:rPr>
      <w:instrText>NUMPAGES</w:instrText>
    </w:r>
    <w:r w:rsidRPr="000345C4">
      <w:rPr>
        <w:rFonts w:cs="Calibri"/>
        <w:b/>
        <w:bCs/>
        <w:sz w:val="20"/>
        <w:szCs w:val="20"/>
      </w:rPr>
      <w:fldChar w:fldCharType="separate"/>
    </w:r>
    <w:r>
      <w:rPr>
        <w:rFonts w:cs="Calibri"/>
        <w:b/>
        <w:bCs/>
        <w:sz w:val="20"/>
        <w:szCs w:val="20"/>
      </w:rPr>
      <w:t>2</w:t>
    </w:r>
    <w:r w:rsidRPr="000345C4">
      <w:rPr>
        <w:rFonts w:cs="Calibri"/>
        <w:b/>
        <w:bCs/>
        <w:sz w:val="20"/>
        <w:szCs w:val="20"/>
      </w:rPr>
      <w:fldChar w:fldCharType="end"/>
    </w:r>
  </w:p>
  <w:p w14:paraId="3C3F5539" w14:textId="4D5C90D0" w:rsidR="00824CBB" w:rsidRDefault="00824CBB" w:rsidP="00824CB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C05E7" w14:textId="77777777" w:rsidR="002B3979" w:rsidRPr="00761799" w:rsidRDefault="002B3979" w:rsidP="002C3247">
      <w:pPr>
        <w:spacing w:after="0" w:line="240" w:lineRule="auto"/>
      </w:pPr>
      <w:r w:rsidRPr="00761799">
        <w:separator/>
      </w:r>
    </w:p>
  </w:footnote>
  <w:footnote w:type="continuationSeparator" w:id="0">
    <w:p w14:paraId="2331CED3" w14:textId="77777777" w:rsidR="002B3979" w:rsidRPr="00761799" w:rsidRDefault="002B3979" w:rsidP="002C3247">
      <w:pPr>
        <w:spacing w:after="0" w:line="240" w:lineRule="auto"/>
      </w:pPr>
      <w:r w:rsidRPr="007617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DC0F8" w14:textId="38932F9E" w:rsidR="002C3247" w:rsidRPr="00761799" w:rsidRDefault="002C3247" w:rsidP="002C3247">
    <w:pPr>
      <w:pStyle w:val="Glava"/>
      <w:jc w:val="right"/>
      <w:rPr>
        <w:rFonts w:ascii="Calibri" w:hAnsi="Calibri" w:cs="Calibri"/>
        <w:sz w:val="18"/>
        <w:szCs w:val="18"/>
      </w:rPr>
    </w:pPr>
    <w:r w:rsidRPr="00761799">
      <w:rPr>
        <w:rFonts w:ascii="Calibri" w:hAnsi="Calibri" w:cs="Calibri"/>
        <w:sz w:val="18"/>
        <w:szCs w:val="18"/>
      </w:rPr>
      <w:t>Obr. ČASTNI ČLAN-2027</w:t>
    </w:r>
  </w:p>
  <w:p w14:paraId="4B2E41BF" w14:textId="77777777" w:rsidR="002C3247" w:rsidRPr="00761799" w:rsidRDefault="002C324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6374"/>
    <w:multiLevelType w:val="hybridMultilevel"/>
    <w:tmpl w:val="F92A660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B23B18"/>
    <w:multiLevelType w:val="hybridMultilevel"/>
    <w:tmpl w:val="71DA482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D725A0"/>
    <w:multiLevelType w:val="hybridMultilevel"/>
    <w:tmpl w:val="08E242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3E763D"/>
    <w:multiLevelType w:val="hybridMultilevel"/>
    <w:tmpl w:val="AAC25E0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D77EAA"/>
    <w:multiLevelType w:val="hybridMultilevel"/>
    <w:tmpl w:val="68B446AC"/>
    <w:lvl w:ilvl="0" w:tplc="805245CE">
      <w:start w:val="1"/>
      <w:numFmt w:val="upperRoman"/>
      <w:pStyle w:val="Naslov3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D91231"/>
    <w:multiLevelType w:val="hybridMultilevel"/>
    <w:tmpl w:val="18D2B4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86981"/>
    <w:multiLevelType w:val="hybridMultilevel"/>
    <w:tmpl w:val="9B9E850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4F39A5"/>
    <w:multiLevelType w:val="hybridMultilevel"/>
    <w:tmpl w:val="6BA631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CC588C"/>
    <w:multiLevelType w:val="hybridMultilevel"/>
    <w:tmpl w:val="6F9ADC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088894">
    <w:abstractNumId w:val="8"/>
  </w:num>
  <w:num w:numId="2" w16cid:durableId="2115519778">
    <w:abstractNumId w:val="6"/>
  </w:num>
  <w:num w:numId="3" w16cid:durableId="484467423">
    <w:abstractNumId w:val="5"/>
  </w:num>
  <w:num w:numId="4" w16cid:durableId="291637399">
    <w:abstractNumId w:val="4"/>
  </w:num>
  <w:num w:numId="5" w16cid:durableId="853494112">
    <w:abstractNumId w:val="7"/>
  </w:num>
  <w:num w:numId="6" w16cid:durableId="1910309560">
    <w:abstractNumId w:val="3"/>
  </w:num>
  <w:num w:numId="7" w16cid:durableId="1671250063">
    <w:abstractNumId w:val="2"/>
  </w:num>
  <w:num w:numId="8" w16cid:durableId="439181648">
    <w:abstractNumId w:val="1"/>
  </w:num>
  <w:num w:numId="9" w16cid:durableId="1684353975">
    <w:abstractNumId w:val="0"/>
  </w:num>
  <w:num w:numId="10" w16cid:durableId="2067875273">
    <w:abstractNumId w:val="16"/>
  </w:num>
  <w:num w:numId="11" w16cid:durableId="1595938654">
    <w:abstractNumId w:val="10"/>
  </w:num>
  <w:num w:numId="12" w16cid:durableId="1727416134">
    <w:abstractNumId w:val="9"/>
  </w:num>
  <w:num w:numId="13" w16cid:durableId="1326518281">
    <w:abstractNumId w:val="15"/>
  </w:num>
  <w:num w:numId="14" w16cid:durableId="1795320630">
    <w:abstractNumId w:val="12"/>
  </w:num>
  <w:num w:numId="15" w16cid:durableId="1232470494">
    <w:abstractNumId w:val="13"/>
  </w:num>
  <w:num w:numId="16" w16cid:durableId="1301378884">
    <w:abstractNumId w:val="11"/>
  </w:num>
  <w:num w:numId="17" w16cid:durableId="1753891989">
    <w:abstractNumId w:val="14"/>
  </w:num>
  <w:num w:numId="18" w16cid:durableId="1880707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825"/>
    <w:rsid w:val="00013B36"/>
    <w:rsid w:val="00030DFF"/>
    <w:rsid w:val="00034616"/>
    <w:rsid w:val="00043AE7"/>
    <w:rsid w:val="0006063C"/>
    <w:rsid w:val="0008381E"/>
    <w:rsid w:val="000951DB"/>
    <w:rsid w:val="000C5E8C"/>
    <w:rsid w:val="000D62E7"/>
    <w:rsid w:val="0010567B"/>
    <w:rsid w:val="001057FB"/>
    <w:rsid w:val="0011364E"/>
    <w:rsid w:val="00117E62"/>
    <w:rsid w:val="00125A67"/>
    <w:rsid w:val="00130625"/>
    <w:rsid w:val="001343FB"/>
    <w:rsid w:val="00144624"/>
    <w:rsid w:val="0015074B"/>
    <w:rsid w:val="0015250D"/>
    <w:rsid w:val="00161A31"/>
    <w:rsid w:val="00166D7C"/>
    <w:rsid w:val="0017115A"/>
    <w:rsid w:val="001766B9"/>
    <w:rsid w:val="001C7CFF"/>
    <w:rsid w:val="001E4F6E"/>
    <w:rsid w:val="001F363B"/>
    <w:rsid w:val="001F45E9"/>
    <w:rsid w:val="00205BC7"/>
    <w:rsid w:val="002068F6"/>
    <w:rsid w:val="002925B8"/>
    <w:rsid w:val="0029419A"/>
    <w:rsid w:val="0029639D"/>
    <w:rsid w:val="002B37C2"/>
    <w:rsid w:val="002B3979"/>
    <w:rsid w:val="002C3247"/>
    <w:rsid w:val="002D2D27"/>
    <w:rsid w:val="002F6F1C"/>
    <w:rsid w:val="00301122"/>
    <w:rsid w:val="00326F90"/>
    <w:rsid w:val="003A09AA"/>
    <w:rsid w:val="003E48E2"/>
    <w:rsid w:val="003F61FD"/>
    <w:rsid w:val="0041651A"/>
    <w:rsid w:val="00451FB1"/>
    <w:rsid w:val="0047366F"/>
    <w:rsid w:val="004863AC"/>
    <w:rsid w:val="004A57B7"/>
    <w:rsid w:val="004A75D8"/>
    <w:rsid w:val="004B0129"/>
    <w:rsid w:val="004B743C"/>
    <w:rsid w:val="004C0057"/>
    <w:rsid w:val="004C3482"/>
    <w:rsid w:val="004E798B"/>
    <w:rsid w:val="0050102D"/>
    <w:rsid w:val="00547093"/>
    <w:rsid w:val="00562C9A"/>
    <w:rsid w:val="0057596C"/>
    <w:rsid w:val="00586178"/>
    <w:rsid w:val="005B3D07"/>
    <w:rsid w:val="005B57E8"/>
    <w:rsid w:val="005B6B23"/>
    <w:rsid w:val="005D0DBE"/>
    <w:rsid w:val="005F3FD7"/>
    <w:rsid w:val="005F484A"/>
    <w:rsid w:val="00611449"/>
    <w:rsid w:val="00630F17"/>
    <w:rsid w:val="00652F1C"/>
    <w:rsid w:val="00665DD3"/>
    <w:rsid w:val="006676D2"/>
    <w:rsid w:val="006812DD"/>
    <w:rsid w:val="006835DE"/>
    <w:rsid w:val="00685BF8"/>
    <w:rsid w:val="006A36A0"/>
    <w:rsid w:val="006A3C60"/>
    <w:rsid w:val="006D03AE"/>
    <w:rsid w:val="006E324A"/>
    <w:rsid w:val="00706B39"/>
    <w:rsid w:val="00761799"/>
    <w:rsid w:val="007640DE"/>
    <w:rsid w:val="007A26A2"/>
    <w:rsid w:val="007C1FAF"/>
    <w:rsid w:val="007F2FCD"/>
    <w:rsid w:val="008145E8"/>
    <w:rsid w:val="00824CBB"/>
    <w:rsid w:val="00846B47"/>
    <w:rsid w:val="008636BC"/>
    <w:rsid w:val="00863E6A"/>
    <w:rsid w:val="00874C33"/>
    <w:rsid w:val="00875354"/>
    <w:rsid w:val="00884F0B"/>
    <w:rsid w:val="008C7592"/>
    <w:rsid w:val="008E7385"/>
    <w:rsid w:val="00907E4F"/>
    <w:rsid w:val="00931804"/>
    <w:rsid w:val="009327FE"/>
    <w:rsid w:val="00956735"/>
    <w:rsid w:val="009617E6"/>
    <w:rsid w:val="00967E3C"/>
    <w:rsid w:val="00983AE7"/>
    <w:rsid w:val="009D6E4E"/>
    <w:rsid w:val="009E0C84"/>
    <w:rsid w:val="009E28C7"/>
    <w:rsid w:val="009E597D"/>
    <w:rsid w:val="00A003D4"/>
    <w:rsid w:val="00A15435"/>
    <w:rsid w:val="00A2098D"/>
    <w:rsid w:val="00A3081E"/>
    <w:rsid w:val="00A322F8"/>
    <w:rsid w:val="00A64477"/>
    <w:rsid w:val="00A7615C"/>
    <w:rsid w:val="00A83AC9"/>
    <w:rsid w:val="00AA1D8D"/>
    <w:rsid w:val="00AA422E"/>
    <w:rsid w:val="00AF3D68"/>
    <w:rsid w:val="00B04AD8"/>
    <w:rsid w:val="00B13ABD"/>
    <w:rsid w:val="00B16FC4"/>
    <w:rsid w:val="00B22522"/>
    <w:rsid w:val="00B47730"/>
    <w:rsid w:val="00B54A31"/>
    <w:rsid w:val="00B84154"/>
    <w:rsid w:val="00B92583"/>
    <w:rsid w:val="00BF427C"/>
    <w:rsid w:val="00C013B9"/>
    <w:rsid w:val="00C06413"/>
    <w:rsid w:val="00C076EF"/>
    <w:rsid w:val="00C10D53"/>
    <w:rsid w:val="00C35952"/>
    <w:rsid w:val="00C62A97"/>
    <w:rsid w:val="00C77EC4"/>
    <w:rsid w:val="00CB0664"/>
    <w:rsid w:val="00CB16C6"/>
    <w:rsid w:val="00CE166E"/>
    <w:rsid w:val="00CF0C9E"/>
    <w:rsid w:val="00D40E27"/>
    <w:rsid w:val="00D46ECB"/>
    <w:rsid w:val="00D513F5"/>
    <w:rsid w:val="00D8290A"/>
    <w:rsid w:val="00E06835"/>
    <w:rsid w:val="00E118D5"/>
    <w:rsid w:val="00E52963"/>
    <w:rsid w:val="00E74AD1"/>
    <w:rsid w:val="00EA1852"/>
    <w:rsid w:val="00EA355D"/>
    <w:rsid w:val="00EB2153"/>
    <w:rsid w:val="00EB5369"/>
    <w:rsid w:val="00EC03E3"/>
    <w:rsid w:val="00F27418"/>
    <w:rsid w:val="00F46F90"/>
    <w:rsid w:val="00F50ED6"/>
    <w:rsid w:val="00F51ECD"/>
    <w:rsid w:val="00F66A8E"/>
    <w:rsid w:val="00F71D00"/>
    <w:rsid w:val="00F8655D"/>
    <w:rsid w:val="00F86BF3"/>
    <w:rsid w:val="00F96B7C"/>
    <w:rsid w:val="00F970EF"/>
    <w:rsid w:val="00FA56AA"/>
    <w:rsid w:val="00FC693F"/>
    <w:rsid w:val="00FD7680"/>
    <w:rsid w:val="00FE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57BD6"/>
  <w14:defaultImageDpi w14:val="300"/>
  <w15:docId w15:val="{DD9FABC4-0477-4051-8164-E5773078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hAnsi="Arial"/>
      <w:color w:val="333333"/>
      <w:sz w:val="19"/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autoRedefine/>
    <w:uiPriority w:val="9"/>
    <w:unhideWhenUsed/>
    <w:qFormat/>
    <w:rsid w:val="00C10D53"/>
    <w:pPr>
      <w:keepNext/>
      <w:keepLines/>
      <w:numPr>
        <w:numId w:val="15"/>
      </w:numPr>
      <w:spacing w:before="200" w:after="0"/>
      <w:ind w:left="36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C10D53"/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Besedilooznabemesta">
    <w:name w:val="Placeholder Text"/>
    <w:basedOn w:val="Privzetapisavaodstavka"/>
    <w:uiPriority w:val="99"/>
    <w:semiHidden/>
    <w:rsid w:val="000C5E8C"/>
    <w:rPr>
      <w:color w:val="666666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9617E6"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9617E6"/>
    <w:rPr>
      <w:rFonts w:ascii="Arial" w:hAnsi="Arial"/>
      <w:color w:val="333333"/>
      <w:sz w:val="20"/>
      <w:szCs w:val="20"/>
      <w:lang w:val="sl-SI"/>
    </w:rPr>
  </w:style>
  <w:style w:type="character" w:styleId="Konnaopomba-sklic">
    <w:name w:val="endnote reference"/>
    <w:basedOn w:val="Privzetapisavaodstavka"/>
    <w:uiPriority w:val="99"/>
    <w:semiHidden/>
    <w:unhideWhenUsed/>
    <w:rsid w:val="009617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0D7B34AA6346CFAFDBF04BB19E04D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6591857-AEF3-4D3D-8C89-EA3D316423CB}"/>
      </w:docPartPr>
      <w:docPartBody>
        <w:p w:rsidR="00F53BFE" w:rsidRDefault="00A06C4B" w:rsidP="00A06C4B">
          <w:pPr>
            <w:pStyle w:val="A70D7B34AA6346CFAFDBF04BB19E04D7"/>
          </w:pPr>
          <w:r w:rsidRPr="00F8655D">
            <w:rPr>
              <w:rStyle w:val="Besedilooznabemesta"/>
              <w:rFonts w:asciiTheme="majorHAnsi" w:hAnsiTheme="majorHAnsi" w:cstheme="majorHAnsi"/>
              <w:i/>
              <w:iCs/>
              <w:sz w:val="21"/>
              <w:szCs w:val="21"/>
            </w:rPr>
            <w:t>Vpišite kraj</w:t>
          </w:r>
        </w:p>
      </w:docPartBody>
    </w:docPart>
    <w:docPart>
      <w:docPartPr>
        <w:name w:val="CD14C279255F4A278F46BE0B734EA03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DD9B13-CC72-4BE7-B9B0-89A65FBF4261}"/>
      </w:docPartPr>
      <w:docPartBody>
        <w:p w:rsidR="00F53BFE" w:rsidRDefault="00A06C4B" w:rsidP="00A06C4B">
          <w:pPr>
            <w:pStyle w:val="CD14C279255F4A278F46BE0B734EA039"/>
          </w:pPr>
          <w:r w:rsidRPr="00F8655D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Izberite datum...</w:t>
          </w:r>
        </w:p>
      </w:docPartBody>
    </w:docPart>
    <w:docPart>
      <w:docPartPr>
        <w:name w:val="DE43BED12BCB497195812955A5C8BDE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0139F2-1528-45CD-9854-818075CF6B63}"/>
      </w:docPartPr>
      <w:docPartBody>
        <w:p w:rsidR="00F53BFE" w:rsidRDefault="00A06C4B" w:rsidP="00A06C4B">
          <w:pPr>
            <w:pStyle w:val="DE43BED12BCB497195812955A5C8BDEC"/>
          </w:pPr>
          <w:r w:rsidRPr="00F8655D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Vnesite kraj občnega zbora...</w:t>
          </w:r>
        </w:p>
      </w:docPartBody>
    </w:docPart>
    <w:docPart>
      <w:docPartPr>
        <w:name w:val="57A95FD630F04516894427C1A0DE675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41B905D-05D0-4985-9B17-CB2647D5EACF}"/>
      </w:docPartPr>
      <w:docPartBody>
        <w:p w:rsidR="00F53BFE" w:rsidRDefault="00A06C4B" w:rsidP="00A06C4B">
          <w:pPr>
            <w:pStyle w:val="57A95FD630F04516894427C1A0DE6754"/>
          </w:pPr>
          <w:r w:rsidRPr="00F8655D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Vnesite datum občnega zbora...</w:t>
          </w:r>
        </w:p>
      </w:docPartBody>
    </w:docPart>
    <w:docPart>
      <w:docPartPr>
        <w:name w:val="55A33C79A6EC4542954C1FAC838971F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0960E83-075F-46BB-AFF9-2693559A6E8C}"/>
      </w:docPartPr>
      <w:docPartBody>
        <w:p w:rsidR="00F53BFE" w:rsidRDefault="00A06C4B" w:rsidP="00A06C4B">
          <w:pPr>
            <w:pStyle w:val="55A33C79A6EC4542954C1FAC838971FD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Kliknite za izbiro datuma...</w:t>
          </w:r>
        </w:p>
      </w:docPartBody>
    </w:docPart>
    <w:docPart>
      <w:docPartPr>
        <w:name w:val="9A4773D0748942629EB19F20B8D5767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7ACA1B-D274-4BAA-8CEF-0942729D6839}"/>
      </w:docPartPr>
      <w:docPartBody>
        <w:p w:rsidR="00F53BFE" w:rsidRDefault="00A06C4B" w:rsidP="00A06C4B">
          <w:pPr>
            <w:pStyle w:val="9A4773D0748942629EB19F20B8D57678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ime...</w:t>
          </w:r>
        </w:p>
      </w:docPartBody>
    </w:docPart>
    <w:docPart>
      <w:docPartPr>
        <w:name w:val="535FC28300394517A98231FF92D1E73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0351F20-21B5-404C-A9E9-EA3137D0C915}"/>
      </w:docPartPr>
      <w:docPartBody>
        <w:p w:rsidR="00F53BFE" w:rsidRDefault="00A06C4B" w:rsidP="00A06C4B">
          <w:pPr>
            <w:pStyle w:val="535FC28300394517A98231FF92D1E732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priimek...</w:t>
          </w:r>
        </w:p>
      </w:docPartBody>
    </w:docPart>
    <w:docPart>
      <w:docPartPr>
        <w:name w:val="FDFF969D166C4A1E9B34328BCD0EC3D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5DA1B09-3B91-4E91-A0E5-4B8053E09E19}"/>
      </w:docPartPr>
      <w:docPartBody>
        <w:p w:rsidR="00F53BFE" w:rsidRDefault="00A06C4B" w:rsidP="00A06C4B">
          <w:pPr>
            <w:pStyle w:val="FDFF969D166C4A1E9B34328BCD0EC3DF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naslov...</w:t>
          </w:r>
        </w:p>
      </w:docPartBody>
    </w:docPart>
    <w:docPart>
      <w:docPartPr>
        <w:name w:val="AE4F78CB7BF24E72BFA0F2922C8D6D4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BDABA2-946C-4B53-929B-B2FAF43F78A1}"/>
      </w:docPartPr>
      <w:docPartBody>
        <w:p w:rsidR="00F53BFE" w:rsidRDefault="00A06C4B" w:rsidP="00A06C4B">
          <w:pPr>
            <w:pStyle w:val="AE4F78CB7BF24E72BFA0F2922C8D6D4F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državljanstvo in narodnost...</w:t>
          </w:r>
        </w:p>
      </w:docPartBody>
    </w:docPart>
    <w:docPart>
      <w:docPartPr>
        <w:name w:val="8D516539D7FB43788E53FAB131A9E1D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F31B4A9-A1A4-440C-A447-1D00F60727BB}"/>
      </w:docPartPr>
      <w:docPartBody>
        <w:p w:rsidR="00F53BFE" w:rsidRDefault="00A06C4B" w:rsidP="00A06C4B">
          <w:pPr>
            <w:pStyle w:val="8D516539D7FB43788E53FAB131A9E1D4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podatke o trenutni zaposlitvi...</w:t>
          </w:r>
        </w:p>
      </w:docPartBody>
    </w:docPart>
    <w:docPart>
      <w:docPartPr>
        <w:name w:val="2698790789D9413DB0DC86A9C7C43CC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DEB5CF6-8062-4D27-9EF5-92B927AEBB72}"/>
      </w:docPartPr>
      <w:docPartBody>
        <w:p w:rsidR="00F53BFE" w:rsidRDefault="00A06C4B" w:rsidP="00A06C4B">
          <w:pPr>
            <w:pStyle w:val="2698790789D9413DB0DC86A9C7C43CCC"/>
          </w:pPr>
          <w:r w:rsidRPr="00F8655D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Vnesite besedilo. Po pritisku na tipko ENTER se ustvari nova alineja</w:t>
          </w:r>
        </w:p>
      </w:docPartBody>
    </w:docPart>
    <w:docPart>
      <w:docPartPr>
        <w:name w:val="8E3813719B384D458627511A46F73B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D44EDDB-C2F1-4E77-B54B-28B9C8283E04}"/>
      </w:docPartPr>
      <w:docPartBody>
        <w:p w:rsidR="00F53BFE" w:rsidRDefault="00A06C4B" w:rsidP="00A06C4B">
          <w:pPr>
            <w:pStyle w:val="8E3813719B384D458627511A46F73BA6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podatke o izobrazbi(datum in ustanova). Po pritisku na tipko ENTER se ustvari nova alineja</w:t>
          </w:r>
        </w:p>
      </w:docPartBody>
    </w:docPart>
    <w:docPart>
      <w:docPartPr>
        <w:name w:val="140ED4AA5DA7478B97D87FFAB0CA927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E79A4F2-403F-4562-8D3D-FDC0C980A3A7}"/>
      </w:docPartPr>
      <w:docPartBody>
        <w:p w:rsidR="00F53BFE" w:rsidRDefault="00A06C4B" w:rsidP="00A06C4B">
          <w:pPr>
            <w:pStyle w:val="140ED4AA5DA7478B97D87FFAB0CA9277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opis poklicne poti. Po pritisku na tipko ENTER se ustvari nova alineja</w:t>
          </w:r>
        </w:p>
      </w:docPartBody>
    </w:docPart>
    <w:docPart>
      <w:docPartPr>
        <w:name w:val="F5B705EFC66D4B64842774AA0A5077D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F39CBF5-7BE4-473D-9FF5-5A9E243763DA}"/>
      </w:docPartPr>
      <w:docPartBody>
        <w:p w:rsidR="00F53BFE" w:rsidRDefault="00A06C4B" w:rsidP="00A06C4B">
          <w:pPr>
            <w:pStyle w:val="F5B705EFC66D4B64842774AA0A5077D0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Izberite datum...</w:t>
          </w:r>
        </w:p>
      </w:docPartBody>
    </w:docPart>
    <w:docPart>
      <w:docPartPr>
        <w:name w:val="2831DC1C4E4F4E31B7E2C7A55459D0E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726DE88-23EB-4B2E-839B-4866635AE94D}"/>
      </w:docPartPr>
      <w:docPartBody>
        <w:p w:rsidR="00F53BFE" w:rsidRDefault="00A06C4B" w:rsidP="00A06C4B">
          <w:pPr>
            <w:pStyle w:val="2831DC1C4E4F4E31B7E2C7A55459D0E3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kraj rojstva...</w:t>
          </w:r>
        </w:p>
      </w:docPartBody>
    </w:docPart>
    <w:docPart>
      <w:docPartPr>
        <w:name w:val="D05C364D297E4DDDAFDDB941152D120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7B25982-7910-415B-BB76-9A5DDBF95DF4}"/>
      </w:docPartPr>
      <w:docPartBody>
        <w:p w:rsidR="001D1252" w:rsidRDefault="00A06C4B" w:rsidP="00A06C4B">
          <w:pPr>
            <w:pStyle w:val="D05C364D297E4DDDAFDDB941152D1203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ime, priimek in e-poštni naslov...</w:t>
          </w:r>
        </w:p>
      </w:docPartBody>
    </w:docPart>
    <w:docPart>
      <w:docPartPr>
        <w:name w:val="942AE318A1294A9CB12CEEAB67B85E8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88EFDCA-6240-4599-91C3-D5E224DE726C}"/>
      </w:docPartPr>
      <w:docPartBody>
        <w:p w:rsidR="004A2B01" w:rsidRDefault="00A06C4B" w:rsidP="00A06C4B">
          <w:pPr>
            <w:pStyle w:val="942AE318A1294A9CB12CEEAB67B85E83"/>
          </w:pPr>
          <w:r w:rsidRPr="00F8655D">
            <w:rPr>
              <w:rStyle w:val="Besedilooznabemesta"/>
              <w:rFonts w:cs="Calibri"/>
              <w:i/>
              <w:color w:val="787878"/>
              <w:szCs w:val="21"/>
            </w:rPr>
            <w:t>Vnesite i</w:t>
          </w:r>
          <w:r w:rsidRPr="00F8655D">
            <w:rPr>
              <w:rStyle w:val="Besedilooznabemesta"/>
              <w:i/>
              <w:color w:val="787878"/>
              <w:szCs w:val="21"/>
            </w:rPr>
            <w:t>me in priimek</w:t>
          </w:r>
          <w:r w:rsidRPr="00F8655D">
            <w:rPr>
              <w:rStyle w:val="Besedilooznabemesta"/>
              <w:rFonts w:cs="Calibri"/>
              <w:i/>
              <w:color w:val="787878"/>
              <w:szCs w:val="21"/>
            </w:rPr>
            <w:t>...</w:t>
          </w:r>
        </w:p>
      </w:docPartBody>
    </w:docPart>
    <w:docPart>
      <w:docPartPr>
        <w:name w:val="98C9778839994C16A1EDFDA3578BDAD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E922E40-FECA-46DC-8AC4-5B50F66D51B8}"/>
      </w:docPartPr>
      <w:docPartBody>
        <w:p w:rsidR="008E2389" w:rsidRDefault="00A06C4B" w:rsidP="00A06C4B">
          <w:pPr>
            <w:pStyle w:val="98C9778839994C16A1EDFDA3578BDAD0"/>
          </w:pPr>
          <w:r w:rsidRPr="00F8655D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Izberite predlagatelja iz spustnega seznama...</w:t>
          </w:r>
        </w:p>
      </w:docPartBody>
    </w:docPart>
    <w:docPart>
      <w:docPartPr>
        <w:name w:val="407A6A555C8A40E1B59C622F4A89D6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1871AC2-69AA-4EF6-9ED9-787F475D7E5F}"/>
      </w:docPartPr>
      <w:docPartBody>
        <w:p w:rsidR="00061F09" w:rsidRDefault="00A06C4B" w:rsidP="00A06C4B">
          <w:pPr>
            <w:pStyle w:val="407A6A555C8A40E1B59C622F4A89D6F9"/>
          </w:pPr>
          <w:r w:rsidRPr="00F8655D">
            <w:rPr>
              <w:rFonts w:ascii="Calibri" w:hAnsi="Calibri" w:cs="Calibri"/>
              <w:i/>
              <w:color w:val="787878"/>
              <w:sz w:val="21"/>
              <w:szCs w:val="21"/>
            </w:rPr>
            <w:t>Vnesite članstva in funkcije (naziv organa, funkcija, mandatno obdobje).</w:t>
          </w: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 xml:space="preserve"> Po pritisku na tipko ENTER se ustvari nova alineja</w:t>
          </w:r>
        </w:p>
      </w:docPartBody>
    </w:docPart>
    <w:docPart>
      <w:docPartPr>
        <w:name w:val="5B309C1401F940E2A49FB2B31D0487E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C17EFD8-E698-4E65-821C-B297467A438B}"/>
      </w:docPartPr>
      <w:docPartBody>
        <w:p w:rsidR="00061F09" w:rsidRDefault="00A06C4B" w:rsidP="00A06C4B">
          <w:pPr>
            <w:pStyle w:val="5B309C1401F940E2A49FB2B31D0487ED"/>
          </w:pPr>
          <w:r w:rsidRPr="00F8655D">
            <w:rPr>
              <w:rFonts w:asciiTheme="majorHAnsi" w:hAnsiTheme="majorHAnsi" w:cstheme="majorHAnsi"/>
              <w:i/>
              <w:color w:val="787878"/>
              <w:sz w:val="21"/>
              <w:szCs w:val="21"/>
            </w:rPr>
            <w:t>Vnesite članstva in funkcije.</w:t>
          </w:r>
          <w:r w:rsidRPr="00F8655D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Po pritisku na tipko ENTER se ustvari nova alineja</w:t>
          </w:r>
        </w:p>
      </w:docPartBody>
    </w:docPart>
    <w:docPart>
      <w:docPartPr>
        <w:name w:val="CBBE94D3F2DB49C3A2A1D6CFFF19F45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2DEA11C-7EA4-4B04-97F7-694B3F65FF96}"/>
      </w:docPartPr>
      <w:docPartBody>
        <w:p w:rsidR="00061F09" w:rsidRDefault="00A06C4B" w:rsidP="00A06C4B">
          <w:pPr>
            <w:pStyle w:val="CBBE94D3F2DB49C3A2A1D6CFFF19F451"/>
          </w:pPr>
          <w:r w:rsidRPr="00F8655D">
            <w:rPr>
              <w:rFonts w:asciiTheme="majorHAnsi" w:hAnsiTheme="majorHAnsi" w:cstheme="majorHAnsi"/>
              <w:i/>
              <w:color w:val="787878"/>
              <w:sz w:val="21"/>
              <w:szCs w:val="21"/>
            </w:rPr>
            <w:t>Navedite dosedanja priznanja (datum in naziv priznanja).</w:t>
          </w:r>
          <w:r w:rsidRPr="00F8655D">
            <w:rPr>
              <w:color w:val="787878"/>
            </w:rPr>
            <w:t xml:space="preserve"> Po pritisku na tipko ENTER se ustvari nova alineja</w:t>
          </w:r>
        </w:p>
      </w:docPartBody>
    </w:docPart>
    <w:docPart>
      <w:docPartPr>
        <w:name w:val="9095357B4A1C4B9F9A1AC72E874326A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01CCACC-4EB8-4160-8820-C6DCD88F02BF}"/>
      </w:docPartPr>
      <w:docPartBody>
        <w:p w:rsidR="00A06C4B" w:rsidRDefault="00A06C4B" w:rsidP="00A06C4B">
          <w:pPr>
            <w:pStyle w:val="9095357B4A1C4B9F9A1AC72E874326A3"/>
          </w:pPr>
          <w:r w:rsidRPr="00F8655D">
            <w:rPr>
              <w:rStyle w:val="Besedilooznabemesta"/>
              <w:rFonts w:asciiTheme="majorHAnsi" w:hAnsiTheme="majorHAnsi" w:cstheme="majorHAnsi"/>
              <w:i/>
              <w:iCs/>
              <w:sz w:val="21"/>
              <w:szCs w:val="21"/>
            </w:rPr>
            <w:t>Izberite ustrezno.</w:t>
          </w:r>
        </w:p>
      </w:docPartBody>
    </w:docPart>
    <w:docPart>
      <w:docPartPr>
        <w:name w:val="59883D5FC4BA42C982B52BB88211157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5151B64-4E66-4369-A9C9-D4CEFBF8D1E4}"/>
      </w:docPartPr>
      <w:docPartBody>
        <w:p w:rsidR="00F14696" w:rsidRDefault="00A06C4B" w:rsidP="00A06C4B">
          <w:pPr>
            <w:pStyle w:val="59883D5FC4BA42C982B52BB88211157E1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nazive. Po pritisku na tipko ENTER se ustvari nova alineja</w:t>
          </w:r>
        </w:p>
      </w:docPartBody>
    </w:docPart>
    <w:docPart>
      <w:docPartPr>
        <w:name w:val="E9066940E85348FABF6EF8A9C2912AC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2FCBCF3-0EE8-4EB1-B303-112EBE74AB8C}"/>
      </w:docPartPr>
      <w:docPartBody>
        <w:p w:rsidR="00F14696" w:rsidRDefault="00A06C4B" w:rsidP="00A06C4B">
          <w:pPr>
            <w:pStyle w:val="E9066940E85348FABF6EF8A9C2912AC21"/>
          </w:pPr>
          <w:r w:rsidRPr="00F8655D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nazive. Po pritisku na tipko ENTER se ustvari nova alineja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DA"/>
    <w:rsid w:val="00061F09"/>
    <w:rsid w:val="001D1252"/>
    <w:rsid w:val="00236E04"/>
    <w:rsid w:val="002E762E"/>
    <w:rsid w:val="003D71E6"/>
    <w:rsid w:val="004A2B01"/>
    <w:rsid w:val="0053067B"/>
    <w:rsid w:val="0059055B"/>
    <w:rsid w:val="006707FC"/>
    <w:rsid w:val="006E1524"/>
    <w:rsid w:val="00706B39"/>
    <w:rsid w:val="00713538"/>
    <w:rsid w:val="007C4A8B"/>
    <w:rsid w:val="00804F19"/>
    <w:rsid w:val="00874C33"/>
    <w:rsid w:val="008A2511"/>
    <w:rsid w:val="008C5872"/>
    <w:rsid w:val="008E2389"/>
    <w:rsid w:val="00967E3C"/>
    <w:rsid w:val="00A06C4B"/>
    <w:rsid w:val="00A322F8"/>
    <w:rsid w:val="00A60F9F"/>
    <w:rsid w:val="00B466DA"/>
    <w:rsid w:val="00B54A31"/>
    <w:rsid w:val="00C95107"/>
    <w:rsid w:val="00DF3BEE"/>
    <w:rsid w:val="00E35B85"/>
    <w:rsid w:val="00EB5369"/>
    <w:rsid w:val="00EC03E3"/>
    <w:rsid w:val="00F14696"/>
    <w:rsid w:val="00F53BFE"/>
    <w:rsid w:val="00F71D00"/>
    <w:rsid w:val="00FB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A06C4B"/>
    <w:rPr>
      <w:color w:val="666666"/>
    </w:rPr>
  </w:style>
  <w:style w:type="paragraph" w:customStyle="1" w:styleId="59883D5FC4BA42C982B52BB88211157E">
    <w:name w:val="59883D5FC4BA42C982B52BB88211157E"/>
    <w:rsid w:val="00A06C4B"/>
  </w:style>
  <w:style w:type="paragraph" w:customStyle="1" w:styleId="E9066940E85348FABF6EF8A9C2912AC2">
    <w:name w:val="E9066940E85348FABF6EF8A9C2912AC2"/>
    <w:rsid w:val="00A06C4B"/>
  </w:style>
  <w:style w:type="paragraph" w:customStyle="1" w:styleId="55A33C79A6EC4542954C1FAC838971FD">
    <w:name w:val="55A33C79A6EC4542954C1FAC838971FD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8C9778839994C16A1EDFDA3578BDAD0">
    <w:name w:val="98C9778839994C16A1EDFDA3578BDAD0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D05C364D297E4DDDAFDDB941152D1203">
    <w:name w:val="D05C364D297E4DDDAFDDB941152D1203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A4773D0748942629EB19F20B8D57678">
    <w:name w:val="9A4773D0748942629EB19F20B8D57678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5FC28300394517A98231FF92D1E732">
    <w:name w:val="535FC28300394517A98231FF92D1E732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5B705EFC66D4B64842774AA0A5077D0">
    <w:name w:val="F5B705EFC66D4B64842774AA0A5077D0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831DC1C4E4F4E31B7E2C7A55459D0E3">
    <w:name w:val="2831DC1C4E4F4E31B7E2C7A55459D0E3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DFF969D166C4A1E9B34328BCD0EC3DF">
    <w:name w:val="FDFF969D166C4A1E9B34328BCD0EC3DF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E4F78CB7BF24E72BFA0F2922C8D6D4F">
    <w:name w:val="AE4F78CB7BF24E72BFA0F2922C8D6D4F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9883D5FC4BA42C982B52BB88211157E1">
    <w:name w:val="59883D5FC4BA42C982B52BB88211157E1"/>
    <w:rsid w:val="00A06C4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E9066940E85348FABF6EF8A9C2912AC21">
    <w:name w:val="E9066940E85348FABF6EF8A9C2912AC21"/>
    <w:rsid w:val="00A06C4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E3813719B384D458627511A46F73BA6">
    <w:name w:val="8E3813719B384D458627511A46F73BA6"/>
    <w:rsid w:val="00A06C4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140ED4AA5DA7478B97D87FFAB0CA9277">
    <w:name w:val="140ED4AA5DA7478B97D87FFAB0CA9277"/>
    <w:rsid w:val="00A06C4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D516539D7FB43788E53FAB131A9E1D4">
    <w:name w:val="8D516539D7FB43788E53FAB131A9E1D4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095357B4A1C4B9F9A1AC72E874326A3">
    <w:name w:val="9095357B4A1C4B9F9A1AC72E874326A3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407A6A555C8A40E1B59C622F4A89D6F9">
    <w:name w:val="407A6A555C8A40E1B59C622F4A89D6F9"/>
    <w:rsid w:val="00A06C4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B309C1401F940E2A49FB2B31D0487ED">
    <w:name w:val="5B309C1401F940E2A49FB2B31D0487ED"/>
    <w:rsid w:val="00A06C4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BBE94D3F2DB49C3A2A1D6CFFF19F451">
    <w:name w:val="CBBE94D3F2DB49C3A2A1D6CFFF19F451"/>
    <w:rsid w:val="00A06C4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DE43BED12BCB497195812955A5C8BDEC">
    <w:name w:val="DE43BED12BCB497195812955A5C8BDEC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7A95FD630F04516894427C1A0DE6754">
    <w:name w:val="57A95FD630F04516894427C1A0DE6754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698790789D9413DB0DC86A9C7C43CCC">
    <w:name w:val="2698790789D9413DB0DC86A9C7C43CCC"/>
    <w:rsid w:val="00A06C4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70D7B34AA6346CFAFDBF04BB19E04D7">
    <w:name w:val="A70D7B34AA6346CFAFDBF04BB19E04D7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D14C279255F4A278F46BE0B734EA039">
    <w:name w:val="CD14C279255F4A278F46BE0B734EA039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42AE318A1294A9CB12CEEAB67B85E83">
    <w:name w:val="942AE318A1294A9CB12CEEAB67B85E83"/>
    <w:rsid w:val="00A06C4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5A33C79A6EC4542954C1FAC838971FD6">
    <w:name w:val="55A33C79A6EC4542954C1FAC838971FD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8C9778839994C16A1EDFDA3578BDAD06">
    <w:name w:val="98C9778839994C16A1EDFDA3578BDAD0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D05C364D297E4DDDAFDDB941152D12036">
    <w:name w:val="D05C364D297E4DDDAFDDB941152D1203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A4773D0748942629EB19F20B8D576786">
    <w:name w:val="9A4773D0748942629EB19F20B8D57678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5FC28300394517A98231FF92D1E7326">
    <w:name w:val="535FC28300394517A98231FF92D1E732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5B705EFC66D4B64842774AA0A5077D06">
    <w:name w:val="F5B705EFC66D4B64842774AA0A5077D0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831DC1C4E4F4E31B7E2C7A55459D0E36">
    <w:name w:val="2831DC1C4E4F4E31B7E2C7A55459D0E3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FDFF969D166C4A1E9B34328BCD0EC3DF6">
    <w:name w:val="FDFF969D166C4A1E9B34328BCD0EC3DF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E4F78CB7BF24E72BFA0F2922C8D6D4F6">
    <w:name w:val="AE4F78CB7BF24E72BFA0F2922C8D6D4F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3E97E0FB8D14336A1F943DF7BAEC0BC6">
    <w:name w:val="53E97E0FB8D14336A1F943DF7BAEC0BC6"/>
    <w:rsid w:val="0059055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E3813719B384D458627511A46F73BA66">
    <w:name w:val="8E3813719B384D458627511A46F73BA66"/>
    <w:rsid w:val="0059055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140ED4AA5DA7478B97D87FFAB0CA92776">
    <w:name w:val="140ED4AA5DA7478B97D87FFAB0CA92776"/>
    <w:rsid w:val="0059055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8D516539D7FB43788E53FAB131A9E1D46">
    <w:name w:val="8D516539D7FB43788E53FAB131A9E1D4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095357B4A1C4B9F9A1AC72E874326A31">
    <w:name w:val="9095357B4A1C4B9F9A1AC72E874326A31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407A6A555C8A40E1B59C622F4A89D6F96">
    <w:name w:val="407A6A555C8A40E1B59C622F4A89D6F96"/>
    <w:rsid w:val="0059055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B309C1401F940E2A49FB2B31D0487ED7">
    <w:name w:val="5B309C1401F940E2A49FB2B31D0487ED7"/>
    <w:rsid w:val="0059055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BBE94D3F2DB49C3A2A1D6CFFF19F4517">
    <w:name w:val="CBBE94D3F2DB49C3A2A1D6CFFF19F4517"/>
    <w:rsid w:val="0059055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DE43BED12BCB497195812955A5C8BDEC6">
    <w:name w:val="DE43BED12BCB497195812955A5C8BDEC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57A95FD630F04516894427C1A0DE67546">
    <w:name w:val="57A95FD630F04516894427C1A0DE6754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2698790789D9413DB0DC86A9C7C43CCC6">
    <w:name w:val="2698790789D9413DB0DC86A9C7C43CCC6"/>
    <w:rsid w:val="0059055B"/>
    <w:pPr>
      <w:spacing w:after="200" w:line="276" w:lineRule="auto"/>
      <w:ind w:left="720"/>
      <w:contextualSpacing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A70D7B34AA6346CFAFDBF04BB19E04D76">
    <w:name w:val="A70D7B34AA6346CFAFDBF04BB19E04D7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CD14C279255F4A278F46BE0B734EA0396">
    <w:name w:val="CD14C279255F4A278F46BE0B734EA039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  <w:style w:type="paragraph" w:customStyle="1" w:styleId="942AE318A1294A9CB12CEEAB67B85E836">
    <w:name w:val="942AE318A1294A9CB12CEEAB67B85E836"/>
    <w:rsid w:val="0059055B"/>
    <w:pPr>
      <w:spacing w:after="200" w:line="276" w:lineRule="auto"/>
    </w:pPr>
    <w:rPr>
      <w:rFonts w:ascii="Arial" w:hAnsi="Arial"/>
      <w:color w:val="333333"/>
      <w:kern w:val="0"/>
      <w:sz w:val="19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Franci Tratar</cp:lastModifiedBy>
  <cp:revision>107</cp:revision>
  <dcterms:created xsi:type="dcterms:W3CDTF">2026-08-03T15:06:00Z</dcterms:created>
  <dcterms:modified xsi:type="dcterms:W3CDTF">2026-09-08T11:56:00Z</dcterms:modified>
  <cp:category/>
</cp:coreProperties>
</file>